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5604A" w14:textId="77777777" w:rsidR="00DC174C" w:rsidRPr="00064DB1" w:rsidRDefault="00DC174C" w:rsidP="00D22C89">
      <w:pPr>
        <w:spacing w:after="0" w:line="240" w:lineRule="auto"/>
        <w:jc w:val="both"/>
        <w:rPr>
          <w:color w:val="auto"/>
          <w:szCs w:val="26"/>
        </w:rPr>
      </w:pPr>
    </w:p>
    <w:tbl>
      <w:tblPr>
        <w:tblpPr w:leftFromText="180" w:rightFromText="180" w:vertAnchor="text" w:horzAnchor="margin" w:tblpXSpec="center" w:tblpY="180"/>
        <w:tblW w:w="10740" w:type="dxa"/>
        <w:tblLayout w:type="fixed"/>
        <w:tblLook w:val="0000" w:firstRow="0" w:lastRow="0" w:firstColumn="0" w:lastColumn="0" w:noHBand="0" w:noVBand="0"/>
      </w:tblPr>
      <w:tblGrid>
        <w:gridCol w:w="4644"/>
        <w:gridCol w:w="6096"/>
      </w:tblGrid>
      <w:tr w:rsidR="00D22C89" w:rsidRPr="00064DB1" w14:paraId="51A3D72F" w14:textId="77777777" w:rsidTr="007F4110">
        <w:tc>
          <w:tcPr>
            <w:tcW w:w="4644" w:type="dxa"/>
          </w:tcPr>
          <w:p w14:paraId="30C6DD20" w14:textId="77777777" w:rsidR="00D22C89" w:rsidRPr="00064DB1" w:rsidRDefault="00D22C89" w:rsidP="00D22C89">
            <w:pPr>
              <w:spacing w:after="0" w:line="320" w:lineRule="exact"/>
              <w:jc w:val="center"/>
              <w:rPr>
                <w:color w:val="auto"/>
                <w:szCs w:val="26"/>
              </w:rPr>
            </w:pPr>
            <w:r w:rsidRPr="00064DB1">
              <w:rPr>
                <w:color w:val="auto"/>
                <w:szCs w:val="26"/>
              </w:rPr>
              <w:t xml:space="preserve">UBND THÀNH PHỐ </w:t>
            </w:r>
            <w:r w:rsidRPr="00064DB1">
              <w:rPr>
                <w:rFonts w:hint="eastAsia"/>
                <w:color w:val="auto"/>
                <w:szCs w:val="26"/>
              </w:rPr>
              <w:t>Đ</w:t>
            </w:r>
            <w:r w:rsidRPr="00064DB1">
              <w:rPr>
                <w:color w:val="auto"/>
                <w:szCs w:val="26"/>
              </w:rPr>
              <w:t>ỒNG NAI</w:t>
            </w:r>
          </w:p>
          <w:p w14:paraId="581DF342" w14:textId="77777777" w:rsidR="00D22C89" w:rsidRPr="00064DB1" w:rsidRDefault="00D22C89" w:rsidP="00D22C89">
            <w:pPr>
              <w:spacing w:after="0" w:line="320" w:lineRule="exact"/>
              <w:jc w:val="center"/>
              <w:rPr>
                <w:b/>
                <w:color w:val="auto"/>
                <w:szCs w:val="26"/>
              </w:rPr>
            </w:pPr>
            <w:r w:rsidRPr="00064DB1">
              <w:rPr>
                <w:b/>
                <w:color w:val="auto"/>
                <w:szCs w:val="26"/>
              </w:rPr>
              <w:t>SỞ KHOA HỌC VÀ CÔNG NGHỆ</w:t>
            </w:r>
          </w:p>
          <w:p w14:paraId="100A14A1" w14:textId="77777777" w:rsidR="00D22C89" w:rsidRPr="00064DB1" w:rsidRDefault="00D22C89" w:rsidP="00D22C89">
            <w:pPr>
              <w:spacing w:after="0" w:line="320" w:lineRule="exact"/>
              <w:jc w:val="center"/>
              <w:rPr>
                <w:color w:val="auto"/>
                <w:szCs w:val="26"/>
              </w:rPr>
            </w:pPr>
            <w:r w:rsidRPr="00064DB1">
              <w:rPr>
                <w:color w:val="auto"/>
                <w:szCs w:val="26"/>
              </w:rPr>
              <w:t>––––––––––––––</w:t>
            </w:r>
          </w:p>
        </w:tc>
        <w:tc>
          <w:tcPr>
            <w:tcW w:w="6096" w:type="dxa"/>
          </w:tcPr>
          <w:p w14:paraId="6DC61C4F" w14:textId="77777777" w:rsidR="00D22C89" w:rsidRPr="00064DB1" w:rsidRDefault="00D22C89" w:rsidP="00D22C89">
            <w:pPr>
              <w:tabs>
                <w:tab w:val="left" w:pos="5837"/>
              </w:tabs>
              <w:spacing w:after="0" w:line="320" w:lineRule="exact"/>
              <w:ind w:right="-14" w:firstLine="34"/>
              <w:jc w:val="center"/>
              <w:rPr>
                <w:b/>
                <w:color w:val="auto"/>
                <w:szCs w:val="26"/>
              </w:rPr>
            </w:pPr>
            <w:r w:rsidRPr="00064DB1">
              <w:rPr>
                <w:b/>
                <w:color w:val="auto"/>
                <w:szCs w:val="26"/>
              </w:rPr>
              <w:t>CỘNG HÒA XÃ HỘI CHỦ NGHĨA VIỆT NAM</w:t>
            </w:r>
          </w:p>
          <w:p w14:paraId="6438E8E6" w14:textId="77777777" w:rsidR="00D22C89" w:rsidRPr="00064DB1" w:rsidRDefault="00D22C89" w:rsidP="00D22C89">
            <w:pPr>
              <w:tabs>
                <w:tab w:val="left" w:pos="5837"/>
              </w:tabs>
              <w:spacing w:after="0" w:line="320" w:lineRule="exact"/>
              <w:ind w:right="-14" w:firstLine="34"/>
              <w:jc w:val="center"/>
              <w:rPr>
                <w:b/>
                <w:color w:val="auto"/>
                <w:szCs w:val="26"/>
              </w:rPr>
            </w:pPr>
            <w:proofErr w:type="spellStart"/>
            <w:r w:rsidRPr="00064DB1">
              <w:rPr>
                <w:rFonts w:hint="eastAsia"/>
                <w:b/>
                <w:color w:val="auto"/>
                <w:szCs w:val="26"/>
              </w:rPr>
              <w:t>Đ</w:t>
            </w:r>
            <w:r w:rsidRPr="00064DB1">
              <w:rPr>
                <w:b/>
                <w:color w:val="auto"/>
                <w:szCs w:val="26"/>
              </w:rPr>
              <w:t>ộc</w:t>
            </w:r>
            <w:proofErr w:type="spellEnd"/>
            <w:r w:rsidRPr="00064DB1">
              <w:rPr>
                <w:b/>
                <w:color w:val="auto"/>
                <w:szCs w:val="26"/>
              </w:rPr>
              <w:t xml:space="preserve"> </w:t>
            </w:r>
            <w:proofErr w:type="spellStart"/>
            <w:r w:rsidRPr="00064DB1">
              <w:rPr>
                <w:b/>
                <w:color w:val="auto"/>
                <w:szCs w:val="26"/>
              </w:rPr>
              <w:t>lập</w:t>
            </w:r>
            <w:proofErr w:type="spellEnd"/>
            <w:r w:rsidRPr="00064DB1">
              <w:rPr>
                <w:b/>
                <w:color w:val="auto"/>
                <w:szCs w:val="26"/>
              </w:rPr>
              <w:t xml:space="preserve"> - </w:t>
            </w:r>
            <w:proofErr w:type="spellStart"/>
            <w:r w:rsidRPr="00064DB1">
              <w:rPr>
                <w:b/>
                <w:color w:val="auto"/>
                <w:szCs w:val="26"/>
              </w:rPr>
              <w:t>Tự</w:t>
            </w:r>
            <w:proofErr w:type="spellEnd"/>
            <w:r w:rsidRPr="00064DB1">
              <w:rPr>
                <w:b/>
                <w:color w:val="auto"/>
                <w:szCs w:val="26"/>
              </w:rPr>
              <w:t xml:space="preserve"> do - </w:t>
            </w:r>
            <w:proofErr w:type="spellStart"/>
            <w:r w:rsidRPr="00064DB1">
              <w:rPr>
                <w:b/>
                <w:color w:val="auto"/>
                <w:szCs w:val="26"/>
              </w:rPr>
              <w:t>Hạnh</w:t>
            </w:r>
            <w:proofErr w:type="spellEnd"/>
            <w:r w:rsidRPr="00064DB1">
              <w:rPr>
                <w:b/>
                <w:color w:val="auto"/>
                <w:szCs w:val="26"/>
              </w:rPr>
              <w:t xml:space="preserve"> </w:t>
            </w:r>
            <w:proofErr w:type="spellStart"/>
            <w:r w:rsidRPr="00064DB1">
              <w:rPr>
                <w:b/>
                <w:color w:val="auto"/>
                <w:szCs w:val="26"/>
              </w:rPr>
              <w:t>phúc</w:t>
            </w:r>
            <w:proofErr w:type="spellEnd"/>
          </w:p>
          <w:p w14:paraId="764BB677" w14:textId="77777777" w:rsidR="00D22C89" w:rsidRPr="00064DB1" w:rsidRDefault="00D22C89" w:rsidP="00D22C89">
            <w:pPr>
              <w:tabs>
                <w:tab w:val="left" w:pos="5837"/>
              </w:tabs>
              <w:spacing w:after="0" w:line="320" w:lineRule="exact"/>
              <w:jc w:val="center"/>
              <w:rPr>
                <w:b/>
                <w:color w:val="auto"/>
                <w:szCs w:val="26"/>
              </w:rPr>
            </w:pPr>
            <w:r w:rsidRPr="00064DB1">
              <w:rPr>
                <w:color w:val="auto"/>
                <w:szCs w:val="26"/>
              </w:rPr>
              <w:t>––––––––––––––––––––––––</w:t>
            </w:r>
          </w:p>
        </w:tc>
      </w:tr>
      <w:tr w:rsidR="00D22C89" w:rsidRPr="00064DB1" w14:paraId="0F3B2B9E" w14:textId="77777777" w:rsidTr="007F4110">
        <w:trPr>
          <w:trHeight w:val="362"/>
        </w:trPr>
        <w:tc>
          <w:tcPr>
            <w:tcW w:w="4644" w:type="dxa"/>
          </w:tcPr>
          <w:p w14:paraId="5F6C70FC" w14:textId="61A3F703" w:rsidR="00D22C89" w:rsidRPr="00064DB1" w:rsidRDefault="00D22C89" w:rsidP="00D22C89">
            <w:pPr>
              <w:spacing w:after="0" w:line="320" w:lineRule="exact"/>
              <w:jc w:val="center"/>
              <w:rPr>
                <w:color w:val="auto"/>
                <w:szCs w:val="26"/>
              </w:rPr>
            </w:pPr>
            <w:proofErr w:type="spellStart"/>
            <w:r w:rsidRPr="00064DB1">
              <w:rPr>
                <w:color w:val="auto"/>
                <w:szCs w:val="26"/>
              </w:rPr>
              <w:t>Số</w:t>
            </w:r>
            <w:proofErr w:type="spellEnd"/>
            <w:r w:rsidRPr="00064DB1">
              <w:rPr>
                <w:color w:val="auto"/>
                <w:szCs w:val="26"/>
              </w:rPr>
              <w:t xml:space="preserve">:   </w:t>
            </w:r>
            <w:r w:rsidR="00995112">
              <w:rPr>
                <w:color w:val="auto"/>
                <w:szCs w:val="26"/>
              </w:rPr>
              <w:t xml:space="preserve"> </w:t>
            </w:r>
            <w:r w:rsidRPr="00064DB1">
              <w:rPr>
                <w:color w:val="auto"/>
                <w:szCs w:val="26"/>
              </w:rPr>
              <w:t xml:space="preserve">   </w:t>
            </w:r>
            <w:r w:rsidR="006E2E43" w:rsidRPr="00064DB1">
              <w:rPr>
                <w:color w:val="auto"/>
                <w:szCs w:val="26"/>
              </w:rPr>
              <w:t xml:space="preserve"> </w:t>
            </w:r>
            <w:r w:rsidRPr="00064DB1">
              <w:rPr>
                <w:color w:val="auto"/>
                <w:szCs w:val="26"/>
              </w:rPr>
              <w:t xml:space="preserve"> /TB- SKHCN</w:t>
            </w:r>
          </w:p>
        </w:tc>
        <w:tc>
          <w:tcPr>
            <w:tcW w:w="6096" w:type="dxa"/>
          </w:tcPr>
          <w:p w14:paraId="5E376C1B" w14:textId="5A04A6BF" w:rsidR="00D22C89" w:rsidRPr="00064DB1" w:rsidRDefault="00D22C89" w:rsidP="00D22C89">
            <w:pPr>
              <w:spacing w:after="0" w:line="320" w:lineRule="exact"/>
              <w:ind w:right="390"/>
              <w:jc w:val="center"/>
              <w:rPr>
                <w:i/>
                <w:color w:val="auto"/>
                <w:szCs w:val="26"/>
              </w:rPr>
            </w:pPr>
            <w:proofErr w:type="spellStart"/>
            <w:r w:rsidRPr="00064DB1">
              <w:rPr>
                <w:i/>
                <w:color w:val="auto"/>
                <w:szCs w:val="26"/>
              </w:rPr>
              <w:t>Đồng</w:t>
            </w:r>
            <w:proofErr w:type="spellEnd"/>
            <w:r w:rsidRPr="00064DB1">
              <w:rPr>
                <w:i/>
                <w:color w:val="auto"/>
                <w:szCs w:val="26"/>
              </w:rPr>
              <w:t xml:space="preserve"> Nai, </w:t>
            </w:r>
            <w:proofErr w:type="spellStart"/>
            <w:r w:rsidRPr="00064DB1">
              <w:rPr>
                <w:i/>
                <w:color w:val="auto"/>
                <w:szCs w:val="26"/>
              </w:rPr>
              <w:t>ngày</w:t>
            </w:r>
            <w:proofErr w:type="spellEnd"/>
            <w:r w:rsidRPr="00064DB1">
              <w:rPr>
                <w:i/>
                <w:color w:val="auto"/>
                <w:szCs w:val="26"/>
              </w:rPr>
              <w:t xml:space="preserve">      </w:t>
            </w:r>
            <w:proofErr w:type="spellStart"/>
            <w:r w:rsidRPr="00064DB1">
              <w:rPr>
                <w:i/>
                <w:color w:val="auto"/>
                <w:szCs w:val="26"/>
              </w:rPr>
              <w:t>tháng</w:t>
            </w:r>
            <w:proofErr w:type="spellEnd"/>
            <w:r w:rsidRPr="00064DB1">
              <w:rPr>
                <w:i/>
                <w:color w:val="auto"/>
                <w:szCs w:val="26"/>
              </w:rPr>
              <w:t xml:space="preserve"> 9 </w:t>
            </w:r>
            <w:proofErr w:type="spellStart"/>
            <w:r w:rsidRPr="00064DB1">
              <w:rPr>
                <w:i/>
                <w:color w:val="auto"/>
                <w:szCs w:val="26"/>
              </w:rPr>
              <w:t>n</w:t>
            </w:r>
            <w:r w:rsidRPr="00064DB1">
              <w:rPr>
                <w:rFonts w:hint="eastAsia"/>
                <w:i/>
                <w:color w:val="auto"/>
                <w:szCs w:val="26"/>
              </w:rPr>
              <w:t>ă</w:t>
            </w:r>
            <w:r w:rsidRPr="00064DB1">
              <w:rPr>
                <w:i/>
                <w:color w:val="auto"/>
                <w:szCs w:val="26"/>
              </w:rPr>
              <w:t>m</w:t>
            </w:r>
            <w:proofErr w:type="spellEnd"/>
            <w:r w:rsidRPr="00064DB1">
              <w:rPr>
                <w:i/>
                <w:color w:val="auto"/>
                <w:szCs w:val="26"/>
              </w:rPr>
              <w:t xml:space="preserve"> 2026</w:t>
            </w:r>
          </w:p>
        </w:tc>
      </w:tr>
    </w:tbl>
    <w:p w14:paraId="315BFB5D" w14:textId="77777777" w:rsidR="00D22C89" w:rsidRPr="00064DB1" w:rsidRDefault="00D22C89" w:rsidP="00D22C89">
      <w:pPr>
        <w:spacing w:after="0"/>
        <w:rPr>
          <w:b/>
          <w:color w:val="auto"/>
          <w:sz w:val="28"/>
        </w:rPr>
      </w:pPr>
    </w:p>
    <w:p w14:paraId="281BCEED" w14:textId="222CF266" w:rsidR="00DC174C" w:rsidRPr="00064DB1" w:rsidRDefault="00000000">
      <w:pPr>
        <w:spacing w:after="0"/>
        <w:jc w:val="center"/>
        <w:rPr>
          <w:color w:val="auto"/>
          <w:sz w:val="28"/>
          <w:szCs w:val="28"/>
        </w:rPr>
      </w:pPr>
      <w:r w:rsidRPr="00064DB1">
        <w:rPr>
          <w:b/>
          <w:color w:val="auto"/>
          <w:sz w:val="28"/>
          <w:szCs w:val="28"/>
        </w:rPr>
        <w:t>THÔNG BÁO</w:t>
      </w:r>
    </w:p>
    <w:p w14:paraId="4DDE1DFB" w14:textId="5AEF90EA" w:rsidR="00DC174C" w:rsidRDefault="00000000">
      <w:pPr>
        <w:spacing w:after="0"/>
        <w:jc w:val="center"/>
        <w:rPr>
          <w:b/>
          <w:color w:val="auto"/>
          <w:sz w:val="28"/>
          <w:szCs w:val="28"/>
        </w:rPr>
      </w:pPr>
      <w:proofErr w:type="spellStart"/>
      <w:r w:rsidRPr="00064DB1">
        <w:rPr>
          <w:b/>
          <w:color w:val="auto"/>
          <w:sz w:val="28"/>
          <w:szCs w:val="28"/>
        </w:rPr>
        <w:t>Kế</w:t>
      </w:r>
      <w:proofErr w:type="spellEnd"/>
      <w:r w:rsidRPr="00064DB1">
        <w:rPr>
          <w:b/>
          <w:color w:val="auto"/>
          <w:sz w:val="28"/>
          <w:szCs w:val="28"/>
        </w:rPr>
        <w:t xml:space="preserve"> </w:t>
      </w:r>
      <w:proofErr w:type="spellStart"/>
      <w:r w:rsidRPr="00064DB1">
        <w:rPr>
          <w:b/>
          <w:color w:val="auto"/>
          <w:sz w:val="28"/>
          <w:szCs w:val="28"/>
        </w:rPr>
        <w:t>hoạch</w:t>
      </w:r>
      <w:proofErr w:type="spellEnd"/>
      <w:r w:rsidRPr="00064DB1">
        <w:rPr>
          <w:b/>
          <w:color w:val="auto"/>
          <w:sz w:val="28"/>
          <w:szCs w:val="28"/>
        </w:rPr>
        <w:t xml:space="preserve"> </w:t>
      </w:r>
      <w:proofErr w:type="spellStart"/>
      <w:r w:rsidRPr="00064DB1">
        <w:rPr>
          <w:b/>
          <w:color w:val="auto"/>
          <w:sz w:val="28"/>
          <w:szCs w:val="28"/>
        </w:rPr>
        <w:t>đặt</w:t>
      </w:r>
      <w:proofErr w:type="spellEnd"/>
      <w:r w:rsidRPr="00064DB1">
        <w:rPr>
          <w:b/>
          <w:color w:val="auto"/>
          <w:sz w:val="28"/>
          <w:szCs w:val="28"/>
        </w:rPr>
        <w:t xml:space="preserve"> </w:t>
      </w:r>
      <w:proofErr w:type="spellStart"/>
      <w:r w:rsidRPr="00064DB1">
        <w:rPr>
          <w:b/>
          <w:color w:val="auto"/>
          <w:sz w:val="28"/>
          <w:szCs w:val="28"/>
        </w:rPr>
        <w:t>hàng</w:t>
      </w:r>
      <w:proofErr w:type="spellEnd"/>
      <w:r w:rsidRPr="00064DB1">
        <w:rPr>
          <w:b/>
          <w:color w:val="auto"/>
          <w:sz w:val="28"/>
          <w:szCs w:val="28"/>
        </w:rPr>
        <w:t xml:space="preserve"> </w:t>
      </w:r>
      <w:proofErr w:type="spellStart"/>
      <w:r w:rsidRPr="00064DB1">
        <w:rPr>
          <w:b/>
          <w:color w:val="auto"/>
          <w:sz w:val="28"/>
          <w:szCs w:val="28"/>
        </w:rPr>
        <w:t>nhiệm</w:t>
      </w:r>
      <w:proofErr w:type="spellEnd"/>
      <w:r w:rsidRPr="00064DB1">
        <w:rPr>
          <w:b/>
          <w:color w:val="auto"/>
          <w:sz w:val="28"/>
          <w:szCs w:val="28"/>
        </w:rPr>
        <w:t xml:space="preserve"> </w:t>
      </w:r>
      <w:proofErr w:type="spellStart"/>
      <w:r w:rsidRPr="00064DB1">
        <w:rPr>
          <w:b/>
          <w:color w:val="auto"/>
          <w:sz w:val="28"/>
          <w:szCs w:val="28"/>
        </w:rPr>
        <w:t>vụ</w:t>
      </w:r>
      <w:proofErr w:type="spellEnd"/>
      <w:r w:rsidRPr="00064DB1">
        <w:rPr>
          <w:b/>
          <w:color w:val="auto"/>
          <w:sz w:val="28"/>
          <w:szCs w:val="28"/>
        </w:rPr>
        <w:t xml:space="preserve"> khoa </w:t>
      </w:r>
      <w:proofErr w:type="spellStart"/>
      <w:r w:rsidRPr="00064DB1">
        <w:rPr>
          <w:b/>
          <w:color w:val="auto"/>
          <w:sz w:val="28"/>
          <w:szCs w:val="28"/>
        </w:rPr>
        <w:t>học</w:t>
      </w:r>
      <w:proofErr w:type="spellEnd"/>
      <w:r w:rsidRPr="00064DB1">
        <w:rPr>
          <w:b/>
          <w:color w:val="auto"/>
          <w:sz w:val="28"/>
          <w:szCs w:val="28"/>
        </w:rPr>
        <w:t xml:space="preserve">, </w:t>
      </w:r>
      <w:proofErr w:type="spellStart"/>
      <w:r w:rsidRPr="00064DB1">
        <w:rPr>
          <w:b/>
          <w:color w:val="auto"/>
          <w:sz w:val="28"/>
          <w:szCs w:val="28"/>
        </w:rPr>
        <w:t>công</w:t>
      </w:r>
      <w:proofErr w:type="spellEnd"/>
      <w:r w:rsidRPr="00064DB1">
        <w:rPr>
          <w:b/>
          <w:color w:val="auto"/>
          <w:sz w:val="28"/>
          <w:szCs w:val="28"/>
        </w:rPr>
        <w:t xml:space="preserve"> </w:t>
      </w:r>
      <w:proofErr w:type="spellStart"/>
      <w:r w:rsidRPr="00064DB1">
        <w:rPr>
          <w:b/>
          <w:color w:val="auto"/>
          <w:sz w:val="28"/>
          <w:szCs w:val="28"/>
        </w:rPr>
        <w:t>nghệ</w:t>
      </w:r>
      <w:proofErr w:type="spellEnd"/>
      <w:r w:rsidRPr="00064DB1">
        <w:rPr>
          <w:b/>
          <w:color w:val="auto"/>
          <w:sz w:val="28"/>
          <w:szCs w:val="28"/>
        </w:rPr>
        <w:t xml:space="preserve"> </w:t>
      </w:r>
      <w:proofErr w:type="spellStart"/>
      <w:r w:rsidRPr="00064DB1">
        <w:rPr>
          <w:b/>
          <w:color w:val="auto"/>
          <w:sz w:val="28"/>
          <w:szCs w:val="28"/>
        </w:rPr>
        <w:t>và</w:t>
      </w:r>
      <w:proofErr w:type="spellEnd"/>
      <w:r w:rsidRPr="00064DB1">
        <w:rPr>
          <w:b/>
          <w:color w:val="auto"/>
          <w:sz w:val="28"/>
          <w:szCs w:val="28"/>
        </w:rPr>
        <w:t xml:space="preserve"> </w:t>
      </w:r>
      <w:proofErr w:type="spellStart"/>
      <w:r w:rsidRPr="00064DB1">
        <w:rPr>
          <w:b/>
          <w:color w:val="auto"/>
          <w:sz w:val="28"/>
          <w:szCs w:val="28"/>
        </w:rPr>
        <w:t>đổi</w:t>
      </w:r>
      <w:proofErr w:type="spellEnd"/>
      <w:r w:rsidRPr="00064DB1">
        <w:rPr>
          <w:b/>
          <w:color w:val="auto"/>
          <w:sz w:val="28"/>
          <w:szCs w:val="28"/>
        </w:rPr>
        <w:t xml:space="preserve"> </w:t>
      </w:r>
      <w:proofErr w:type="spellStart"/>
      <w:r w:rsidRPr="00064DB1">
        <w:rPr>
          <w:b/>
          <w:color w:val="auto"/>
          <w:sz w:val="28"/>
          <w:szCs w:val="28"/>
        </w:rPr>
        <w:t>mới</w:t>
      </w:r>
      <w:proofErr w:type="spellEnd"/>
      <w:r w:rsidRPr="00064DB1">
        <w:rPr>
          <w:b/>
          <w:color w:val="auto"/>
          <w:sz w:val="28"/>
          <w:szCs w:val="28"/>
        </w:rPr>
        <w:t xml:space="preserve"> </w:t>
      </w:r>
      <w:proofErr w:type="spellStart"/>
      <w:r w:rsidRPr="00064DB1">
        <w:rPr>
          <w:b/>
          <w:color w:val="auto"/>
          <w:sz w:val="28"/>
          <w:szCs w:val="28"/>
        </w:rPr>
        <w:t>sáng</w:t>
      </w:r>
      <w:proofErr w:type="spellEnd"/>
      <w:r w:rsidRPr="00064DB1">
        <w:rPr>
          <w:b/>
          <w:color w:val="auto"/>
          <w:sz w:val="28"/>
          <w:szCs w:val="28"/>
        </w:rPr>
        <w:t xml:space="preserve"> </w:t>
      </w:r>
      <w:proofErr w:type="spellStart"/>
      <w:r w:rsidRPr="00064DB1">
        <w:rPr>
          <w:b/>
          <w:color w:val="auto"/>
          <w:sz w:val="28"/>
          <w:szCs w:val="28"/>
        </w:rPr>
        <w:t>tạo</w:t>
      </w:r>
      <w:proofErr w:type="spellEnd"/>
      <w:r w:rsidRPr="00064DB1">
        <w:rPr>
          <w:b/>
          <w:color w:val="auto"/>
          <w:sz w:val="28"/>
          <w:szCs w:val="28"/>
        </w:rPr>
        <w:t xml:space="preserve"> </w:t>
      </w:r>
      <w:proofErr w:type="spellStart"/>
      <w:r w:rsidRPr="00064DB1">
        <w:rPr>
          <w:b/>
          <w:color w:val="auto"/>
          <w:sz w:val="28"/>
          <w:szCs w:val="28"/>
        </w:rPr>
        <w:t>năm</w:t>
      </w:r>
      <w:proofErr w:type="spellEnd"/>
      <w:r w:rsidRPr="00064DB1">
        <w:rPr>
          <w:b/>
          <w:color w:val="auto"/>
          <w:sz w:val="28"/>
          <w:szCs w:val="28"/>
        </w:rPr>
        <w:t xml:space="preserve"> 2026 (</w:t>
      </w:r>
      <w:proofErr w:type="spellStart"/>
      <w:r w:rsidRPr="00064DB1">
        <w:rPr>
          <w:b/>
          <w:color w:val="auto"/>
          <w:sz w:val="28"/>
          <w:szCs w:val="28"/>
        </w:rPr>
        <w:t>đợt</w:t>
      </w:r>
      <w:proofErr w:type="spellEnd"/>
      <w:r w:rsidRPr="00064DB1">
        <w:rPr>
          <w:b/>
          <w:color w:val="auto"/>
          <w:sz w:val="28"/>
          <w:szCs w:val="28"/>
        </w:rPr>
        <w:t xml:space="preserve"> </w:t>
      </w:r>
      <w:r w:rsidR="00C23C91" w:rsidRPr="00064DB1">
        <w:rPr>
          <w:b/>
          <w:color w:val="auto"/>
          <w:sz w:val="28"/>
          <w:szCs w:val="28"/>
        </w:rPr>
        <w:t>2</w:t>
      </w:r>
      <w:r w:rsidRPr="00064DB1">
        <w:rPr>
          <w:b/>
          <w:color w:val="auto"/>
          <w:sz w:val="28"/>
          <w:szCs w:val="28"/>
        </w:rPr>
        <w:t xml:space="preserve">) – </w:t>
      </w:r>
      <w:proofErr w:type="spellStart"/>
      <w:r w:rsidRPr="00064DB1">
        <w:rPr>
          <w:b/>
          <w:color w:val="auto"/>
          <w:sz w:val="28"/>
          <w:szCs w:val="28"/>
        </w:rPr>
        <w:t>Loại</w:t>
      </w:r>
      <w:proofErr w:type="spellEnd"/>
      <w:r w:rsidRPr="00064DB1">
        <w:rPr>
          <w:b/>
          <w:color w:val="auto"/>
          <w:sz w:val="28"/>
          <w:szCs w:val="28"/>
        </w:rPr>
        <w:t xml:space="preserve"> </w:t>
      </w:r>
      <w:proofErr w:type="spellStart"/>
      <w:r w:rsidRPr="00064DB1">
        <w:rPr>
          <w:b/>
          <w:color w:val="auto"/>
          <w:sz w:val="28"/>
          <w:szCs w:val="28"/>
        </w:rPr>
        <w:t>hình</w:t>
      </w:r>
      <w:proofErr w:type="spellEnd"/>
      <w:r w:rsidRPr="00064DB1">
        <w:rPr>
          <w:b/>
          <w:color w:val="auto"/>
          <w:sz w:val="28"/>
          <w:szCs w:val="28"/>
        </w:rPr>
        <w:t xml:space="preserve">: </w:t>
      </w:r>
      <w:proofErr w:type="spellStart"/>
      <w:r w:rsidR="003D6435">
        <w:rPr>
          <w:b/>
          <w:color w:val="auto"/>
          <w:sz w:val="28"/>
          <w:szCs w:val="28"/>
        </w:rPr>
        <w:t>Nhiệm</w:t>
      </w:r>
      <w:proofErr w:type="spellEnd"/>
      <w:r w:rsidR="003D6435">
        <w:rPr>
          <w:b/>
          <w:color w:val="auto"/>
          <w:sz w:val="28"/>
          <w:szCs w:val="28"/>
        </w:rPr>
        <w:t xml:space="preserve"> </w:t>
      </w:r>
      <w:proofErr w:type="spellStart"/>
      <w:r w:rsidR="003D6435">
        <w:rPr>
          <w:b/>
          <w:color w:val="auto"/>
          <w:sz w:val="28"/>
          <w:szCs w:val="28"/>
        </w:rPr>
        <w:t>vụ</w:t>
      </w:r>
      <w:proofErr w:type="spellEnd"/>
      <w:r w:rsidR="003D6435">
        <w:rPr>
          <w:b/>
          <w:color w:val="auto"/>
          <w:sz w:val="28"/>
          <w:szCs w:val="28"/>
        </w:rPr>
        <w:t xml:space="preserve"> </w:t>
      </w:r>
      <w:proofErr w:type="spellStart"/>
      <w:r w:rsidR="003D6435">
        <w:rPr>
          <w:b/>
          <w:color w:val="auto"/>
          <w:sz w:val="28"/>
          <w:szCs w:val="28"/>
        </w:rPr>
        <w:t>nghiên</w:t>
      </w:r>
      <w:proofErr w:type="spellEnd"/>
      <w:r w:rsidR="003D6435">
        <w:rPr>
          <w:b/>
          <w:color w:val="auto"/>
          <w:sz w:val="28"/>
          <w:szCs w:val="28"/>
        </w:rPr>
        <w:t xml:space="preserve"> </w:t>
      </w:r>
      <w:proofErr w:type="spellStart"/>
      <w:r w:rsidR="003D6435">
        <w:rPr>
          <w:b/>
          <w:color w:val="auto"/>
          <w:sz w:val="28"/>
          <w:szCs w:val="28"/>
        </w:rPr>
        <w:t>cứu</w:t>
      </w:r>
      <w:proofErr w:type="spellEnd"/>
      <w:r w:rsidR="003D6435">
        <w:rPr>
          <w:b/>
          <w:color w:val="auto"/>
          <w:sz w:val="28"/>
          <w:szCs w:val="28"/>
        </w:rPr>
        <w:t xml:space="preserve"> </w:t>
      </w:r>
      <w:proofErr w:type="spellStart"/>
      <w:r w:rsidR="003D6435">
        <w:rPr>
          <w:b/>
          <w:color w:val="auto"/>
          <w:sz w:val="28"/>
          <w:szCs w:val="28"/>
        </w:rPr>
        <w:t>ứng</w:t>
      </w:r>
      <w:proofErr w:type="spellEnd"/>
      <w:r w:rsidR="003D6435">
        <w:rPr>
          <w:b/>
          <w:color w:val="auto"/>
          <w:sz w:val="28"/>
          <w:szCs w:val="28"/>
        </w:rPr>
        <w:t xml:space="preserve"> </w:t>
      </w:r>
      <w:proofErr w:type="spellStart"/>
      <w:r w:rsidR="003D6435">
        <w:rPr>
          <w:b/>
          <w:color w:val="auto"/>
          <w:sz w:val="28"/>
          <w:szCs w:val="28"/>
        </w:rPr>
        <w:t>dụng</w:t>
      </w:r>
      <w:proofErr w:type="spellEnd"/>
    </w:p>
    <w:p w14:paraId="4D2F17B1" w14:textId="72C97E47" w:rsidR="009F0007" w:rsidRPr="00064DB1" w:rsidRDefault="009F0007">
      <w:pPr>
        <w:spacing w:after="0"/>
        <w:jc w:val="center"/>
        <w:rPr>
          <w:color w:val="auto"/>
          <w:sz w:val="28"/>
          <w:szCs w:val="28"/>
        </w:rPr>
      </w:pPr>
      <w:proofErr w:type="spellStart"/>
      <w:r>
        <w:rPr>
          <w:b/>
          <w:color w:val="auto"/>
          <w:sz w:val="28"/>
          <w:szCs w:val="28"/>
        </w:rPr>
        <w:t>Lĩnh</w:t>
      </w:r>
      <w:proofErr w:type="spellEnd"/>
      <w:r>
        <w:rPr>
          <w:b/>
          <w:color w:val="auto"/>
          <w:sz w:val="28"/>
          <w:szCs w:val="28"/>
        </w:rPr>
        <w:t xml:space="preserve"> </w:t>
      </w:r>
      <w:proofErr w:type="spellStart"/>
      <w:r>
        <w:rPr>
          <w:b/>
          <w:color w:val="auto"/>
          <w:sz w:val="28"/>
          <w:szCs w:val="28"/>
        </w:rPr>
        <w:t>vực</w:t>
      </w:r>
      <w:proofErr w:type="spellEnd"/>
      <w:r w:rsidR="00811CFA">
        <w:rPr>
          <w:b/>
          <w:color w:val="auto"/>
          <w:sz w:val="28"/>
          <w:szCs w:val="28"/>
        </w:rPr>
        <w:t>:</w:t>
      </w:r>
      <w:r>
        <w:rPr>
          <w:b/>
          <w:color w:val="auto"/>
          <w:sz w:val="28"/>
          <w:szCs w:val="28"/>
        </w:rPr>
        <w:t xml:space="preserve"> Khoa </w:t>
      </w:r>
      <w:proofErr w:type="spellStart"/>
      <w:r>
        <w:rPr>
          <w:b/>
          <w:color w:val="auto"/>
          <w:sz w:val="28"/>
          <w:szCs w:val="28"/>
        </w:rPr>
        <w:t>học</w:t>
      </w:r>
      <w:proofErr w:type="spellEnd"/>
      <w:r>
        <w:rPr>
          <w:b/>
          <w:color w:val="auto"/>
          <w:sz w:val="28"/>
          <w:szCs w:val="28"/>
        </w:rPr>
        <w:t xml:space="preserve"> Y </w:t>
      </w:r>
      <w:proofErr w:type="spellStart"/>
      <w:r>
        <w:rPr>
          <w:b/>
          <w:color w:val="auto"/>
          <w:sz w:val="28"/>
          <w:szCs w:val="28"/>
        </w:rPr>
        <w:t>dược</w:t>
      </w:r>
      <w:proofErr w:type="spellEnd"/>
    </w:p>
    <w:p w14:paraId="5D3115C0" w14:textId="0482793F" w:rsidR="00DC174C" w:rsidRPr="00064DB1" w:rsidRDefault="00420A23">
      <w:pPr>
        <w:spacing w:after="0"/>
        <w:jc w:val="both"/>
        <w:rPr>
          <w:color w:val="auto"/>
        </w:rPr>
      </w:pPr>
      <w:r w:rsidRPr="00064DB1">
        <w:rPr>
          <w:noProof/>
          <w:color w:val="auto"/>
        </w:rPr>
        <mc:AlternateContent>
          <mc:Choice Requires="wps">
            <w:drawing>
              <wp:anchor distT="0" distB="0" distL="114300" distR="114300" simplePos="0" relativeHeight="251659264" behindDoc="0" locked="0" layoutInCell="1" allowOverlap="1" wp14:anchorId="1C72249B" wp14:editId="62CAE686">
                <wp:simplePos x="0" y="0"/>
                <wp:positionH relativeFrom="column">
                  <wp:posOffset>2414270</wp:posOffset>
                </wp:positionH>
                <wp:positionV relativeFrom="paragraph">
                  <wp:posOffset>55245</wp:posOffset>
                </wp:positionV>
                <wp:extent cx="1238250" cy="0"/>
                <wp:effectExtent l="0" t="0" r="0" b="0"/>
                <wp:wrapNone/>
                <wp:docPr id="722161225" name="Straight Connector 1"/>
                <wp:cNvGraphicFramePr/>
                <a:graphic xmlns:a="http://schemas.openxmlformats.org/drawingml/2006/main">
                  <a:graphicData uri="http://schemas.microsoft.com/office/word/2010/wordprocessingShape">
                    <wps:wsp>
                      <wps:cNvCnPr/>
                      <wps:spPr>
                        <a:xfrm>
                          <a:off x="0" y="0"/>
                          <a:ext cx="1238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1CB88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0.1pt,4.35pt" to="287.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JXmAEAAIg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" strokecolor="black [3040]"/>
            </w:pict>
          </mc:Fallback>
        </mc:AlternateContent>
      </w:r>
    </w:p>
    <w:p w14:paraId="7AC6FB18" w14:textId="3BDA1F31" w:rsidR="003672CC" w:rsidRPr="00064DB1" w:rsidRDefault="00000000" w:rsidP="005E0F6E">
      <w:pPr>
        <w:spacing w:after="60" w:line="380" w:lineRule="exact"/>
        <w:ind w:firstLine="709"/>
        <w:jc w:val="both"/>
        <w:rPr>
          <w:color w:val="auto"/>
          <w:sz w:val="28"/>
          <w:szCs w:val="28"/>
        </w:rPr>
      </w:pP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Pr="00A12528">
        <w:rPr>
          <w:color w:val="auto"/>
          <w:sz w:val="28"/>
          <w:szCs w:val="28"/>
        </w:rPr>
        <w:t>Quyết</w:t>
      </w:r>
      <w:proofErr w:type="spellEnd"/>
      <w:r w:rsidRPr="00A12528">
        <w:rPr>
          <w:color w:val="auto"/>
          <w:sz w:val="28"/>
          <w:szCs w:val="28"/>
        </w:rPr>
        <w:t xml:space="preserve"> </w:t>
      </w:r>
      <w:proofErr w:type="spellStart"/>
      <w:r w:rsidRPr="00A12528">
        <w:rPr>
          <w:color w:val="auto"/>
          <w:sz w:val="28"/>
          <w:szCs w:val="28"/>
        </w:rPr>
        <w:t>định</w:t>
      </w:r>
      <w:proofErr w:type="spellEnd"/>
      <w:r w:rsidRPr="00A12528">
        <w:rPr>
          <w:color w:val="auto"/>
          <w:sz w:val="28"/>
          <w:szCs w:val="28"/>
        </w:rPr>
        <w:t xml:space="preserve"> </w:t>
      </w:r>
      <w:proofErr w:type="spellStart"/>
      <w:r w:rsidRPr="00A12528">
        <w:rPr>
          <w:color w:val="auto"/>
          <w:sz w:val="28"/>
          <w:szCs w:val="28"/>
        </w:rPr>
        <w:t>số</w:t>
      </w:r>
      <w:proofErr w:type="spellEnd"/>
      <w:r w:rsidRPr="00A12528">
        <w:rPr>
          <w:color w:val="auto"/>
          <w:sz w:val="28"/>
          <w:szCs w:val="28"/>
        </w:rPr>
        <w:t xml:space="preserve"> </w:t>
      </w:r>
      <w:r w:rsidR="00A12528" w:rsidRPr="00A12528">
        <w:rPr>
          <w:color w:val="auto"/>
          <w:sz w:val="28"/>
          <w:szCs w:val="28"/>
        </w:rPr>
        <w:t>295</w:t>
      </w:r>
      <w:r w:rsidRPr="00A12528">
        <w:rPr>
          <w:color w:val="auto"/>
          <w:sz w:val="28"/>
          <w:szCs w:val="28"/>
        </w:rPr>
        <w:t xml:space="preserve">/QĐ-SKHCN </w:t>
      </w:r>
      <w:proofErr w:type="spellStart"/>
      <w:r w:rsidRPr="00A12528">
        <w:rPr>
          <w:color w:val="auto"/>
          <w:sz w:val="28"/>
          <w:szCs w:val="28"/>
        </w:rPr>
        <w:t>ngày</w:t>
      </w:r>
      <w:proofErr w:type="spellEnd"/>
      <w:r w:rsidRPr="00A12528">
        <w:rPr>
          <w:color w:val="auto"/>
          <w:sz w:val="28"/>
          <w:szCs w:val="28"/>
        </w:rPr>
        <w:t xml:space="preserve"> </w:t>
      </w:r>
      <w:r w:rsidR="00A12528" w:rsidRPr="00A12528">
        <w:rPr>
          <w:color w:val="auto"/>
          <w:sz w:val="28"/>
          <w:szCs w:val="28"/>
        </w:rPr>
        <w:t>22</w:t>
      </w:r>
      <w:r w:rsidRPr="00A12528">
        <w:rPr>
          <w:color w:val="auto"/>
          <w:sz w:val="28"/>
          <w:szCs w:val="28"/>
        </w:rPr>
        <w:t xml:space="preserve">/9/2026 </w:t>
      </w:r>
      <w:proofErr w:type="spellStart"/>
      <w:r w:rsidRPr="00A12528">
        <w:rPr>
          <w:color w:val="auto"/>
          <w:sz w:val="28"/>
          <w:szCs w:val="28"/>
        </w:rPr>
        <w:t>của</w:t>
      </w:r>
      <w:proofErr w:type="spellEnd"/>
      <w:r w:rsidRPr="00A12528">
        <w:rPr>
          <w:color w:val="auto"/>
          <w:sz w:val="28"/>
          <w:szCs w:val="28"/>
        </w:rPr>
        <w:t xml:space="preserve"> </w:t>
      </w:r>
      <w:proofErr w:type="spellStart"/>
      <w:r w:rsidRPr="00A12528">
        <w:rPr>
          <w:color w:val="auto"/>
          <w:sz w:val="28"/>
          <w:szCs w:val="28"/>
        </w:rPr>
        <w:t>Giám</w:t>
      </w:r>
      <w:proofErr w:type="spellEnd"/>
      <w:r w:rsidRPr="00A12528">
        <w:rPr>
          <w:color w:val="auto"/>
          <w:sz w:val="28"/>
          <w:szCs w:val="28"/>
        </w:rPr>
        <w:t xml:space="preserve"> </w:t>
      </w:r>
      <w:proofErr w:type="spellStart"/>
      <w:r w:rsidRPr="00064DB1">
        <w:rPr>
          <w:color w:val="auto"/>
          <w:sz w:val="28"/>
          <w:szCs w:val="28"/>
        </w:rPr>
        <w:t>đốc</w:t>
      </w:r>
      <w:proofErr w:type="spellEnd"/>
      <w:r w:rsidRPr="00064DB1">
        <w:rPr>
          <w:color w:val="auto"/>
          <w:sz w:val="28"/>
          <w:szCs w:val="28"/>
        </w:rPr>
        <w:t xml:space="preserve"> </w:t>
      </w:r>
      <w:proofErr w:type="spellStart"/>
      <w:r w:rsidRPr="00064DB1">
        <w:rPr>
          <w:color w:val="auto"/>
          <w:sz w:val="28"/>
          <w:szCs w:val="28"/>
        </w:rPr>
        <w:t>Sở</w:t>
      </w:r>
      <w:proofErr w:type="spellEnd"/>
      <w:r w:rsidRPr="00064DB1">
        <w:rPr>
          <w:color w:val="auto"/>
          <w:sz w:val="28"/>
          <w:szCs w:val="28"/>
        </w:rPr>
        <w:t xml:space="preserve"> Khoa </w:t>
      </w:r>
      <w:proofErr w:type="spellStart"/>
      <w:r w:rsidRPr="00064DB1">
        <w:rPr>
          <w:color w:val="auto"/>
          <w:sz w:val="28"/>
          <w:szCs w:val="28"/>
        </w:rPr>
        <w:t>học</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Công </w:t>
      </w:r>
      <w:proofErr w:type="spellStart"/>
      <w:r w:rsidRPr="00064DB1">
        <w:rPr>
          <w:color w:val="auto"/>
          <w:sz w:val="28"/>
          <w:szCs w:val="28"/>
        </w:rPr>
        <w:t>nghệ</w:t>
      </w:r>
      <w:proofErr w:type="spellEnd"/>
      <w:r w:rsidRPr="00064DB1">
        <w:rPr>
          <w:color w:val="auto"/>
          <w:sz w:val="28"/>
          <w:szCs w:val="28"/>
        </w:rPr>
        <w:t xml:space="preserve"> </w:t>
      </w:r>
      <w:proofErr w:type="spellStart"/>
      <w:r w:rsidRPr="00064DB1">
        <w:rPr>
          <w:color w:val="auto"/>
          <w:sz w:val="28"/>
          <w:szCs w:val="28"/>
        </w:rPr>
        <w:t>thành</w:t>
      </w:r>
      <w:proofErr w:type="spellEnd"/>
      <w:r w:rsidRPr="00064DB1">
        <w:rPr>
          <w:color w:val="auto"/>
          <w:sz w:val="28"/>
          <w:szCs w:val="28"/>
        </w:rPr>
        <w:t xml:space="preserve"> </w:t>
      </w:r>
      <w:proofErr w:type="spellStart"/>
      <w:r w:rsidRPr="00064DB1">
        <w:rPr>
          <w:color w:val="auto"/>
          <w:sz w:val="28"/>
          <w:szCs w:val="28"/>
        </w:rPr>
        <w:t>phố</w:t>
      </w:r>
      <w:proofErr w:type="spellEnd"/>
      <w:r w:rsidRPr="00064DB1">
        <w:rPr>
          <w:color w:val="auto"/>
          <w:sz w:val="28"/>
          <w:szCs w:val="28"/>
        </w:rPr>
        <w:t xml:space="preserve"> </w:t>
      </w:r>
      <w:proofErr w:type="spellStart"/>
      <w:r w:rsidRPr="00064DB1">
        <w:rPr>
          <w:color w:val="auto"/>
          <w:sz w:val="28"/>
          <w:szCs w:val="28"/>
        </w:rPr>
        <w:t>Đồng</w:t>
      </w:r>
      <w:proofErr w:type="spellEnd"/>
      <w:r w:rsidRPr="00064DB1">
        <w:rPr>
          <w:color w:val="auto"/>
          <w:sz w:val="28"/>
          <w:szCs w:val="28"/>
        </w:rPr>
        <w:t xml:space="preserve"> Nai </w:t>
      </w:r>
      <w:proofErr w:type="spellStart"/>
      <w:r w:rsidRPr="00064DB1">
        <w:rPr>
          <w:color w:val="auto"/>
          <w:sz w:val="28"/>
          <w:szCs w:val="28"/>
        </w:rPr>
        <w:t>về</w:t>
      </w:r>
      <w:proofErr w:type="spellEnd"/>
      <w:r w:rsidRPr="00064DB1">
        <w:rPr>
          <w:color w:val="auto"/>
          <w:sz w:val="28"/>
          <w:szCs w:val="28"/>
        </w:rPr>
        <w:t xml:space="preserve"> </w:t>
      </w:r>
      <w:proofErr w:type="spellStart"/>
      <w:r w:rsidRPr="00064DB1">
        <w:rPr>
          <w:color w:val="auto"/>
          <w:sz w:val="28"/>
          <w:szCs w:val="28"/>
        </w:rPr>
        <w:t>việc</w:t>
      </w:r>
      <w:proofErr w:type="spellEnd"/>
      <w:r w:rsidRPr="00064DB1">
        <w:rPr>
          <w:color w:val="auto"/>
          <w:sz w:val="28"/>
          <w:szCs w:val="28"/>
        </w:rPr>
        <w:t xml:space="preserve"> </w:t>
      </w:r>
      <w:proofErr w:type="spellStart"/>
      <w:r w:rsidR="00C23C91" w:rsidRPr="00064DB1">
        <w:rPr>
          <w:color w:val="auto"/>
          <w:sz w:val="28"/>
          <w:szCs w:val="28"/>
        </w:rPr>
        <w:t>phê</w:t>
      </w:r>
      <w:proofErr w:type="spellEnd"/>
      <w:r w:rsidR="00C23C91" w:rsidRPr="00064DB1">
        <w:rPr>
          <w:color w:val="auto"/>
          <w:sz w:val="28"/>
          <w:szCs w:val="28"/>
        </w:rPr>
        <w:t xml:space="preserve"> </w:t>
      </w:r>
      <w:proofErr w:type="spellStart"/>
      <w:r w:rsidR="00C23C91" w:rsidRPr="00064DB1">
        <w:rPr>
          <w:color w:val="auto"/>
          <w:sz w:val="28"/>
          <w:szCs w:val="28"/>
        </w:rPr>
        <w:t>duyệt</w:t>
      </w:r>
      <w:proofErr w:type="spellEnd"/>
      <w:r w:rsidR="00C23C91" w:rsidRPr="00064DB1">
        <w:rPr>
          <w:color w:val="auto"/>
          <w:sz w:val="28"/>
          <w:szCs w:val="28"/>
        </w:rPr>
        <w:t xml:space="preserve"> Danh </w:t>
      </w:r>
      <w:proofErr w:type="spellStart"/>
      <w:r w:rsidR="00C23C91" w:rsidRPr="00064DB1">
        <w:rPr>
          <w:color w:val="auto"/>
          <w:sz w:val="28"/>
          <w:szCs w:val="28"/>
        </w:rPr>
        <w:t>mục</w:t>
      </w:r>
      <w:proofErr w:type="spellEnd"/>
      <w:r w:rsidR="00C23C91" w:rsidRPr="00064DB1">
        <w:rPr>
          <w:color w:val="auto"/>
          <w:sz w:val="28"/>
          <w:szCs w:val="28"/>
        </w:rPr>
        <w:t xml:space="preserve"> </w:t>
      </w:r>
      <w:proofErr w:type="spellStart"/>
      <w:r w:rsidR="00C23C91" w:rsidRPr="00064DB1">
        <w:rPr>
          <w:color w:val="auto"/>
          <w:sz w:val="28"/>
          <w:szCs w:val="28"/>
        </w:rPr>
        <w:t>nhiệm</w:t>
      </w:r>
      <w:proofErr w:type="spellEnd"/>
      <w:r w:rsidR="00C23C91" w:rsidRPr="00064DB1">
        <w:rPr>
          <w:color w:val="auto"/>
          <w:sz w:val="28"/>
          <w:szCs w:val="28"/>
        </w:rPr>
        <w:t xml:space="preserve"> </w:t>
      </w:r>
      <w:proofErr w:type="spellStart"/>
      <w:r w:rsidR="00C23C91" w:rsidRPr="00064DB1">
        <w:rPr>
          <w:color w:val="auto"/>
          <w:sz w:val="28"/>
          <w:szCs w:val="28"/>
        </w:rPr>
        <w:t>vụ</w:t>
      </w:r>
      <w:proofErr w:type="spellEnd"/>
      <w:r w:rsidR="00C23C91" w:rsidRPr="00064DB1">
        <w:rPr>
          <w:color w:val="auto"/>
          <w:sz w:val="28"/>
          <w:szCs w:val="28"/>
        </w:rPr>
        <w:t xml:space="preserve"> khoa </w:t>
      </w:r>
      <w:proofErr w:type="spellStart"/>
      <w:r w:rsidR="00C23C91" w:rsidRPr="00064DB1">
        <w:rPr>
          <w:color w:val="auto"/>
          <w:sz w:val="28"/>
          <w:szCs w:val="28"/>
        </w:rPr>
        <w:t>học</w:t>
      </w:r>
      <w:proofErr w:type="spellEnd"/>
      <w:r w:rsidR="00C23C91" w:rsidRPr="00064DB1">
        <w:rPr>
          <w:color w:val="auto"/>
          <w:sz w:val="28"/>
          <w:szCs w:val="28"/>
        </w:rPr>
        <w:t xml:space="preserve">, </w:t>
      </w:r>
      <w:proofErr w:type="spellStart"/>
      <w:r w:rsidR="00C23C91" w:rsidRPr="00064DB1">
        <w:rPr>
          <w:color w:val="auto"/>
          <w:sz w:val="28"/>
          <w:szCs w:val="28"/>
        </w:rPr>
        <w:t>công</w:t>
      </w:r>
      <w:proofErr w:type="spellEnd"/>
      <w:r w:rsidR="00C23C91" w:rsidRPr="00064DB1">
        <w:rPr>
          <w:color w:val="auto"/>
          <w:sz w:val="28"/>
          <w:szCs w:val="28"/>
        </w:rPr>
        <w:t xml:space="preserve"> </w:t>
      </w:r>
      <w:proofErr w:type="spellStart"/>
      <w:r w:rsidR="00C23C91" w:rsidRPr="00064DB1">
        <w:rPr>
          <w:color w:val="auto"/>
          <w:sz w:val="28"/>
          <w:szCs w:val="28"/>
        </w:rPr>
        <w:t>nghệ</w:t>
      </w:r>
      <w:proofErr w:type="spellEnd"/>
      <w:r w:rsidR="00C23C91" w:rsidRPr="00064DB1">
        <w:rPr>
          <w:color w:val="auto"/>
          <w:sz w:val="28"/>
          <w:szCs w:val="28"/>
        </w:rPr>
        <w:t xml:space="preserve"> </w:t>
      </w:r>
      <w:proofErr w:type="spellStart"/>
      <w:r w:rsidR="00C23C91" w:rsidRPr="00064DB1">
        <w:rPr>
          <w:color w:val="auto"/>
          <w:sz w:val="28"/>
          <w:szCs w:val="28"/>
        </w:rPr>
        <w:t>và</w:t>
      </w:r>
      <w:proofErr w:type="spellEnd"/>
      <w:r w:rsidR="00C23C91" w:rsidRPr="00064DB1">
        <w:rPr>
          <w:color w:val="auto"/>
          <w:sz w:val="28"/>
          <w:szCs w:val="28"/>
        </w:rPr>
        <w:t xml:space="preserve"> </w:t>
      </w:r>
      <w:proofErr w:type="spellStart"/>
      <w:r w:rsidR="00C23C91" w:rsidRPr="00064DB1">
        <w:rPr>
          <w:color w:val="auto"/>
          <w:sz w:val="28"/>
          <w:szCs w:val="28"/>
        </w:rPr>
        <w:t>đổi</w:t>
      </w:r>
      <w:proofErr w:type="spellEnd"/>
      <w:r w:rsidR="00C23C91" w:rsidRPr="00064DB1">
        <w:rPr>
          <w:color w:val="auto"/>
          <w:sz w:val="28"/>
          <w:szCs w:val="28"/>
        </w:rPr>
        <w:t xml:space="preserve"> </w:t>
      </w:r>
      <w:proofErr w:type="spellStart"/>
      <w:r w:rsidR="00C23C91" w:rsidRPr="00064DB1">
        <w:rPr>
          <w:color w:val="auto"/>
          <w:sz w:val="28"/>
          <w:szCs w:val="28"/>
        </w:rPr>
        <w:t>mới</w:t>
      </w:r>
      <w:proofErr w:type="spellEnd"/>
      <w:r w:rsidR="00C23C91" w:rsidRPr="00064DB1">
        <w:rPr>
          <w:color w:val="auto"/>
          <w:sz w:val="28"/>
          <w:szCs w:val="28"/>
        </w:rPr>
        <w:t xml:space="preserve"> </w:t>
      </w:r>
      <w:proofErr w:type="spellStart"/>
      <w:r w:rsidR="00C23C91" w:rsidRPr="00064DB1">
        <w:rPr>
          <w:color w:val="auto"/>
          <w:sz w:val="28"/>
          <w:szCs w:val="28"/>
        </w:rPr>
        <w:t>sáng</w:t>
      </w:r>
      <w:proofErr w:type="spellEnd"/>
      <w:r w:rsidR="00C23C91" w:rsidRPr="00064DB1">
        <w:rPr>
          <w:color w:val="auto"/>
          <w:sz w:val="28"/>
          <w:szCs w:val="28"/>
        </w:rPr>
        <w:t xml:space="preserve"> </w:t>
      </w:r>
      <w:proofErr w:type="spellStart"/>
      <w:r w:rsidR="00C23C91" w:rsidRPr="00064DB1">
        <w:rPr>
          <w:color w:val="auto"/>
          <w:sz w:val="28"/>
          <w:szCs w:val="28"/>
        </w:rPr>
        <w:t>tạo</w:t>
      </w:r>
      <w:proofErr w:type="spellEnd"/>
      <w:r w:rsidR="00C23C91" w:rsidRPr="00064DB1">
        <w:rPr>
          <w:color w:val="auto"/>
          <w:sz w:val="28"/>
          <w:szCs w:val="28"/>
        </w:rPr>
        <w:t xml:space="preserve"> </w:t>
      </w:r>
      <w:proofErr w:type="spellStart"/>
      <w:r w:rsidR="00C23C91" w:rsidRPr="00064DB1">
        <w:rPr>
          <w:color w:val="auto"/>
          <w:sz w:val="28"/>
          <w:szCs w:val="28"/>
        </w:rPr>
        <w:t>và</w:t>
      </w:r>
      <w:proofErr w:type="spellEnd"/>
      <w:r w:rsidR="00C23C91" w:rsidRPr="00064DB1">
        <w:rPr>
          <w:color w:val="auto"/>
          <w:sz w:val="28"/>
          <w:szCs w:val="28"/>
        </w:rPr>
        <w:t xml:space="preserve"> </w:t>
      </w:r>
      <w:proofErr w:type="spellStart"/>
      <w:r w:rsidR="00C23C91" w:rsidRPr="00064DB1">
        <w:rPr>
          <w:color w:val="auto"/>
          <w:sz w:val="28"/>
          <w:szCs w:val="28"/>
        </w:rPr>
        <w:t>mức</w:t>
      </w:r>
      <w:proofErr w:type="spellEnd"/>
      <w:r w:rsidR="00C23C91" w:rsidRPr="00064DB1">
        <w:rPr>
          <w:color w:val="auto"/>
          <w:sz w:val="28"/>
          <w:szCs w:val="28"/>
        </w:rPr>
        <w:t xml:space="preserve"> </w:t>
      </w:r>
      <w:proofErr w:type="spellStart"/>
      <w:r w:rsidR="00C23C91" w:rsidRPr="00064DB1">
        <w:rPr>
          <w:color w:val="auto"/>
          <w:sz w:val="28"/>
          <w:szCs w:val="28"/>
        </w:rPr>
        <w:t>trần</w:t>
      </w:r>
      <w:proofErr w:type="spellEnd"/>
      <w:r w:rsidR="00C23C91" w:rsidRPr="00064DB1">
        <w:rPr>
          <w:color w:val="auto"/>
          <w:sz w:val="28"/>
          <w:szCs w:val="28"/>
        </w:rPr>
        <w:t xml:space="preserve"> </w:t>
      </w:r>
      <w:proofErr w:type="spellStart"/>
      <w:r w:rsidR="00C23C91" w:rsidRPr="00064DB1">
        <w:rPr>
          <w:color w:val="auto"/>
          <w:sz w:val="28"/>
          <w:szCs w:val="28"/>
        </w:rPr>
        <w:t>kinh</w:t>
      </w:r>
      <w:proofErr w:type="spellEnd"/>
      <w:r w:rsidR="00C23C91" w:rsidRPr="00064DB1">
        <w:rPr>
          <w:color w:val="auto"/>
          <w:sz w:val="28"/>
          <w:szCs w:val="28"/>
        </w:rPr>
        <w:t xml:space="preserve"> </w:t>
      </w:r>
      <w:proofErr w:type="spellStart"/>
      <w:r w:rsidR="00C23C91" w:rsidRPr="00064DB1">
        <w:rPr>
          <w:color w:val="auto"/>
          <w:sz w:val="28"/>
          <w:szCs w:val="28"/>
        </w:rPr>
        <w:t>phí</w:t>
      </w:r>
      <w:proofErr w:type="spellEnd"/>
      <w:r w:rsidR="00C23C91" w:rsidRPr="00064DB1">
        <w:rPr>
          <w:color w:val="auto"/>
          <w:sz w:val="28"/>
          <w:szCs w:val="28"/>
        </w:rPr>
        <w:t xml:space="preserve"> </w:t>
      </w:r>
      <w:proofErr w:type="spellStart"/>
      <w:r w:rsidR="00C23C91" w:rsidRPr="00064DB1">
        <w:rPr>
          <w:color w:val="auto"/>
          <w:sz w:val="28"/>
          <w:szCs w:val="28"/>
        </w:rPr>
        <w:t>để</w:t>
      </w:r>
      <w:proofErr w:type="spellEnd"/>
      <w:r w:rsidR="00C23C91" w:rsidRPr="00064DB1">
        <w:rPr>
          <w:color w:val="auto"/>
          <w:sz w:val="28"/>
          <w:szCs w:val="28"/>
        </w:rPr>
        <w:t xml:space="preserve"> </w:t>
      </w:r>
      <w:proofErr w:type="spellStart"/>
      <w:r w:rsidR="00C23C91" w:rsidRPr="00064DB1">
        <w:rPr>
          <w:color w:val="auto"/>
          <w:sz w:val="28"/>
          <w:szCs w:val="28"/>
        </w:rPr>
        <w:t>đặt</w:t>
      </w:r>
      <w:proofErr w:type="spellEnd"/>
      <w:r w:rsidR="00C23C91" w:rsidRPr="00064DB1">
        <w:rPr>
          <w:color w:val="auto"/>
          <w:sz w:val="28"/>
          <w:szCs w:val="28"/>
        </w:rPr>
        <w:t xml:space="preserve"> </w:t>
      </w:r>
      <w:proofErr w:type="spellStart"/>
      <w:r w:rsidR="00C23C91" w:rsidRPr="00064DB1">
        <w:rPr>
          <w:color w:val="auto"/>
          <w:sz w:val="28"/>
          <w:szCs w:val="28"/>
        </w:rPr>
        <w:t>hàng</w:t>
      </w:r>
      <w:proofErr w:type="spellEnd"/>
      <w:r w:rsidR="00C23C91" w:rsidRPr="00064DB1">
        <w:rPr>
          <w:color w:val="auto"/>
          <w:sz w:val="28"/>
          <w:szCs w:val="28"/>
        </w:rPr>
        <w:t xml:space="preserve"> </w:t>
      </w:r>
      <w:proofErr w:type="spellStart"/>
      <w:r w:rsidR="00C23C91" w:rsidRPr="00064DB1">
        <w:rPr>
          <w:color w:val="auto"/>
          <w:sz w:val="28"/>
          <w:szCs w:val="28"/>
        </w:rPr>
        <w:t>thực</w:t>
      </w:r>
      <w:proofErr w:type="spellEnd"/>
      <w:r w:rsidR="00C23C91" w:rsidRPr="00064DB1">
        <w:rPr>
          <w:color w:val="auto"/>
          <w:sz w:val="28"/>
          <w:szCs w:val="28"/>
        </w:rPr>
        <w:t xml:space="preserve"> </w:t>
      </w:r>
      <w:proofErr w:type="spellStart"/>
      <w:r w:rsidR="00C23C91" w:rsidRPr="00064DB1">
        <w:rPr>
          <w:color w:val="auto"/>
          <w:sz w:val="28"/>
          <w:szCs w:val="28"/>
        </w:rPr>
        <w:t>hiện</w:t>
      </w:r>
      <w:proofErr w:type="spellEnd"/>
      <w:r w:rsidR="00C23C91" w:rsidRPr="00064DB1">
        <w:rPr>
          <w:color w:val="auto"/>
          <w:sz w:val="28"/>
          <w:szCs w:val="28"/>
        </w:rPr>
        <w:t xml:space="preserve"> </w:t>
      </w:r>
      <w:proofErr w:type="spellStart"/>
      <w:r w:rsidR="00C23C91" w:rsidRPr="00064DB1">
        <w:rPr>
          <w:color w:val="auto"/>
          <w:sz w:val="28"/>
          <w:szCs w:val="28"/>
        </w:rPr>
        <w:t>từ</w:t>
      </w:r>
      <w:proofErr w:type="spellEnd"/>
      <w:r w:rsidR="00C23C91" w:rsidRPr="00064DB1">
        <w:rPr>
          <w:color w:val="auto"/>
          <w:sz w:val="28"/>
          <w:szCs w:val="28"/>
        </w:rPr>
        <w:t xml:space="preserve"> </w:t>
      </w:r>
      <w:proofErr w:type="spellStart"/>
      <w:r w:rsidR="00C23C91" w:rsidRPr="00064DB1">
        <w:rPr>
          <w:color w:val="auto"/>
          <w:sz w:val="28"/>
          <w:szCs w:val="28"/>
        </w:rPr>
        <w:t>năm</w:t>
      </w:r>
      <w:proofErr w:type="spellEnd"/>
      <w:r w:rsidR="00C23C91" w:rsidRPr="00064DB1">
        <w:rPr>
          <w:color w:val="auto"/>
          <w:sz w:val="28"/>
          <w:szCs w:val="28"/>
        </w:rPr>
        <w:t xml:space="preserve"> 2026 (</w:t>
      </w:r>
      <w:proofErr w:type="spellStart"/>
      <w:r w:rsidR="003564FC">
        <w:rPr>
          <w:color w:val="auto"/>
          <w:sz w:val="28"/>
          <w:szCs w:val="28"/>
        </w:rPr>
        <w:t>đ</w:t>
      </w:r>
      <w:r w:rsidR="00C23C91" w:rsidRPr="00064DB1">
        <w:rPr>
          <w:color w:val="auto"/>
          <w:sz w:val="28"/>
          <w:szCs w:val="28"/>
        </w:rPr>
        <w:t>ợt</w:t>
      </w:r>
      <w:proofErr w:type="spellEnd"/>
      <w:r w:rsidR="00C23C91" w:rsidRPr="00064DB1">
        <w:rPr>
          <w:color w:val="auto"/>
          <w:sz w:val="28"/>
          <w:szCs w:val="28"/>
        </w:rPr>
        <w:t xml:space="preserve"> 2) - </w:t>
      </w:r>
      <w:proofErr w:type="spellStart"/>
      <w:r w:rsidR="00C23C91" w:rsidRPr="00064DB1">
        <w:rPr>
          <w:color w:val="auto"/>
          <w:sz w:val="28"/>
          <w:szCs w:val="28"/>
        </w:rPr>
        <w:t>Loại</w:t>
      </w:r>
      <w:proofErr w:type="spellEnd"/>
      <w:r w:rsidR="00C23C91" w:rsidRPr="00064DB1">
        <w:rPr>
          <w:color w:val="auto"/>
          <w:sz w:val="28"/>
          <w:szCs w:val="28"/>
        </w:rPr>
        <w:t xml:space="preserve"> </w:t>
      </w:r>
      <w:proofErr w:type="spellStart"/>
      <w:r w:rsidR="00C23C91" w:rsidRPr="00064DB1">
        <w:rPr>
          <w:color w:val="auto"/>
          <w:sz w:val="28"/>
          <w:szCs w:val="28"/>
        </w:rPr>
        <w:t>hình</w:t>
      </w:r>
      <w:proofErr w:type="spellEnd"/>
      <w:r w:rsidR="00C23C91" w:rsidRPr="00064DB1">
        <w:rPr>
          <w:color w:val="auto"/>
          <w:sz w:val="28"/>
          <w:szCs w:val="28"/>
        </w:rPr>
        <w:t xml:space="preserve">: </w:t>
      </w:r>
      <w:proofErr w:type="spellStart"/>
      <w:r w:rsidR="003D6435" w:rsidRPr="003D6435">
        <w:rPr>
          <w:bCs/>
          <w:color w:val="auto"/>
          <w:sz w:val="28"/>
          <w:szCs w:val="28"/>
        </w:rPr>
        <w:t>Nhiệm</w:t>
      </w:r>
      <w:proofErr w:type="spellEnd"/>
      <w:r w:rsidR="003D6435" w:rsidRPr="003D6435">
        <w:rPr>
          <w:bCs/>
          <w:color w:val="auto"/>
          <w:sz w:val="28"/>
          <w:szCs w:val="28"/>
        </w:rPr>
        <w:t xml:space="preserve"> </w:t>
      </w:r>
      <w:proofErr w:type="spellStart"/>
      <w:r w:rsidR="003D6435" w:rsidRPr="003D6435">
        <w:rPr>
          <w:bCs/>
          <w:color w:val="auto"/>
          <w:sz w:val="28"/>
          <w:szCs w:val="28"/>
        </w:rPr>
        <w:t>vụ</w:t>
      </w:r>
      <w:proofErr w:type="spellEnd"/>
      <w:r w:rsidR="003D6435" w:rsidRPr="003D6435">
        <w:rPr>
          <w:bCs/>
          <w:color w:val="auto"/>
          <w:sz w:val="28"/>
          <w:szCs w:val="28"/>
        </w:rPr>
        <w:t xml:space="preserve"> </w:t>
      </w:r>
      <w:proofErr w:type="spellStart"/>
      <w:r w:rsidR="003D6435" w:rsidRPr="003D6435">
        <w:rPr>
          <w:bCs/>
          <w:color w:val="auto"/>
          <w:sz w:val="28"/>
          <w:szCs w:val="28"/>
        </w:rPr>
        <w:t>nghiên</w:t>
      </w:r>
      <w:proofErr w:type="spellEnd"/>
      <w:r w:rsidR="003D6435" w:rsidRPr="003D6435">
        <w:rPr>
          <w:bCs/>
          <w:color w:val="auto"/>
          <w:sz w:val="28"/>
          <w:szCs w:val="28"/>
        </w:rPr>
        <w:t xml:space="preserve"> </w:t>
      </w:r>
      <w:proofErr w:type="spellStart"/>
      <w:r w:rsidR="003D6435" w:rsidRPr="003D6435">
        <w:rPr>
          <w:bCs/>
          <w:color w:val="auto"/>
          <w:sz w:val="28"/>
          <w:szCs w:val="28"/>
        </w:rPr>
        <w:t>cứu</w:t>
      </w:r>
      <w:proofErr w:type="spellEnd"/>
      <w:r w:rsidR="003D6435" w:rsidRPr="003D6435">
        <w:rPr>
          <w:bCs/>
          <w:color w:val="auto"/>
          <w:sz w:val="28"/>
          <w:szCs w:val="28"/>
        </w:rPr>
        <w:t xml:space="preserve"> </w:t>
      </w:r>
      <w:proofErr w:type="spellStart"/>
      <w:r w:rsidR="003D6435" w:rsidRPr="003D6435">
        <w:rPr>
          <w:bCs/>
          <w:color w:val="auto"/>
          <w:sz w:val="28"/>
          <w:szCs w:val="28"/>
        </w:rPr>
        <w:t>ứng</w:t>
      </w:r>
      <w:proofErr w:type="spellEnd"/>
      <w:r w:rsidR="003D6435" w:rsidRPr="003D6435">
        <w:rPr>
          <w:bCs/>
          <w:color w:val="auto"/>
          <w:sz w:val="28"/>
          <w:szCs w:val="28"/>
        </w:rPr>
        <w:t xml:space="preserve"> </w:t>
      </w:r>
      <w:proofErr w:type="spellStart"/>
      <w:r w:rsidR="003D6435" w:rsidRPr="003D6435">
        <w:rPr>
          <w:bCs/>
          <w:color w:val="auto"/>
          <w:sz w:val="28"/>
          <w:szCs w:val="28"/>
        </w:rPr>
        <w:t>dụng</w:t>
      </w:r>
      <w:proofErr w:type="spellEnd"/>
      <w:r w:rsidR="003564FC">
        <w:rPr>
          <w:color w:val="auto"/>
          <w:sz w:val="28"/>
          <w:szCs w:val="28"/>
        </w:rPr>
        <w:t xml:space="preserve">; </w:t>
      </w:r>
      <w:proofErr w:type="spellStart"/>
      <w:r w:rsidR="003564FC">
        <w:rPr>
          <w:color w:val="auto"/>
          <w:sz w:val="28"/>
          <w:szCs w:val="28"/>
        </w:rPr>
        <w:t>Lĩnh</w:t>
      </w:r>
      <w:proofErr w:type="spellEnd"/>
      <w:r w:rsidR="003564FC">
        <w:rPr>
          <w:color w:val="auto"/>
          <w:sz w:val="28"/>
          <w:szCs w:val="28"/>
        </w:rPr>
        <w:t xml:space="preserve"> </w:t>
      </w:r>
      <w:proofErr w:type="spellStart"/>
      <w:r w:rsidR="003564FC">
        <w:rPr>
          <w:color w:val="auto"/>
          <w:sz w:val="28"/>
          <w:szCs w:val="28"/>
        </w:rPr>
        <w:t>vực</w:t>
      </w:r>
      <w:proofErr w:type="spellEnd"/>
      <w:r w:rsidR="003564FC">
        <w:rPr>
          <w:color w:val="auto"/>
          <w:sz w:val="28"/>
          <w:szCs w:val="28"/>
        </w:rPr>
        <w:t xml:space="preserve">: Khoa </w:t>
      </w:r>
      <w:proofErr w:type="spellStart"/>
      <w:r w:rsidR="003564FC">
        <w:rPr>
          <w:color w:val="auto"/>
          <w:sz w:val="28"/>
          <w:szCs w:val="28"/>
        </w:rPr>
        <w:t>học</w:t>
      </w:r>
      <w:proofErr w:type="spellEnd"/>
      <w:r w:rsidR="003564FC">
        <w:rPr>
          <w:color w:val="auto"/>
          <w:sz w:val="28"/>
          <w:szCs w:val="28"/>
        </w:rPr>
        <w:t xml:space="preserve"> Y </w:t>
      </w:r>
      <w:proofErr w:type="spellStart"/>
      <w:r w:rsidR="003564FC">
        <w:rPr>
          <w:color w:val="auto"/>
          <w:sz w:val="28"/>
          <w:szCs w:val="28"/>
        </w:rPr>
        <w:t>dược</w:t>
      </w:r>
      <w:proofErr w:type="spellEnd"/>
      <w:r w:rsidR="003564FC">
        <w:rPr>
          <w:color w:val="auto"/>
          <w:sz w:val="28"/>
          <w:szCs w:val="28"/>
        </w:rPr>
        <w:t>;</w:t>
      </w:r>
    </w:p>
    <w:p w14:paraId="3C8FF3E1" w14:textId="22D1A9D8" w:rsidR="00DC174C" w:rsidRPr="00064DB1" w:rsidRDefault="00000000" w:rsidP="005E0F6E">
      <w:pPr>
        <w:spacing w:after="60" w:line="380" w:lineRule="exact"/>
        <w:ind w:firstLine="709"/>
        <w:jc w:val="both"/>
        <w:rPr>
          <w:color w:val="auto"/>
          <w:sz w:val="28"/>
          <w:szCs w:val="28"/>
        </w:rPr>
      </w:pPr>
      <w:r w:rsidRPr="00064DB1">
        <w:rPr>
          <w:color w:val="auto"/>
          <w:sz w:val="28"/>
          <w:szCs w:val="28"/>
        </w:rPr>
        <w:t xml:space="preserve"> </w:t>
      </w:r>
      <w:proofErr w:type="spellStart"/>
      <w:r w:rsidR="00C23C91" w:rsidRPr="00064DB1">
        <w:rPr>
          <w:color w:val="auto"/>
          <w:sz w:val="28"/>
          <w:szCs w:val="28"/>
        </w:rPr>
        <w:t>Sở</w:t>
      </w:r>
      <w:proofErr w:type="spellEnd"/>
      <w:r w:rsidR="00C23C91" w:rsidRPr="00064DB1">
        <w:rPr>
          <w:color w:val="auto"/>
          <w:sz w:val="28"/>
          <w:szCs w:val="28"/>
        </w:rPr>
        <w:t xml:space="preserve"> Khoa </w:t>
      </w:r>
      <w:proofErr w:type="spellStart"/>
      <w:r w:rsidR="00C23C91" w:rsidRPr="00064DB1">
        <w:rPr>
          <w:color w:val="auto"/>
          <w:sz w:val="28"/>
          <w:szCs w:val="28"/>
        </w:rPr>
        <w:t>học</w:t>
      </w:r>
      <w:proofErr w:type="spellEnd"/>
      <w:r w:rsidR="00C23C91" w:rsidRPr="00064DB1">
        <w:rPr>
          <w:color w:val="auto"/>
          <w:sz w:val="28"/>
          <w:szCs w:val="28"/>
        </w:rPr>
        <w:t xml:space="preserve"> </w:t>
      </w:r>
      <w:proofErr w:type="spellStart"/>
      <w:r w:rsidR="00C23C91" w:rsidRPr="00064DB1">
        <w:rPr>
          <w:color w:val="auto"/>
          <w:sz w:val="28"/>
          <w:szCs w:val="28"/>
        </w:rPr>
        <w:t>và</w:t>
      </w:r>
      <w:proofErr w:type="spellEnd"/>
      <w:r w:rsidR="00C23C91" w:rsidRPr="00064DB1">
        <w:rPr>
          <w:color w:val="auto"/>
          <w:sz w:val="28"/>
          <w:szCs w:val="28"/>
        </w:rPr>
        <w:t xml:space="preserve"> Công </w:t>
      </w:r>
      <w:proofErr w:type="spellStart"/>
      <w:r w:rsidR="00C23C91" w:rsidRPr="00064DB1">
        <w:rPr>
          <w:color w:val="auto"/>
          <w:sz w:val="28"/>
          <w:szCs w:val="28"/>
        </w:rPr>
        <w:t>nghệ</w:t>
      </w:r>
      <w:proofErr w:type="spellEnd"/>
      <w:r w:rsidR="00C23C91" w:rsidRPr="00064DB1">
        <w:rPr>
          <w:color w:val="auto"/>
          <w:sz w:val="28"/>
          <w:szCs w:val="28"/>
        </w:rPr>
        <w:t xml:space="preserve"> </w:t>
      </w:r>
      <w:proofErr w:type="spellStart"/>
      <w:r w:rsidR="00C23C91" w:rsidRPr="00064DB1">
        <w:rPr>
          <w:color w:val="auto"/>
          <w:sz w:val="28"/>
          <w:szCs w:val="28"/>
        </w:rPr>
        <w:t>thành</w:t>
      </w:r>
      <w:proofErr w:type="spellEnd"/>
      <w:r w:rsidR="00C23C91" w:rsidRPr="00064DB1">
        <w:rPr>
          <w:color w:val="auto"/>
          <w:sz w:val="28"/>
          <w:szCs w:val="28"/>
        </w:rPr>
        <w:t xml:space="preserve"> </w:t>
      </w:r>
      <w:proofErr w:type="spellStart"/>
      <w:r w:rsidR="00C23C91" w:rsidRPr="00064DB1">
        <w:rPr>
          <w:color w:val="auto"/>
          <w:sz w:val="28"/>
          <w:szCs w:val="28"/>
        </w:rPr>
        <w:t>phố</w:t>
      </w:r>
      <w:proofErr w:type="spellEnd"/>
      <w:r w:rsidR="00C23C91" w:rsidRPr="00064DB1">
        <w:rPr>
          <w:color w:val="auto"/>
          <w:sz w:val="28"/>
          <w:szCs w:val="28"/>
        </w:rPr>
        <w:t xml:space="preserve"> </w:t>
      </w:r>
      <w:proofErr w:type="spellStart"/>
      <w:r w:rsidR="00C23C91" w:rsidRPr="00064DB1">
        <w:rPr>
          <w:color w:val="auto"/>
          <w:sz w:val="28"/>
          <w:szCs w:val="28"/>
        </w:rPr>
        <w:t>Đồng</w:t>
      </w:r>
      <w:proofErr w:type="spellEnd"/>
      <w:r w:rsidR="00C23C91" w:rsidRPr="00064DB1">
        <w:rPr>
          <w:color w:val="auto"/>
          <w:sz w:val="28"/>
          <w:szCs w:val="28"/>
        </w:rPr>
        <w:t xml:space="preserve"> Nai </w:t>
      </w:r>
      <w:proofErr w:type="spellStart"/>
      <w:r w:rsidR="00C23C91" w:rsidRPr="00064DB1">
        <w:rPr>
          <w:color w:val="auto"/>
          <w:sz w:val="28"/>
          <w:szCs w:val="28"/>
        </w:rPr>
        <w:t>thông</w:t>
      </w:r>
      <w:proofErr w:type="spellEnd"/>
      <w:r w:rsidR="00C23C91" w:rsidRPr="00064DB1">
        <w:rPr>
          <w:color w:val="auto"/>
          <w:sz w:val="28"/>
          <w:szCs w:val="28"/>
        </w:rPr>
        <w:t xml:space="preserve"> </w:t>
      </w:r>
      <w:proofErr w:type="spellStart"/>
      <w:r w:rsidR="00C23C91" w:rsidRPr="00064DB1">
        <w:rPr>
          <w:color w:val="auto"/>
          <w:sz w:val="28"/>
          <w:szCs w:val="28"/>
        </w:rPr>
        <w:t>báo</w:t>
      </w:r>
      <w:proofErr w:type="spellEnd"/>
      <w:r w:rsidR="00C23C91" w:rsidRPr="00064DB1">
        <w:rPr>
          <w:color w:val="auto"/>
          <w:sz w:val="28"/>
          <w:szCs w:val="28"/>
        </w:rPr>
        <w:t xml:space="preserve"> </w:t>
      </w:r>
      <w:proofErr w:type="spellStart"/>
      <w:r w:rsidR="003672CC" w:rsidRPr="00064DB1">
        <w:rPr>
          <w:color w:val="auto"/>
          <w:sz w:val="28"/>
          <w:szCs w:val="28"/>
        </w:rPr>
        <w:t>kế</w:t>
      </w:r>
      <w:proofErr w:type="spellEnd"/>
      <w:r w:rsidR="003672CC" w:rsidRPr="00064DB1">
        <w:rPr>
          <w:color w:val="auto"/>
          <w:sz w:val="28"/>
          <w:szCs w:val="28"/>
        </w:rPr>
        <w:t xml:space="preserve"> </w:t>
      </w:r>
      <w:proofErr w:type="spellStart"/>
      <w:r w:rsidR="003672CC" w:rsidRPr="00064DB1">
        <w:rPr>
          <w:color w:val="auto"/>
          <w:sz w:val="28"/>
          <w:szCs w:val="28"/>
        </w:rPr>
        <w:t>hoạch</w:t>
      </w:r>
      <w:proofErr w:type="spellEnd"/>
      <w:r w:rsidR="003672CC" w:rsidRPr="00064DB1">
        <w:rPr>
          <w:color w:val="auto"/>
          <w:sz w:val="28"/>
          <w:szCs w:val="28"/>
        </w:rPr>
        <w:t xml:space="preserve"> </w:t>
      </w:r>
      <w:proofErr w:type="spellStart"/>
      <w:r w:rsidR="003672CC" w:rsidRPr="00064DB1">
        <w:rPr>
          <w:color w:val="auto"/>
          <w:sz w:val="28"/>
          <w:szCs w:val="28"/>
        </w:rPr>
        <w:t>đặt</w:t>
      </w:r>
      <w:proofErr w:type="spellEnd"/>
      <w:r w:rsidR="003672CC" w:rsidRPr="00064DB1">
        <w:rPr>
          <w:color w:val="auto"/>
          <w:sz w:val="28"/>
          <w:szCs w:val="28"/>
        </w:rPr>
        <w:t xml:space="preserve"> </w:t>
      </w:r>
      <w:proofErr w:type="spellStart"/>
      <w:r w:rsidR="003672CC" w:rsidRPr="00064DB1">
        <w:rPr>
          <w:color w:val="auto"/>
          <w:sz w:val="28"/>
          <w:szCs w:val="28"/>
        </w:rPr>
        <w:t>hàng</w:t>
      </w:r>
      <w:proofErr w:type="spellEnd"/>
      <w:r w:rsidR="003672CC" w:rsidRPr="00064DB1">
        <w:rPr>
          <w:color w:val="auto"/>
          <w:sz w:val="28"/>
          <w:szCs w:val="28"/>
        </w:rPr>
        <w:t xml:space="preserve"> </w:t>
      </w:r>
      <w:proofErr w:type="spellStart"/>
      <w:r w:rsidR="003672CC" w:rsidRPr="00064DB1">
        <w:rPr>
          <w:color w:val="auto"/>
          <w:sz w:val="28"/>
          <w:szCs w:val="28"/>
        </w:rPr>
        <w:t>để</w:t>
      </w:r>
      <w:proofErr w:type="spellEnd"/>
      <w:r w:rsidR="00C23C91" w:rsidRPr="00064DB1">
        <w:rPr>
          <w:color w:val="auto"/>
          <w:sz w:val="28"/>
          <w:szCs w:val="28"/>
        </w:rPr>
        <w:t xml:space="preserve"> </w:t>
      </w:r>
      <w:proofErr w:type="spellStart"/>
      <w:r w:rsidR="00C23C91" w:rsidRPr="00064DB1">
        <w:rPr>
          <w:color w:val="auto"/>
          <w:sz w:val="28"/>
          <w:szCs w:val="28"/>
        </w:rPr>
        <w:t>tuyển</w:t>
      </w:r>
      <w:proofErr w:type="spellEnd"/>
      <w:r w:rsidR="00C23C91" w:rsidRPr="00064DB1">
        <w:rPr>
          <w:color w:val="auto"/>
          <w:sz w:val="28"/>
          <w:szCs w:val="28"/>
        </w:rPr>
        <w:t xml:space="preserve"> </w:t>
      </w:r>
      <w:proofErr w:type="spellStart"/>
      <w:r w:rsidR="00C23C91" w:rsidRPr="00064DB1">
        <w:rPr>
          <w:color w:val="auto"/>
          <w:sz w:val="28"/>
          <w:szCs w:val="28"/>
        </w:rPr>
        <w:t>chọn</w:t>
      </w:r>
      <w:proofErr w:type="spellEnd"/>
      <w:r w:rsidR="00C23C91" w:rsidRPr="00064DB1">
        <w:rPr>
          <w:color w:val="auto"/>
          <w:sz w:val="28"/>
          <w:szCs w:val="28"/>
        </w:rPr>
        <w:t xml:space="preserve"> </w:t>
      </w:r>
      <w:proofErr w:type="spellStart"/>
      <w:r w:rsidR="00C23C91" w:rsidRPr="00064DB1">
        <w:rPr>
          <w:color w:val="auto"/>
          <w:sz w:val="28"/>
          <w:szCs w:val="28"/>
        </w:rPr>
        <w:t>tổ</w:t>
      </w:r>
      <w:proofErr w:type="spellEnd"/>
      <w:r w:rsidR="00C23C91" w:rsidRPr="00064DB1">
        <w:rPr>
          <w:color w:val="auto"/>
          <w:sz w:val="28"/>
          <w:szCs w:val="28"/>
        </w:rPr>
        <w:t xml:space="preserve"> </w:t>
      </w:r>
      <w:proofErr w:type="spellStart"/>
      <w:r w:rsidR="00C23C91" w:rsidRPr="00064DB1">
        <w:rPr>
          <w:color w:val="auto"/>
          <w:sz w:val="28"/>
          <w:szCs w:val="28"/>
        </w:rPr>
        <w:t>chức</w:t>
      </w:r>
      <w:proofErr w:type="spellEnd"/>
      <w:r w:rsidR="00C23C91" w:rsidRPr="00064DB1">
        <w:rPr>
          <w:color w:val="auto"/>
          <w:sz w:val="28"/>
          <w:szCs w:val="28"/>
        </w:rPr>
        <w:t xml:space="preserve">, </w:t>
      </w:r>
      <w:proofErr w:type="spellStart"/>
      <w:r w:rsidR="00C23C91" w:rsidRPr="00064DB1">
        <w:rPr>
          <w:color w:val="auto"/>
          <w:sz w:val="28"/>
          <w:szCs w:val="28"/>
        </w:rPr>
        <w:t>cá</w:t>
      </w:r>
      <w:proofErr w:type="spellEnd"/>
      <w:r w:rsidR="00C23C91" w:rsidRPr="00064DB1">
        <w:rPr>
          <w:color w:val="auto"/>
          <w:sz w:val="28"/>
          <w:szCs w:val="28"/>
        </w:rPr>
        <w:t xml:space="preserve"> </w:t>
      </w:r>
      <w:proofErr w:type="spellStart"/>
      <w:r w:rsidR="00C23C91" w:rsidRPr="00064DB1">
        <w:rPr>
          <w:color w:val="auto"/>
          <w:sz w:val="28"/>
          <w:szCs w:val="28"/>
        </w:rPr>
        <w:t>nhân</w:t>
      </w:r>
      <w:proofErr w:type="spellEnd"/>
      <w:r w:rsidR="00C23C91" w:rsidRPr="00064DB1">
        <w:rPr>
          <w:color w:val="auto"/>
          <w:sz w:val="28"/>
          <w:szCs w:val="28"/>
        </w:rPr>
        <w:t xml:space="preserve"> </w:t>
      </w:r>
      <w:proofErr w:type="spellStart"/>
      <w:r w:rsidR="00C23C91" w:rsidRPr="00064DB1">
        <w:rPr>
          <w:color w:val="auto"/>
          <w:sz w:val="28"/>
          <w:szCs w:val="28"/>
        </w:rPr>
        <w:t>chủ</w:t>
      </w:r>
      <w:proofErr w:type="spellEnd"/>
      <w:r w:rsidR="00C23C91" w:rsidRPr="00064DB1">
        <w:rPr>
          <w:color w:val="auto"/>
          <w:sz w:val="28"/>
          <w:szCs w:val="28"/>
        </w:rPr>
        <w:t xml:space="preserve"> </w:t>
      </w:r>
      <w:proofErr w:type="spellStart"/>
      <w:r w:rsidR="00C23C91" w:rsidRPr="00064DB1">
        <w:rPr>
          <w:color w:val="auto"/>
          <w:sz w:val="28"/>
          <w:szCs w:val="28"/>
        </w:rPr>
        <w:t>trì</w:t>
      </w:r>
      <w:proofErr w:type="spellEnd"/>
      <w:r w:rsidR="00C23C91" w:rsidRPr="00064DB1">
        <w:rPr>
          <w:color w:val="auto"/>
          <w:sz w:val="28"/>
          <w:szCs w:val="28"/>
        </w:rPr>
        <w:t xml:space="preserve"> </w:t>
      </w:r>
      <w:proofErr w:type="spellStart"/>
      <w:r w:rsidR="00C23C91" w:rsidRPr="00064DB1">
        <w:rPr>
          <w:color w:val="auto"/>
          <w:sz w:val="28"/>
          <w:szCs w:val="28"/>
        </w:rPr>
        <w:t>thực</w:t>
      </w:r>
      <w:proofErr w:type="spellEnd"/>
      <w:r w:rsidR="00C23C91" w:rsidRPr="00064DB1">
        <w:rPr>
          <w:color w:val="auto"/>
          <w:sz w:val="28"/>
          <w:szCs w:val="28"/>
        </w:rPr>
        <w:t xml:space="preserve"> </w:t>
      </w:r>
      <w:proofErr w:type="spellStart"/>
      <w:r w:rsidR="00C23C91" w:rsidRPr="00064DB1">
        <w:rPr>
          <w:color w:val="auto"/>
          <w:sz w:val="28"/>
          <w:szCs w:val="28"/>
        </w:rPr>
        <w:t>hiện</w:t>
      </w:r>
      <w:proofErr w:type="spellEnd"/>
      <w:r w:rsidR="00C23C91" w:rsidRPr="00064DB1">
        <w:rPr>
          <w:color w:val="auto"/>
          <w:sz w:val="28"/>
          <w:szCs w:val="28"/>
        </w:rPr>
        <w:t xml:space="preserve"> </w:t>
      </w:r>
      <w:proofErr w:type="spellStart"/>
      <w:r w:rsidR="00C23C91" w:rsidRPr="00064DB1">
        <w:rPr>
          <w:color w:val="auto"/>
          <w:sz w:val="28"/>
          <w:szCs w:val="28"/>
        </w:rPr>
        <w:t>nhiệm</w:t>
      </w:r>
      <w:proofErr w:type="spellEnd"/>
      <w:r w:rsidR="00C23C91" w:rsidRPr="00064DB1">
        <w:rPr>
          <w:color w:val="auto"/>
          <w:sz w:val="28"/>
          <w:szCs w:val="28"/>
        </w:rPr>
        <w:t xml:space="preserve"> </w:t>
      </w:r>
      <w:proofErr w:type="spellStart"/>
      <w:r w:rsidR="00C23C91" w:rsidRPr="00064DB1">
        <w:rPr>
          <w:color w:val="auto"/>
          <w:sz w:val="28"/>
          <w:szCs w:val="28"/>
        </w:rPr>
        <w:t>vụ</w:t>
      </w:r>
      <w:proofErr w:type="spellEnd"/>
      <w:r w:rsidR="00C23C91" w:rsidRPr="00064DB1">
        <w:rPr>
          <w:color w:val="auto"/>
          <w:sz w:val="28"/>
          <w:szCs w:val="28"/>
        </w:rPr>
        <w:t xml:space="preserve"> </w:t>
      </w:r>
      <w:proofErr w:type="spellStart"/>
      <w:r w:rsidR="00C23C91" w:rsidRPr="00064DB1">
        <w:rPr>
          <w:color w:val="auto"/>
          <w:sz w:val="28"/>
          <w:szCs w:val="28"/>
        </w:rPr>
        <w:t>với</w:t>
      </w:r>
      <w:proofErr w:type="spellEnd"/>
      <w:r w:rsidR="00C23C91" w:rsidRPr="00064DB1">
        <w:rPr>
          <w:color w:val="auto"/>
          <w:sz w:val="28"/>
          <w:szCs w:val="28"/>
        </w:rPr>
        <w:t xml:space="preserve"> </w:t>
      </w:r>
      <w:proofErr w:type="spellStart"/>
      <w:r w:rsidR="00C23C91" w:rsidRPr="00064DB1">
        <w:rPr>
          <w:color w:val="auto"/>
          <w:sz w:val="28"/>
          <w:szCs w:val="28"/>
        </w:rPr>
        <w:t>các</w:t>
      </w:r>
      <w:proofErr w:type="spellEnd"/>
      <w:r w:rsidR="00C23C91" w:rsidRPr="00064DB1">
        <w:rPr>
          <w:color w:val="auto"/>
          <w:sz w:val="28"/>
          <w:szCs w:val="28"/>
        </w:rPr>
        <w:t xml:space="preserve"> </w:t>
      </w:r>
      <w:proofErr w:type="spellStart"/>
      <w:r w:rsidR="00C23C91" w:rsidRPr="00064DB1">
        <w:rPr>
          <w:color w:val="auto"/>
          <w:sz w:val="28"/>
          <w:szCs w:val="28"/>
        </w:rPr>
        <w:t>nội</w:t>
      </w:r>
      <w:proofErr w:type="spellEnd"/>
      <w:r w:rsidR="00C23C91" w:rsidRPr="00064DB1">
        <w:rPr>
          <w:color w:val="auto"/>
          <w:sz w:val="28"/>
          <w:szCs w:val="28"/>
        </w:rPr>
        <w:t xml:space="preserve"> dung </w:t>
      </w:r>
      <w:proofErr w:type="spellStart"/>
      <w:r w:rsidR="00C23C91" w:rsidRPr="00064DB1">
        <w:rPr>
          <w:color w:val="auto"/>
          <w:sz w:val="28"/>
          <w:szCs w:val="28"/>
        </w:rPr>
        <w:t>cụ</w:t>
      </w:r>
      <w:proofErr w:type="spellEnd"/>
      <w:r w:rsidR="00C23C91" w:rsidRPr="00064DB1">
        <w:rPr>
          <w:color w:val="auto"/>
          <w:sz w:val="28"/>
          <w:szCs w:val="28"/>
        </w:rPr>
        <w:t xml:space="preserve"> </w:t>
      </w:r>
      <w:proofErr w:type="spellStart"/>
      <w:r w:rsidR="00C23C91" w:rsidRPr="00064DB1">
        <w:rPr>
          <w:color w:val="auto"/>
          <w:sz w:val="28"/>
          <w:szCs w:val="28"/>
        </w:rPr>
        <w:t>thể</w:t>
      </w:r>
      <w:proofErr w:type="spellEnd"/>
      <w:r w:rsidR="00C23C91" w:rsidRPr="00064DB1">
        <w:rPr>
          <w:color w:val="auto"/>
          <w:sz w:val="28"/>
          <w:szCs w:val="28"/>
        </w:rPr>
        <w:t xml:space="preserve"> </w:t>
      </w:r>
      <w:proofErr w:type="spellStart"/>
      <w:r w:rsidR="00C23C91" w:rsidRPr="00064DB1">
        <w:rPr>
          <w:color w:val="auto"/>
          <w:sz w:val="28"/>
          <w:szCs w:val="28"/>
        </w:rPr>
        <w:t>như</w:t>
      </w:r>
      <w:proofErr w:type="spellEnd"/>
      <w:r w:rsidR="00C23C91" w:rsidRPr="00064DB1">
        <w:rPr>
          <w:color w:val="auto"/>
          <w:sz w:val="28"/>
          <w:szCs w:val="28"/>
        </w:rPr>
        <w:t xml:space="preserve"> </w:t>
      </w:r>
      <w:proofErr w:type="spellStart"/>
      <w:r w:rsidR="00C23C91" w:rsidRPr="00064DB1">
        <w:rPr>
          <w:color w:val="auto"/>
          <w:sz w:val="28"/>
          <w:szCs w:val="28"/>
        </w:rPr>
        <w:t>sau</w:t>
      </w:r>
      <w:proofErr w:type="spellEnd"/>
      <w:r w:rsidR="00C23C91" w:rsidRPr="00064DB1">
        <w:rPr>
          <w:color w:val="auto"/>
          <w:sz w:val="28"/>
          <w:szCs w:val="28"/>
        </w:rPr>
        <w:t>:</w:t>
      </w:r>
    </w:p>
    <w:p w14:paraId="482ED930" w14:textId="60C8E461" w:rsidR="00B65ACF" w:rsidRPr="00064DB1" w:rsidRDefault="00B65ACF" w:rsidP="005E0F6E">
      <w:pPr>
        <w:spacing w:after="60" w:line="380" w:lineRule="exact"/>
        <w:ind w:firstLine="567"/>
        <w:jc w:val="both"/>
        <w:rPr>
          <w:b/>
          <w:color w:val="auto"/>
          <w:sz w:val="28"/>
          <w:szCs w:val="28"/>
        </w:rPr>
      </w:pPr>
      <w:r w:rsidRPr="00064DB1">
        <w:rPr>
          <w:b/>
          <w:color w:val="auto"/>
          <w:sz w:val="28"/>
          <w:szCs w:val="28"/>
        </w:rPr>
        <w:t xml:space="preserve">1. Danh </w:t>
      </w:r>
      <w:proofErr w:type="spellStart"/>
      <w:r w:rsidRPr="00064DB1">
        <w:rPr>
          <w:b/>
          <w:color w:val="auto"/>
          <w:sz w:val="28"/>
          <w:szCs w:val="28"/>
        </w:rPr>
        <w:t>mục</w:t>
      </w:r>
      <w:proofErr w:type="spellEnd"/>
      <w:r w:rsidRPr="00064DB1">
        <w:rPr>
          <w:b/>
          <w:color w:val="auto"/>
          <w:sz w:val="28"/>
          <w:szCs w:val="28"/>
        </w:rPr>
        <w:t xml:space="preserve"> </w:t>
      </w:r>
      <w:proofErr w:type="spellStart"/>
      <w:r w:rsidRPr="00064DB1">
        <w:rPr>
          <w:b/>
          <w:color w:val="auto"/>
          <w:sz w:val="28"/>
          <w:szCs w:val="28"/>
        </w:rPr>
        <w:t>nhiệm</w:t>
      </w:r>
      <w:proofErr w:type="spellEnd"/>
      <w:r w:rsidRPr="00064DB1">
        <w:rPr>
          <w:b/>
          <w:color w:val="auto"/>
          <w:sz w:val="28"/>
          <w:szCs w:val="28"/>
        </w:rPr>
        <w:t xml:space="preserve"> </w:t>
      </w:r>
      <w:proofErr w:type="spellStart"/>
      <w:r w:rsidRPr="00064DB1">
        <w:rPr>
          <w:b/>
          <w:color w:val="auto"/>
          <w:sz w:val="28"/>
          <w:szCs w:val="28"/>
        </w:rPr>
        <w:t>vụ</w:t>
      </w:r>
      <w:proofErr w:type="spellEnd"/>
      <w:r w:rsidRPr="00064DB1">
        <w:rPr>
          <w:b/>
          <w:color w:val="auto"/>
          <w:sz w:val="28"/>
          <w:szCs w:val="28"/>
        </w:rPr>
        <w:t xml:space="preserve"> </w:t>
      </w:r>
      <w:proofErr w:type="spellStart"/>
      <w:r w:rsidR="003672CC" w:rsidRPr="00064DB1">
        <w:rPr>
          <w:b/>
          <w:color w:val="auto"/>
          <w:sz w:val="28"/>
          <w:szCs w:val="28"/>
        </w:rPr>
        <w:t>đặt</w:t>
      </w:r>
      <w:proofErr w:type="spellEnd"/>
      <w:r w:rsidR="003672CC" w:rsidRPr="00064DB1">
        <w:rPr>
          <w:b/>
          <w:color w:val="auto"/>
          <w:sz w:val="28"/>
          <w:szCs w:val="28"/>
        </w:rPr>
        <w:t xml:space="preserve"> </w:t>
      </w:r>
      <w:proofErr w:type="spellStart"/>
      <w:r w:rsidR="003672CC" w:rsidRPr="00064DB1">
        <w:rPr>
          <w:b/>
          <w:color w:val="auto"/>
          <w:sz w:val="28"/>
          <w:szCs w:val="28"/>
        </w:rPr>
        <w:t>hàng</w:t>
      </w:r>
      <w:proofErr w:type="spellEnd"/>
      <w:r w:rsidRPr="00064DB1">
        <w:rPr>
          <w:b/>
          <w:color w:val="auto"/>
          <w:sz w:val="28"/>
          <w:szCs w:val="28"/>
        </w:rPr>
        <w:t xml:space="preserve"> </w:t>
      </w:r>
    </w:p>
    <w:p w14:paraId="45BA55D8" w14:textId="02E6A8A8" w:rsidR="00B65ACF" w:rsidRPr="00064DB1" w:rsidRDefault="00B65ACF" w:rsidP="005E0F6E">
      <w:pPr>
        <w:spacing w:after="60" w:line="380" w:lineRule="exact"/>
        <w:ind w:firstLine="567"/>
        <w:jc w:val="both"/>
        <w:rPr>
          <w:color w:val="auto"/>
          <w:sz w:val="28"/>
          <w:szCs w:val="28"/>
        </w:rPr>
      </w:pP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003672CC" w:rsidRPr="00064DB1">
        <w:rPr>
          <w:color w:val="auto"/>
          <w:sz w:val="28"/>
          <w:szCs w:val="28"/>
        </w:rPr>
        <w:t>đặt</w:t>
      </w:r>
      <w:proofErr w:type="spellEnd"/>
      <w:r w:rsidR="003672CC" w:rsidRPr="00064DB1">
        <w:rPr>
          <w:color w:val="auto"/>
          <w:sz w:val="28"/>
          <w:szCs w:val="28"/>
        </w:rPr>
        <w:t xml:space="preserve"> </w:t>
      </w:r>
      <w:proofErr w:type="spellStart"/>
      <w:r w:rsidR="003672CC" w:rsidRPr="00064DB1">
        <w:rPr>
          <w:color w:val="auto"/>
          <w:sz w:val="28"/>
          <w:szCs w:val="28"/>
        </w:rPr>
        <w:t>hàng</w:t>
      </w:r>
      <w:proofErr w:type="spellEnd"/>
      <w:r w:rsidR="003672CC" w:rsidRPr="00064DB1">
        <w:rPr>
          <w:color w:val="auto"/>
          <w:sz w:val="28"/>
          <w:szCs w:val="28"/>
        </w:rPr>
        <w:t xml:space="preserve"> </w:t>
      </w:r>
      <w:proofErr w:type="spellStart"/>
      <w:r w:rsidR="003672CC" w:rsidRPr="00064DB1">
        <w:rPr>
          <w:color w:val="auto"/>
          <w:sz w:val="28"/>
          <w:szCs w:val="28"/>
        </w:rPr>
        <w:t>để</w:t>
      </w:r>
      <w:proofErr w:type="spellEnd"/>
      <w:r w:rsidR="003672CC" w:rsidRPr="00064DB1">
        <w:rPr>
          <w:color w:val="auto"/>
          <w:sz w:val="28"/>
          <w:szCs w:val="28"/>
        </w:rPr>
        <w:t xml:space="preserve"> </w:t>
      </w:r>
      <w:proofErr w:type="spellStart"/>
      <w:r w:rsidRPr="00064DB1">
        <w:rPr>
          <w:color w:val="auto"/>
          <w:sz w:val="28"/>
          <w:szCs w:val="28"/>
        </w:rPr>
        <w:t>tuyển</w:t>
      </w:r>
      <w:proofErr w:type="spellEnd"/>
      <w:r w:rsidRPr="00064DB1">
        <w:rPr>
          <w:color w:val="auto"/>
          <w:sz w:val="28"/>
          <w:szCs w:val="28"/>
        </w:rPr>
        <w:t xml:space="preserve"> </w:t>
      </w:r>
      <w:proofErr w:type="spellStart"/>
      <w:r w:rsidRPr="00064DB1">
        <w:rPr>
          <w:color w:val="auto"/>
          <w:sz w:val="28"/>
          <w:szCs w:val="28"/>
        </w:rPr>
        <w:t>chọn</w:t>
      </w:r>
      <w:proofErr w:type="spellEnd"/>
      <w:r w:rsidR="00FB2373">
        <w:rPr>
          <w:color w:val="auto"/>
          <w:sz w:val="28"/>
          <w:szCs w:val="28"/>
        </w:rPr>
        <w:t xml:space="preserve"> </w:t>
      </w:r>
      <w:proofErr w:type="spellStart"/>
      <w:r w:rsidRPr="00064DB1">
        <w:rPr>
          <w:color w:val="auto"/>
          <w:sz w:val="28"/>
          <w:szCs w:val="28"/>
        </w:rPr>
        <w:t>tổ</w:t>
      </w:r>
      <w:proofErr w:type="spellEnd"/>
      <w:r w:rsidRPr="00064DB1">
        <w:rPr>
          <w:color w:val="auto"/>
          <w:sz w:val="28"/>
          <w:szCs w:val="28"/>
        </w:rPr>
        <w:t xml:space="preserve"> </w:t>
      </w:r>
      <w:proofErr w:type="spellStart"/>
      <w:r w:rsidRPr="00064DB1">
        <w:rPr>
          <w:color w:val="auto"/>
          <w:sz w:val="28"/>
          <w:szCs w:val="28"/>
        </w:rPr>
        <w:t>chức</w:t>
      </w:r>
      <w:proofErr w:type="spellEnd"/>
      <w:r w:rsidRPr="00064DB1">
        <w:rPr>
          <w:color w:val="auto"/>
          <w:sz w:val="28"/>
          <w:szCs w:val="28"/>
        </w:rPr>
        <w:t xml:space="preserve">, </w:t>
      </w:r>
      <w:proofErr w:type="spellStart"/>
      <w:r w:rsidRPr="00064DB1">
        <w:rPr>
          <w:color w:val="auto"/>
          <w:sz w:val="28"/>
          <w:szCs w:val="28"/>
        </w:rPr>
        <w:t>cá</w:t>
      </w:r>
      <w:proofErr w:type="spellEnd"/>
      <w:r w:rsidRPr="00064DB1">
        <w:rPr>
          <w:color w:val="auto"/>
          <w:sz w:val="28"/>
          <w:szCs w:val="28"/>
        </w:rPr>
        <w:t xml:space="preserve"> </w:t>
      </w:r>
      <w:proofErr w:type="spellStart"/>
      <w:r w:rsidRPr="00064DB1">
        <w:rPr>
          <w:color w:val="auto"/>
          <w:sz w:val="28"/>
          <w:szCs w:val="28"/>
        </w:rPr>
        <w:t>nhân</w:t>
      </w:r>
      <w:proofErr w:type="spellEnd"/>
      <w:r w:rsidRPr="00064DB1">
        <w:rPr>
          <w:color w:val="auto"/>
          <w:sz w:val="28"/>
          <w:szCs w:val="28"/>
        </w:rPr>
        <w:t xml:space="preserve"> </w:t>
      </w:r>
      <w:proofErr w:type="spellStart"/>
      <w:r w:rsidRPr="00064DB1">
        <w:rPr>
          <w:color w:val="auto"/>
          <w:sz w:val="28"/>
          <w:szCs w:val="28"/>
        </w:rPr>
        <w:t>chủ</w:t>
      </w:r>
      <w:proofErr w:type="spellEnd"/>
      <w:r w:rsidRPr="00064DB1">
        <w:rPr>
          <w:color w:val="auto"/>
          <w:sz w:val="28"/>
          <w:szCs w:val="28"/>
        </w:rPr>
        <w:t xml:space="preserve"> </w:t>
      </w:r>
      <w:proofErr w:type="spellStart"/>
      <w:r w:rsidRPr="00064DB1">
        <w:rPr>
          <w:color w:val="auto"/>
          <w:sz w:val="28"/>
          <w:szCs w:val="28"/>
        </w:rPr>
        <w:t>trì</w:t>
      </w:r>
      <w:proofErr w:type="spellEnd"/>
      <w:r w:rsidRPr="00064DB1">
        <w:rPr>
          <w:color w:val="auto"/>
          <w:sz w:val="28"/>
          <w:szCs w:val="28"/>
        </w:rPr>
        <w:t xml:space="preserve"> </w:t>
      </w: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r w:rsidRPr="00064DB1">
        <w:rPr>
          <w:b/>
          <w:bCs/>
          <w:color w:val="auto"/>
          <w:sz w:val="28"/>
          <w:szCs w:val="28"/>
        </w:rPr>
        <w:t>1</w:t>
      </w:r>
      <w:r w:rsidR="003D6435">
        <w:rPr>
          <w:b/>
          <w:bCs/>
          <w:color w:val="auto"/>
          <w:sz w:val="28"/>
          <w:szCs w:val="28"/>
        </w:rPr>
        <w:t>0</w:t>
      </w:r>
      <w:r w:rsidRPr="00064DB1">
        <w:rPr>
          <w:b/>
          <w:bCs/>
          <w:color w:val="auto"/>
          <w:sz w:val="28"/>
          <w:szCs w:val="28"/>
        </w:rPr>
        <w:t xml:space="preserve"> </w:t>
      </w:r>
      <w:proofErr w:type="spellStart"/>
      <w:r w:rsidRPr="00064DB1">
        <w:rPr>
          <w:b/>
          <w:bCs/>
          <w:color w:val="auto"/>
          <w:sz w:val="28"/>
          <w:szCs w:val="28"/>
        </w:rPr>
        <w:t>nhiệm</w:t>
      </w:r>
      <w:proofErr w:type="spellEnd"/>
      <w:r w:rsidRPr="00064DB1">
        <w:rPr>
          <w:b/>
          <w:bCs/>
          <w:color w:val="auto"/>
          <w:sz w:val="28"/>
          <w:szCs w:val="28"/>
        </w:rPr>
        <w:t xml:space="preserve"> </w:t>
      </w:r>
      <w:proofErr w:type="spellStart"/>
      <w:r w:rsidRPr="00064DB1">
        <w:rPr>
          <w:b/>
          <w:bCs/>
          <w:color w:val="auto"/>
          <w:sz w:val="28"/>
          <w:szCs w:val="28"/>
        </w:rPr>
        <w:t>vụ</w:t>
      </w:r>
      <w:proofErr w:type="spellEnd"/>
      <w:r w:rsidRPr="00064DB1">
        <w:rPr>
          <w:color w:val="auto"/>
          <w:sz w:val="28"/>
          <w:szCs w:val="28"/>
        </w:rPr>
        <w:t xml:space="preserve"> khoa </w:t>
      </w:r>
      <w:proofErr w:type="spellStart"/>
      <w:r w:rsidRPr="00064DB1">
        <w:rPr>
          <w:color w:val="auto"/>
          <w:sz w:val="28"/>
          <w:szCs w:val="28"/>
        </w:rPr>
        <w:t>học</w:t>
      </w:r>
      <w:proofErr w:type="spellEnd"/>
      <w:r w:rsidRPr="00064DB1">
        <w:rPr>
          <w:color w:val="auto"/>
          <w:sz w:val="28"/>
          <w:szCs w:val="28"/>
        </w:rPr>
        <w:t xml:space="preserve">, </w:t>
      </w:r>
      <w:proofErr w:type="spellStart"/>
      <w:r w:rsidRPr="00064DB1">
        <w:rPr>
          <w:color w:val="auto"/>
          <w:sz w:val="28"/>
          <w:szCs w:val="28"/>
        </w:rPr>
        <w:t>công</w:t>
      </w:r>
      <w:proofErr w:type="spellEnd"/>
      <w:r w:rsidRPr="00064DB1">
        <w:rPr>
          <w:color w:val="auto"/>
          <w:sz w:val="28"/>
          <w:szCs w:val="28"/>
        </w:rPr>
        <w:t xml:space="preserve"> </w:t>
      </w:r>
      <w:proofErr w:type="spellStart"/>
      <w:r w:rsidRPr="00064DB1">
        <w:rPr>
          <w:color w:val="auto"/>
          <w:sz w:val="28"/>
          <w:szCs w:val="28"/>
        </w:rPr>
        <w:t>nghệ</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w:t>
      </w:r>
      <w:proofErr w:type="spellStart"/>
      <w:r w:rsidRPr="00064DB1">
        <w:rPr>
          <w:color w:val="auto"/>
          <w:sz w:val="28"/>
          <w:szCs w:val="28"/>
        </w:rPr>
        <w:t>đổi</w:t>
      </w:r>
      <w:proofErr w:type="spellEnd"/>
      <w:r w:rsidRPr="00064DB1">
        <w:rPr>
          <w:color w:val="auto"/>
          <w:sz w:val="28"/>
          <w:szCs w:val="28"/>
        </w:rPr>
        <w:t xml:space="preserve"> </w:t>
      </w:r>
      <w:proofErr w:type="spellStart"/>
      <w:r w:rsidRPr="00064DB1">
        <w:rPr>
          <w:color w:val="auto"/>
          <w:sz w:val="28"/>
          <w:szCs w:val="28"/>
        </w:rPr>
        <w:t>mới</w:t>
      </w:r>
      <w:proofErr w:type="spellEnd"/>
      <w:r w:rsidRPr="00064DB1">
        <w:rPr>
          <w:color w:val="auto"/>
          <w:sz w:val="28"/>
          <w:szCs w:val="28"/>
        </w:rPr>
        <w:t xml:space="preserve"> </w:t>
      </w:r>
      <w:proofErr w:type="spellStart"/>
      <w:r w:rsidRPr="00064DB1">
        <w:rPr>
          <w:color w:val="auto"/>
          <w:sz w:val="28"/>
          <w:szCs w:val="28"/>
        </w:rPr>
        <w:t>sáng</w:t>
      </w:r>
      <w:proofErr w:type="spellEnd"/>
      <w:r w:rsidRPr="00064DB1">
        <w:rPr>
          <w:color w:val="auto"/>
          <w:sz w:val="28"/>
          <w:szCs w:val="28"/>
        </w:rPr>
        <w:t xml:space="preserve"> </w:t>
      </w:r>
      <w:proofErr w:type="spellStart"/>
      <w:r w:rsidRPr="00064DB1">
        <w:rPr>
          <w:color w:val="auto"/>
          <w:sz w:val="28"/>
          <w:szCs w:val="28"/>
        </w:rPr>
        <w:t>tạo</w:t>
      </w:r>
      <w:proofErr w:type="spellEnd"/>
      <w:r w:rsidR="006B039D">
        <w:rPr>
          <w:color w:val="auto"/>
          <w:sz w:val="28"/>
          <w:szCs w:val="28"/>
        </w:rPr>
        <w:t>,</w:t>
      </w:r>
      <w:r w:rsidRPr="00064DB1">
        <w:rPr>
          <w:color w:val="auto"/>
          <w:sz w:val="28"/>
          <w:szCs w:val="28"/>
        </w:rPr>
        <w:t xml:space="preserve"> </w:t>
      </w:r>
      <w:proofErr w:type="spellStart"/>
      <w:r w:rsidR="00FB2373">
        <w:rPr>
          <w:color w:val="auto"/>
          <w:sz w:val="28"/>
          <w:szCs w:val="28"/>
        </w:rPr>
        <w:t>L</w:t>
      </w:r>
      <w:r w:rsidRPr="00064DB1">
        <w:rPr>
          <w:color w:val="auto"/>
          <w:sz w:val="28"/>
          <w:szCs w:val="28"/>
        </w:rPr>
        <w:t>oại</w:t>
      </w:r>
      <w:proofErr w:type="spellEnd"/>
      <w:r w:rsidRPr="00064DB1">
        <w:rPr>
          <w:color w:val="auto"/>
          <w:sz w:val="28"/>
          <w:szCs w:val="28"/>
        </w:rPr>
        <w:t xml:space="preserve"> </w:t>
      </w:r>
      <w:proofErr w:type="spellStart"/>
      <w:r w:rsidRPr="00064DB1">
        <w:rPr>
          <w:color w:val="auto"/>
          <w:sz w:val="28"/>
          <w:szCs w:val="28"/>
        </w:rPr>
        <w:t>hình</w:t>
      </w:r>
      <w:proofErr w:type="spellEnd"/>
      <w:r w:rsidR="006B039D">
        <w:rPr>
          <w:color w:val="auto"/>
          <w:sz w:val="28"/>
          <w:szCs w:val="28"/>
        </w:rPr>
        <w:t>:</w:t>
      </w:r>
      <w:r w:rsidRPr="00064DB1">
        <w:rPr>
          <w:color w:val="auto"/>
          <w:sz w:val="28"/>
          <w:szCs w:val="28"/>
        </w:rPr>
        <w:t xml:space="preserve"> </w:t>
      </w:r>
      <w:proofErr w:type="spellStart"/>
      <w:r w:rsidR="00FB2373">
        <w:rPr>
          <w:color w:val="auto"/>
          <w:sz w:val="28"/>
          <w:szCs w:val="28"/>
        </w:rPr>
        <w:t>N</w:t>
      </w:r>
      <w:r w:rsidR="003D6435" w:rsidRPr="003D6435">
        <w:rPr>
          <w:bCs/>
          <w:color w:val="auto"/>
          <w:sz w:val="28"/>
          <w:szCs w:val="28"/>
        </w:rPr>
        <w:t>hiệm</w:t>
      </w:r>
      <w:proofErr w:type="spellEnd"/>
      <w:r w:rsidR="003D6435" w:rsidRPr="003D6435">
        <w:rPr>
          <w:bCs/>
          <w:color w:val="auto"/>
          <w:sz w:val="28"/>
          <w:szCs w:val="28"/>
        </w:rPr>
        <w:t xml:space="preserve"> </w:t>
      </w:r>
      <w:proofErr w:type="spellStart"/>
      <w:r w:rsidR="003D6435" w:rsidRPr="003D6435">
        <w:rPr>
          <w:bCs/>
          <w:color w:val="auto"/>
          <w:sz w:val="28"/>
          <w:szCs w:val="28"/>
        </w:rPr>
        <w:t>vụ</w:t>
      </w:r>
      <w:proofErr w:type="spellEnd"/>
      <w:r w:rsidR="003D6435" w:rsidRPr="003D6435">
        <w:rPr>
          <w:bCs/>
          <w:color w:val="auto"/>
          <w:sz w:val="28"/>
          <w:szCs w:val="28"/>
        </w:rPr>
        <w:t xml:space="preserve"> </w:t>
      </w:r>
      <w:proofErr w:type="spellStart"/>
      <w:r w:rsidR="003D6435" w:rsidRPr="003D6435">
        <w:rPr>
          <w:bCs/>
          <w:color w:val="auto"/>
          <w:sz w:val="28"/>
          <w:szCs w:val="28"/>
        </w:rPr>
        <w:t>nghiên</w:t>
      </w:r>
      <w:proofErr w:type="spellEnd"/>
      <w:r w:rsidR="003D6435" w:rsidRPr="003D6435">
        <w:rPr>
          <w:bCs/>
          <w:color w:val="auto"/>
          <w:sz w:val="28"/>
          <w:szCs w:val="28"/>
        </w:rPr>
        <w:t xml:space="preserve"> </w:t>
      </w:r>
      <w:proofErr w:type="spellStart"/>
      <w:r w:rsidR="003D6435" w:rsidRPr="003D6435">
        <w:rPr>
          <w:bCs/>
          <w:color w:val="auto"/>
          <w:sz w:val="28"/>
          <w:szCs w:val="28"/>
        </w:rPr>
        <w:t>cứu</w:t>
      </w:r>
      <w:proofErr w:type="spellEnd"/>
      <w:r w:rsidR="003D6435" w:rsidRPr="003D6435">
        <w:rPr>
          <w:bCs/>
          <w:color w:val="auto"/>
          <w:sz w:val="28"/>
          <w:szCs w:val="28"/>
        </w:rPr>
        <w:t xml:space="preserve"> </w:t>
      </w:r>
      <w:proofErr w:type="spellStart"/>
      <w:r w:rsidR="003D6435" w:rsidRPr="003D6435">
        <w:rPr>
          <w:bCs/>
          <w:color w:val="auto"/>
          <w:sz w:val="28"/>
          <w:szCs w:val="28"/>
        </w:rPr>
        <w:t>ứng</w:t>
      </w:r>
      <w:proofErr w:type="spellEnd"/>
      <w:r w:rsidR="003D6435" w:rsidRPr="003D6435">
        <w:rPr>
          <w:bCs/>
          <w:color w:val="auto"/>
          <w:sz w:val="28"/>
          <w:szCs w:val="28"/>
        </w:rPr>
        <w:t xml:space="preserve"> </w:t>
      </w:r>
      <w:proofErr w:type="spellStart"/>
      <w:r w:rsidR="003D6435" w:rsidRPr="003D6435">
        <w:rPr>
          <w:bCs/>
          <w:color w:val="auto"/>
          <w:sz w:val="28"/>
          <w:szCs w:val="28"/>
        </w:rPr>
        <w:t>dụng</w:t>
      </w:r>
      <w:proofErr w:type="spellEnd"/>
      <w:r w:rsidR="006B039D">
        <w:rPr>
          <w:bCs/>
          <w:color w:val="auto"/>
          <w:sz w:val="28"/>
          <w:szCs w:val="28"/>
        </w:rPr>
        <w:t xml:space="preserve">, </w:t>
      </w:r>
      <w:proofErr w:type="spellStart"/>
      <w:r w:rsidR="00FB2373">
        <w:rPr>
          <w:bCs/>
          <w:color w:val="auto"/>
          <w:sz w:val="28"/>
          <w:szCs w:val="28"/>
        </w:rPr>
        <w:t>L</w:t>
      </w:r>
      <w:r w:rsidR="006B039D">
        <w:rPr>
          <w:bCs/>
          <w:color w:val="auto"/>
          <w:sz w:val="28"/>
          <w:szCs w:val="28"/>
        </w:rPr>
        <w:t>ĩnh</w:t>
      </w:r>
      <w:proofErr w:type="spellEnd"/>
      <w:r w:rsidR="006B039D">
        <w:rPr>
          <w:bCs/>
          <w:color w:val="auto"/>
          <w:sz w:val="28"/>
          <w:szCs w:val="28"/>
        </w:rPr>
        <w:t xml:space="preserve"> </w:t>
      </w:r>
      <w:proofErr w:type="spellStart"/>
      <w:r w:rsidR="006B039D">
        <w:rPr>
          <w:bCs/>
          <w:color w:val="auto"/>
          <w:sz w:val="28"/>
          <w:szCs w:val="28"/>
        </w:rPr>
        <w:t>vực</w:t>
      </w:r>
      <w:proofErr w:type="spellEnd"/>
      <w:r w:rsidR="006B039D">
        <w:rPr>
          <w:bCs/>
          <w:color w:val="auto"/>
          <w:sz w:val="28"/>
          <w:szCs w:val="28"/>
        </w:rPr>
        <w:t xml:space="preserve">: </w:t>
      </w:r>
      <w:r w:rsidR="00FB2373">
        <w:rPr>
          <w:bCs/>
          <w:color w:val="auto"/>
          <w:sz w:val="28"/>
          <w:szCs w:val="28"/>
        </w:rPr>
        <w:t>K</w:t>
      </w:r>
      <w:r w:rsidR="006B039D">
        <w:rPr>
          <w:bCs/>
          <w:color w:val="auto"/>
          <w:sz w:val="28"/>
          <w:szCs w:val="28"/>
        </w:rPr>
        <w:t xml:space="preserve">hoa </w:t>
      </w:r>
      <w:proofErr w:type="spellStart"/>
      <w:r w:rsidR="006B039D">
        <w:rPr>
          <w:bCs/>
          <w:color w:val="auto"/>
          <w:sz w:val="28"/>
          <w:szCs w:val="28"/>
        </w:rPr>
        <w:t>học</w:t>
      </w:r>
      <w:proofErr w:type="spellEnd"/>
      <w:r w:rsidR="006B039D">
        <w:rPr>
          <w:bCs/>
          <w:color w:val="auto"/>
          <w:sz w:val="28"/>
          <w:szCs w:val="28"/>
        </w:rPr>
        <w:t xml:space="preserve"> </w:t>
      </w:r>
      <w:r w:rsidR="00FB2373">
        <w:rPr>
          <w:bCs/>
          <w:color w:val="auto"/>
          <w:sz w:val="28"/>
          <w:szCs w:val="28"/>
        </w:rPr>
        <w:t>Y</w:t>
      </w:r>
      <w:r w:rsidR="006B039D">
        <w:rPr>
          <w:bCs/>
          <w:color w:val="auto"/>
          <w:sz w:val="28"/>
          <w:szCs w:val="28"/>
        </w:rPr>
        <w:t xml:space="preserve"> </w:t>
      </w:r>
      <w:proofErr w:type="spellStart"/>
      <w:r w:rsidR="006B039D">
        <w:rPr>
          <w:bCs/>
          <w:color w:val="auto"/>
          <w:sz w:val="28"/>
          <w:szCs w:val="28"/>
        </w:rPr>
        <w:t>dược</w:t>
      </w:r>
      <w:proofErr w:type="spellEnd"/>
      <w:r w:rsidRPr="00064DB1">
        <w:rPr>
          <w:color w:val="auto"/>
          <w:sz w:val="28"/>
          <w:szCs w:val="28"/>
        </w:rPr>
        <w:t xml:space="preserve"> </w:t>
      </w:r>
      <w:proofErr w:type="spellStart"/>
      <w:r w:rsidRPr="00064DB1">
        <w:rPr>
          <w:color w:val="auto"/>
          <w:sz w:val="28"/>
          <w:szCs w:val="28"/>
        </w:rPr>
        <w:t>bắt</w:t>
      </w:r>
      <w:proofErr w:type="spellEnd"/>
      <w:r w:rsidRPr="00064DB1">
        <w:rPr>
          <w:color w:val="auto"/>
          <w:sz w:val="28"/>
          <w:szCs w:val="28"/>
        </w:rPr>
        <w:t xml:space="preserve"> </w:t>
      </w:r>
      <w:proofErr w:type="spellStart"/>
      <w:r w:rsidRPr="00064DB1">
        <w:rPr>
          <w:color w:val="auto"/>
          <w:sz w:val="28"/>
          <w:szCs w:val="28"/>
        </w:rPr>
        <w:t>đầu</w:t>
      </w:r>
      <w:proofErr w:type="spellEnd"/>
      <w:r w:rsidRPr="00064DB1">
        <w:rPr>
          <w:color w:val="auto"/>
          <w:sz w:val="28"/>
          <w:szCs w:val="28"/>
        </w:rPr>
        <w:t xml:space="preserve"> </w:t>
      </w: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Pr="00064DB1">
        <w:rPr>
          <w:color w:val="auto"/>
          <w:sz w:val="28"/>
          <w:szCs w:val="28"/>
        </w:rPr>
        <w:t>từ</w:t>
      </w:r>
      <w:proofErr w:type="spellEnd"/>
      <w:r w:rsidRPr="00064DB1">
        <w:rPr>
          <w:color w:val="auto"/>
          <w:sz w:val="28"/>
          <w:szCs w:val="28"/>
        </w:rPr>
        <w:t xml:space="preserve"> </w:t>
      </w:r>
      <w:proofErr w:type="spellStart"/>
      <w:r w:rsidRPr="00064DB1">
        <w:rPr>
          <w:color w:val="auto"/>
          <w:sz w:val="28"/>
          <w:szCs w:val="28"/>
        </w:rPr>
        <w:t>năm</w:t>
      </w:r>
      <w:proofErr w:type="spellEnd"/>
      <w:r w:rsidRPr="00064DB1">
        <w:rPr>
          <w:color w:val="auto"/>
          <w:sz w:val="28"/>
          <w:szCs w:val="28"/>
        </w:rPr>
        <w:t xml:space="preserve"> 2026 (</w:t>
      </w:r>
      <w:proofErr w:type="spellStart"/>
      <w:r w:rsidRPr="00064DB1">
        <w:rPr>
          <w:color w:val="auto"/>
          <w:sz w:val="28"/>
          <w:szCs w:val="28"/>
        </w:rPr>
        <w:t>đợt</w:t>
      </w:r>
      <w:proofErr w:type="spellEnd"/>
      <w:r w:rsidRPr="00064DB1">
        <w:rPr>
          <w:color w:val="auto"/>
          <w:sz w:val="28"/>
          <w:szCs w:val="28"/>
        </w:rPr>
        <w:t xml:space="preserve"> 2).</w:t>
      </w:r>
    </w:p>
    <w:p w14:paraId="0AEB1C41" w14:textId="2CE95E17" w:rsidR="00B65ACF" w:rsidRPr="00064DB1" w:rsidRDefault="00B65ACF" w:rsidP="005E0F6E">
      <w:pPr>
        <w:spacing w:after="60" w:line="380" w:lineRule="exact"/>
        <w:ind w:firstLine="567"/>
        <w:jc w:val="both"/>
        <w:rPr>
          <w:color w:val="auto"/>
          <w:sz w:val="28"/>
          <w:szCs w:val="28"/>
        </w:rPr>
      </w:pPr>
      <w:r w:rsidRPr="00064DB1">
        <w:rPr>
          <w:i/>
          <w:iCs/>
          <w:color w:val="auto"/>
          <w:sz w:val="28"/>
          <w:szCs w:val="28"/>
        </w:rPr>
        <w:t xml:space="preserve">(Danh </w:t>
      </w:r>
      <w:proofErr w:type="spellStart"/>
      <w:r w:rsidRPr="00064DB1">
        <w:rPr>
          <w:i/>
          <w:iCs/>
          <w:color w:val="auto"/>
          <w:sz w:val="28"/>
          <w:szCs w:val="28"/>
        </w:rPr>
        <w:t>mục</w:t>
      </w:r>
      <w:proofErr w:type="spellEnd"/>
      <w:r w:rsidRPr="00064DB1">
        <w:rPr>
          <w:i/>
          <w:iCs/>
          <w:color w:val="auto"/>
          <w:sz w:val="28"/>
          <w:szCs w:val="28"/>
        </w:rPr>
        <w:t xml:space="preserve"> chi </w:t>
      </w:r>
      <w:proofErr w:type="spellStart"/>
      <w:r w:rsidRPr="00064DB1">
        <w:rPr>
          <w:i/>
          <w:iCs/>
          <w:color w:val="auto"/>
          <w:sz w:val="28"/>
          <w:szCs w:val="28"/>
        </w:rPr>
        <w:t>tiết</w:t>
      </w:r>
      <w:proofErr w:type="spellEnd"/>
      <w:r w:rsidRPr="00064DB1">
        <w:rPr>
          <w:i/>
          <w:iCs/>
          <w:color w:val="auto"/>
          <w:sz w:val="28"/>
          <w:szCs w:val="28"/>
        </w:rPr>
        <w:t xml:space="preserve"> </w:t>
      </w:r>
      <w:r w:rsidR="00E96FBB">
        <w:rPr>
          <w:i/>
          <w:iCs/>
          <w:color w:val="auto"/>
          <w:sz w:val="28"/>
          <w:szCs w:val="28"/>
        </w:rPr>
        <w:t>10</w:t>
      </w:r>
      <w:r w:rsidRPr="00064DB1">
        <w:rPr>
          <w:i/>
          <w:iCs/>
          <w:color w:val="auto"/>
          <w:sz w:val="28"/>
          <w:szCs w:val="28"/>
        </w:rPr>
        <w:t xml:space="preserve"> </w:t>
      </w:r>
      <w:proofErr w:type="spellStart"/>
      <w:r w:rsidRPr="00064DB1">
        <w:rPr>
          <w:i/>
          <w:iCs/>
          <w:color w:val="auto"/>
          <w:sz w:val="28"/>
          <w:szCs w:val="28"/>
        </w:rPr>
        <w:t>nhiệm</w:t>
      </w:r>
      <w:proofErr w:type="spellEnd"/>
      <w:r w:rsidRPr="00064DB1">
        <w:rPr>
          <w:i/>
          <w:iCs/>
          <w:color w:val="auto"/>
          <w:sz w:val="28"/>
          <w:szCs w:val="28"/>
        </w:rPr>
        <w:t xml:space="preserve"> </w:t>
      </w:r>
      <w:proofErr w:type="spellStart"/>
      <w:r w:rsidRPr="00064DB1">
        <w:rPr>
          <w:i/>
          <w:iCs/>
          <w:color w:val="auto"/>
          <w:sz w:val="28"/>
          <w:szCs w:val="28"/>
        </w:rPr>
        <w:t>vụ</w:t>
      </w:r>
      <w:proofErr w:type="spellEnd"/>
      <w:r w:rsidRPr="00064DB1">
        <w:rPr>
          <w:i/>
          <w:iCs/>
          <w:color w:val="auto"/>
          <w:sz w:val="28"/>
          <w:szCs w:val="28"/>
        </w:rPr>
        <w:t xml:space="preserve"> </w:t>
      </w:r>
      <w:proofErr w:type="spellStart"/>
      <w:r w:rsidRPr="00064DB1">
        <w:rPr>
          <w:i/>
          <w:iCs/>
          <w:color w:val="auto"/>
          <w:sz w:val="28"/>
          <w:szCs w:val="28"/>
        </w:rPr>
        <w:t>tuyển</w:t>
      </w:r>
      <w:proofErr w:type="spellEnd"/>
      <w:r w:rsidRPr="00064DB1">
        <w:rPr>
          <w:i/>
          <w:iCs/>
          <w:color w:val="auto"/>
          <w:sz w:val="28"/>
          <w:szCs w:val="28"/>
        </w:rPr>
        <w:t xml:space="preserve"> </w:t>
      </w:r>
      <w:proofErr w:type="spellStart"/>
      <w:r w:rsidRPr="00064DB1">
        <w:rPr>
          <w:i/>
          <w:iCs/>
          <w:color w:val="auto"/>
          <w:sz w:val="28"/>
          <w:szCs w:val="28"/>
        </w:rPr>
        <w:t>chọn</w:t>
      </w:r>
      <w:proofErr w:type="spellEnd"/>
      <w:r w:rsidRPr="00064DB1">
        <w:rPr>
          <w:i/>
          <w:iCs/>
          <w:color w:val="auto"/>
          <w:sz w:val="28"/>
          <w:szCs w:val="28"/>
        </w:rPr>
        <w:t xml:space="preserve"> </w:t>
      </w:r>
      <w:proofErr w:type="spellStart"/>
      <w:r w:rsidRPr="00064DB1">
        <w:rPr>
          <w:i/>
          <w:iCs/>
          <w:color w:val="auto"/>
          <w:sz w:val="28"/>
          <w:szCs w:val="28"/>
        </w:rPr>
        <w:t>kèm</w:t>
      </w:r>
      <w:proofErr w:type="spellEnd"/>
      <w:r w:rsidRPr="00064DB1">
        <w:rPr>
          <w:i/>
          <w:iCs/>
          <w:color w:val="auto"/>
          <w:sz w:val="28"/>
          <w:szCs w:val="28"/>
        </w:rPr>
        <w:t xml:space="preserve"> </w:t>
      </w:r>
      <w:proofErr w:type="spellStart"/>
      <w:r w:rsidRPr="00064DB1">
        <w:rPr>
          <w:i/>
          <w:iCs/>
          <w:color w:val="auto"/>
          <w:sz w:val="28"/>
          <w:szCs w:val="28"/>
        </w:rPr>
        <w:t>theo</w:t>
      </w:r>
      <w:proofErr w:type="spellEnd"/>
      <w:r w:rsidRPr="00064DB1">
        <w:rPr>
          <w:i/>
          <w:iCs/>
          <w:color w:val="auto"/>
          <w:sz w:val="28"/>
          <w:szCs w:val="28"/>
        </w:rPr>
        <w:t xml:space="preserve"> </w:t>
      </w:r>
      <w:proofErr w:type="spellStart"/>
      <w:r w:rsidRPr="00064DB1">
        <w:rPr>
          <w:i/>
          <w:iCs/>
          <w:color w:val="auto"/>
          <w:sz w:val="28"/>
          <w:szCs w:val="28"/>
        </w:rPr>
        <w:t>mức</w:t>
      </w:r>
      <w:proofErr w:type="spellEnd"/>
      <w:r w:rsidRPr="00064DB1">
        <w:rPr>
          <w:i/>
          <w:iCs/>
          <w:color w:val="auto"/>
          <w:sz w:val="28"/>
          <w:szCs w:val="28"/>
        </w:rPr>
        <w:t xml:space="preserve"> </w:t>
      </w:r>
      <w:proofErr w:type="spellStart"/>
      <w:r w:rsidRPr="00064DB1">
        <w:rPr>
          <w:i/>
          <w:iCs/>
          <w:color w:val="auto"/>
          <w:sz w:val="28"/>
          <w:szCs w:val="28"/>
        </w:rPr>
        <w:t>trần</w:t>
      </w:r>
      <w:proofErr w:type="spellEnd"/>
      <w:r w:rsidRPr="00064DB1">
        <w:rPr>
          <w:i/>
          <w:iCs/>
          <w:color w:val="auto"/>
          <w:sz w:val="28"/>
          <w:szCs w:val="28"/>
        </w:rPr>
        <w:t xml:space="preserve"> </w:t>
      </w:r>
      <w:proofErr w:type="spellStart"/>
      <w:r w:rsidRPr="00064DB1">
        <w:rPr>
          <w:i/>
          <w:iCs/>
          <w:color w:val="auto"/>
          <w:sz w:val="28"/>
          <w:szCs w:val="28"/>
        </w:rPr>
        <w:t>kinh</w:t>
      </w:r>
      <w:proofErr w:type="spellEnd"/>
      <w:r w:rsidRPr="00064DB1">
        <w:rPr>
          <w:i/>
          <w:iCs/>
          <w:color w:val="auto"/>
          <w:sz w:val="28"/>
          <w:szCs w:val="28"/>
        </w:rPr>
        <w:t xml:space="preserve"> </w:t>
      </w:r>
      <w:proofErr w:type="spellStart"/>
      <w:r w:rsidRPr="00064DB1">
        <w:rPr>
          <w:i/>
          <w:iCs/>
          <w:color w:val="auto"/>
          <w:sz w:val="28"/>
          <w:szCs w:val="28"/>
        </w:rPr>
        <w:t>phí</w:t>
      </w:r>
      <w:proofErr w:type="spellEnd"/>
      <w:r w:rsidRPr="00064DB1">
        <w:rPr>
          <w:i/>
          <w:iCs/>
          <w:color w:val="auto"/>
          <w:sz w:val="28"/>
          <w:szCs w:val="28"/>
        </w:rPr>
        <w:t xml:space="preserve"> </w:t>
      </w:r>
      <w:proofErr w:type="spellStart"/>
      <w:r w:rsidRPr="00064DB1">
        <w:rPr>
          <w:i/>
          <w:iCs/>
          <w:color w:val="auto"/>
          <w:sz w:val="28"/>
          <w:szCs w:val="28"/>
        </w:rPr>
        <w:t>được</w:t>
      </w:r>
      <w:proofErr w:type="spellEnd"/>
      <w:r w:rsidRPr="00064DB1">
        <w:rPr>
          <w:i/>
          <w:iCs/>
          <w:color w:val="auto"/>
          <w:sz w:val="28"/>
          <w:szCs w:val="28"/>
        </w:rPr>
        <w:t xml:space="preserve"> </w:t>
      </w:r>
      <w:proofErr w:type="spellStart"/>
      <w:r w:rsidRPr="00064DB1">
        <w:rPr>
          <w:i/>
          <w:iCs/>
          <w:color w:val="auto"/>
          <w:sz w:val="28"/>
          <w:szCs w:val="28"/>
        </w:rPr>
        <w:t>đăng</w:t>
      </w:r>
      <w:proofErr w:type="spellEnd"/>
      <w:r w:rsidRPr="00064DB1">
        <w:rPr>
          <w:i/>
          <w:iCs/>
          <w:color w:val="auto"/>
          <w:sz w:val="28"/>
          <w:szCs w:val="28"/>
        </w:rPr>
        <w:t xml:space="preserve"> </w:t>
      </w:r>
      <w:proofErr w:type="spellStart"/>
      <w:r w:rsidRPr="00064DB1">
        <w:rPr>
          <w:i/>
          <w:iCs/>
          <w:color w:val="auto"/>
          <w:sz w:val="28"/>
          <w:szCs w:val="28"/>
        </w:rPr>
        <w:t>tải</w:t>
      </w:r>
      <w:proofErr w:type="spellEnd"/>
      <w:r w:rsidRPr="00064DB1">
        <w:rPr>
          <w:i/>
          <w:iCs/>
          <w:color w:val="auto"/>
          <w:sz w:val="28"/>
          <w:szCs w:val="28"/>
        </w:rPr>
        <w:t xml:space="preserve"> </w:t>
      </w:r>
      <w:proofErr w:type="spellStart"/>
      <w:r w:rsidRPr="00064DB1">
        <w:rPr>
          <w:i/>
          <w:iCs/>
          <w:color w:val="auto"/>
          <w:sz w:val="28"/>
          <w:szCs w:val="28"/>
        </w:rPr>
        <w:t>tại</w:t>
      </w:r>
      <w:proofErr w:type="spellEnd"/>
      <w:r w:rsidRPr="00064DB1">
        <w:rPr>
          <w:i/>
          <w:iCs/>
          <w:color w:val="auto"/>
          <w:sz w:val="28"/>
          <w:szCs w:val="28"/>
        </w:rPr>
        <w:t xml:space="preserve"> </w:t>
      </w:r>
      <w:proofErr w:type="spellStart"/>
      <w:r w:rsidRPr="00064DB1">
        <w:rPr>
          <w:i/>
          <w:iCs/>
          <w:color w:val="auto"/>
          <w:sz w:val="28"/>
          <w:szCs w:val="28"/>
        </w:rPr>
        <w:t>Phụ</w:t>
      </w:r>
      <w:proofErr w:type="spellEnd"/>
      <w:r w:rsidRPr="00064DB1">
        <w:rPr>
          <w:i/>
          <w:iCs/>
          <w:color w:val="auto"/>
          <w:sz w:val="28"/>
          <w:szCs w:val="28"/>
        </w:rPr>
        <w:t xml:space="preserve"> </w:t>
      </w:r>
      <w:proofErr w:type="spellStart"/>
      <w:r w:rsidRPr="00064DB1">
        <w:rPr>
          <w:i/>
          <w:iCs/>
          <w:color w:val="auto"/>
          <w:sz w:val="28"/>
          <w:szCs w:val="28"/>
        </w:rPr>
        <w:t>lục</w:t>
      </w:r>
      <w:proofErr w:type="spellEnd"/>
      <w:r w:rsidRPr="00064DB1">
        <w:rPr>
          <w:i/>
          <w:iCs/>
          <w:color w:val="auto"/>
          <w:sz w:val="28"/>
          <w:szCs w:val="28"/>
        </w:rPr>
        <w:t xml:space="preserve"> </w:t>
      </w:r>
      <w:proofErr w:type="spellStart"/>
      <w:r w:rsidRPr="00064DB1">
        <w:rPr>
          <w:i/>
          <w:iCs/>
          <w:color w:val="auto"/>
          <w:sz w:val="28"/>
          <w:szCs w:val="28"/>
        </w:rPr>
        <w:t>đính</w:t>
      </w:r>
      <w:proofErr w:type="spellEnd"/>
      <w:r w:rsidRPr="00064DB1">
        <w:rPr>
          <w:i/>
          <w:iCs/>
          <w:color w:val="auto"/>
          <w:sz w:val="28"/>
          <w:szCs w:val="28"/>
        </w:rPr>
        <w:t xml:space="preserve"> </w:t>
      </w:r>
      <w:proofErr w:type="spellStart"/>
      <w:r w:rsidRPr="00064DB1">
        <w:rPr>
          <w:i/>
          <w:iCs/>
          <w:color w:val="auto"/>
          <w:sz w:val="28"/>
          <w:szCs w:val="28"/>
        </w:rPr>
        <w:t>kèm</w:t>
      </w:r>
      <w:proofErr w:type="spellEnd"/>
      <w:r w:rsidRPr="00064DB1">
        <w:rPr>
          <w:i/>
          <w:iCs/>
          <w:color w:val="auto"/>
          <w:sz w:val="28"/>
          <w:szCs w:val="28"/>
        </w:rPr>
        <w:t xml:space="preserve"> Thông </w:t>
      </w:r>
      <w:proofErr w:type="spellStart"/>
      <w:r w:rsidRPr="00064DB1">
        <w:rPr>
          <w:i/>
          <w:iCs/>
          <w:color w:val="auto"/>
          <w:sz w:val="28"/>
          <w:szCs w:val="28"/>
        </w:rPr>
        <w:t>báo</w:t>
      </w:r>
      <w:proofErr w:type="spellEnd"/>
      <w:r w:rsidRPr="00064DB1">
        <w:rPr>
          <w:i/>
          <w:iCs/>
          <w:color w:val="auto"/>
          <w:sz w:val="28"/>
          <w:szCs w:val="28"/>
        </w:rPr>
        <w:t xml:space="preserve"> </w:t>
      </w:r>
      <w:proofErr w:type="spellStart"/>
      <w:r w:rsidRPr="00064DB1">
        <w:rPr>
          <w:i/>
          <w:iCs/>
          <w:color w:val="auto"/>
          <w:sz w:val="28"/>
          <w:szCs w:val="28"/>
        </w:rPr>
        <w:t>này</w:t>
      </w:r>
      <w:proofErr w:type="spellEnd"/>
      <w:r w:rsidRPr="00064DB1">
        <w:rPr>
          <w:i/>
          <w:iCs/>
          <w:color w:val="auto"/>
          <w:sz w:val="28"/>
          <w:szCs w:val="28"/>
        </w:rPr>
        <w:t xml:space="preserve"> </w:t>
      </w:r>
      <w:proofErr w:type="spellStart"/>
      <w:r w:rsidRPr="00064DB1">
        <w:rPr>
          <w:i/>
          <w:iCs/>
          <w:color w:val="auto"/>
          <w:sz w:val="28"/>
          <w:szCs w:val="28"/>
        </w:rPr>
        <w:t>và</w:t>
      </w:r>
      <w:proofErr w:type="spellEnd"/>
      <w:r w:rsidRPr="00064DB1">
        <w:rPr>
          <w:i/>
          <w:iCs/>
          <w:color w:val="auto"/>
          <w:sz w:val="28"/>
          <w:szCs w:val="28"/>
        </w:rPr>
        <w:t xml:space="preserve"> </w:t>
      </w:r>
      <w:proofErr w:type="spellStart"/>
      <w:r w:rsidRPr="00064DB1">
        <w:rPr>
          <w:i/>
          <w:iCs/>
          <w:color w:val="auto"/>
          <w:sz w:val="28"/>
          <w:szCs w:val="28"/>
        </w:rPr>
        <w:t>trên</w:t>
      </w:r>
      <w:proofErr w:type="spellEnd"/>
      <w:r w:rsidRPr="00064DB1">
        <w:rPr>
          <w:i/>
          <w:iCs/>
          <w:color w:val="auto"/>
          <w:sz w:val="28"/>
          <w:szCs w:val="28"/>
        </w:rPr>
        <w:t xml:space="preserve"> </w:t>
      </w:r>
      <w:proofErr w:type="spellStart"/>
      <w:r w:rsidR="003B2F0B" w:rsidRPr="00064DB1">
        <w:rPr>
          <w:i/>
          <w:iCs/>
          <w:color w:val="auto"/>
          <w:sz w:val="28"/>
          <w:szCs w:val="28"/>
        </w:rPr>
        <w:t>Hệ</w:t>
      </w:r>
      <w:proofErr w:type="spellEnd"/>
      <w:r w:rsidR="003B2F0B" w:rsidRPr="00064DB1">
        <w:rPr>
          <w:i/>
          <w:iCs/>
          <w:color w:val="auto"/>
          <w:sz w:val="28"/>
          <w:szCs w:val="28"/>
        </w:rPr>
        <w:t xml:space="preserve"> </w:t>
      </w:r>
      <w:proofErr w:type="spellStart"/>
      <w:r w:rsidR="003B2F0B" w:rsidRPr="00064DB1">
        <w:rPr>
          <w:i/>
          <w:iCs/>
          <w:color w:val="auto"/>
          <w:sz w:val="28"/>
          <w:szCs w:val="28"/>
        </w:rPr>
        <w:t>thống</w:t>
      </w:r>
      <w:proofErr w:type="spellEnd"/>
      <w:r w:rsidR="003B2F0B" w:rsidRPr="00064DB1">
        <w:rPr>
          <w:i/>
          <w:iCs/>
          <w:color w:val="auto"/>
          <w:sz w:val="28"/>
          <w:szCs w:val="28"/>
        </w:rPr>
        <w:t xml:space="preserve"> </w:t>
      </w:r>
      <w:proofErr w:type="spellStart"/>
      <w:r w:rsidR="003B2F0B" w:rsidRPr="00064DB1">
        <w:rPr>
          <w:i/>
          <w:iCs/>
          <w:color w:val="auto"/>
          <w:sz w:val="28"/>
          <w:szCs w:val="28"/>
        </w:rPr>
        <w:t>quản</w:t>
      </w:r>
      <w:proofErr w:type="spellEnd"/>
      <w:r w:rsidR="003B2F0B" w:rsidRPr="00064DB1">
        <w:rPr>
          <w:i/>
          <w:iCs/>
          <w:color w:val="auto"/>
          <w:sz w:val="28"/>
          <w:szCs w:val="28"/>
        </w:rPr>
        <w:t xml:space="preserve"> </w:t>
      </w:r>
      <w:proofErr w:type="spellStart"/>
      <w:r w:rsidR="003B2F0B" w:rsidRPr="00064DB1">
        <w:rPr>
          <w:i/>
          <w:iCs/>
          <w:color w:val="auto"/>
          <w:sz w:val="28"/>
          <w:szCs w:val="28"/>
        </w:rPr>
        <w:t>lý</w:t>
      </w:r>
      <w:proofErr w:type="spellEnd"/>
      <w:r w:rsidR="003B2F0B" w:rsidRPr="00064DB1">
        <w:rPr>
          <w:i/>
          <w:iCs/>
          <w:color w:val="auto"/>
          <w:sz w:val="28"/>
          <w:szCs w:val="28"/>
        </w:rPr>
        <w:t xml:space="preserve"> </w:t>
      </w:r>
      <w:proofErr w:type="spellStart"/>
      <w:r w:rsidR="003B2F0B" w:rsidRPr="00064DB1">
        <w:rPr>
          <w:i/>
          <w:iCs/>
          <w:color w:val="auto"/>
          <w:sz w:val="28"/>
          <w:szCs w:val="28"/>
        </w:rPr>
        <w:t>trực</w:t>
      </w:r>
      <w:proofErr w:type="spellEnd"/>
      <w:r w:rsidR="003B2F0B" w:rsidRPr="00064DB1">
        <w:rPr>
          <w:i/>
          <w:iCs/>
          <w:color w:val="auto"/>
          <w:sz w:val="28"/>
          <w:szCs w:val="28"/>
        </w:rPr>
        <w:t xml:space="preserve"> </w:t>
      </w:r>
      <w:proofErr w:type="spellStart"/>
      <w:r w:rsidR="003B2F0B" w:rsidRPr="00064DB1">
        <w:rPr>
          <w:i/>
          <w:iCs/>
          <w:color w:val="auto"/>
          <w:sz w:val="28"/>
          <w:szCs w:val="28"/>
        </w:rPr>
        <w:t>tuyến</w:t>
      </w:r>
      <w:proofErr w:type="spellEnd"/>
      <w:r w:rsidR="003B2F0B" w:rsidRPr="00064DB1">
        <w:rPr>
          <w:i/>
          <w:iCs/>
          <w:color w:val="auto"/>
          <w:sz w:val="28"/>
          <w:szCs w:val="28"/>
        </w:rPr>
        <w:t xml:space="preserve"> </w:t>
      </w:r>
      <w:proofErr w:type="spellStart"/>
      <w:r w:rsidR="003B2F0B" w:rsidRPr="00064DB1">
        <w:rPr>
          <w:i/>
          <w:iCs/>
          <w:color w:val="auto"/>
          <w:sz w:val="28"/>
          <w:szCs w:val="28"/>
        </w:rPr>
        <w:t>nhiệm</w:t>
      </w:r>
      <w:proofErr w:type="spellEnd"/>
      <w:r w:rsidR="003B2F0B" w:rsidRPr="00064DB1">
        <w:rPr>
          <w:i/>
          <w:iCs/>
          <w:color w:val="auto"/>
          <w:sz w:val="28"/>
          <w:szCs w:val="28"/>
        </w:rPr>
        <w:t xml:space="preserve"> </w:t>
      </w:r>
      <w:proofErr w:type="spellStart"/>
      <w:r w:rsidR="003B2F0B" w:rsidRPr="00064DB1">
        <w:rPr>
          <w:i/>
          <w:iCs/>
          <w:color w:val="auto"/>
          <w:sz w:val="28"/>
          <w:szCs w:val="28"/>
        </w:rPr>
        <w:t>vụ</w:t>
      </w:r>
      <w:proofErr w:type="spellEnd"/>
      <w:r w:rsidR="003B2F0B" w:rsidRPr="00064DB1">
        <w:rPr>
          <w:i/>
          <w:iCs/>
          <w:color w:val="auto"/>
          <w:sz w:val="28"/>
          <w:szCs w:val="28"/>
        </w:rPr>
        <w:t xml:space="preserve"> khoa </w:t>
      </w:r>
      <w:proofErr w:type="spellStart"/>
      <w:r w:rsidR="003B2F0B" w:rsidRPr="00064DB1">
        <w:rPr>
          <w:i/>
          <w:iCs/>
          <w:color w:val="auto"/>
          <w:sz w:val="28"/>
          <w:szCs w:val="28"/>
        </w:rPr>
        <w:t>học</w:t>
      </w:r>
      <w:proofErr w:type="spellEnd"/>
      <w:r w:rsidR="003B2F0B" w:rsidRPr="00064DB1">
        <w:rPr>
          <w:i/>
          <w:iCs/>
          <w:color w:val="auto"/>
          <w:sz w:val="28"/>
          <w:szCs w:val="28"/>
        </w:rPr>
        <w:t xml:space="preserve"> </w:t>
      </w:r>
      <w:proofErr w:type="spellStart"/>
      <w:r w:rsidR="003B2F0B" w:rsidRPr="00064DB1">
        <w:rPr>
          <w:i/>
          <w:iCs/>
          <w:color w:val="auto"/>
          <w:sz w:val="28"/>
          <w:szCs w:val="28"/>
        </w:rPr>
        <w:t>công</w:t>
      </w:r>
      <w:proofErr w:type="spellEnd"/>
      <w:r w:rsidR="003B2F0B" w:rsidRPr="00064DB1">
        <w:rPr>
          <w:i/>
          <w:iCs/>
          <w:color w:val="auto"/>
          <w:sz w:val="28"/>
          <w:szCs w:val="28"/>
        </w:rPr>
        <w:t xml:space="preserve"> </w:t>
      </w:r>
      <w:proofErr w:type="spellStart"/>
      <w:r w:rsidR="003B2F0B" w:rsidRPr="00064DB1">
        <w:rPr>
          <w:i/>
          <w:iCs/>
          <w:color w:val="auto"/>
          <w:sz w:val="28"/>
          <w:szCs w:val="28"/>
        </w:rPr>
        <w:t>nghệ</w:t>
      </w:r>
      <w:proofErr w:type="spellEnd"/>
      <w:r w:rsidR="003B2F0B" w:rsidRPr="00064DB1">
        <w:rPr>
          <w:i/>
          <w:iCs/>
          <w:color w:val="auto"/>
          <w:sz w:val="28"/>
          <w:szCs w:val="28"/>
        </w:rPr>
        <w:t xml:space="preserve"> </w:t>
      </w:r>
      <w:proofErr w:type="spellStart"/>
      <w:r w:rsidR="003B2F0B" w:rsidRPr="00064DB1">
        <w:rPr>
          <w:i/>
          <w:iCs/>
          <w:color w:val="auto"/>
          <w:sz w:val="28"/>
          <w:szCs w:val="28"/>
        </w:rPr>
        <w:t>và</w:t>
      </w:r>
      <w:proofErr w:type="spellEnd"/>
      <w:r w:rsidR="003B2F0B" w:rsidRPr="00064DB1">
        <w:rPr>
          <w:i/>
          <w:iCs/>
          <w:color w:val="auto"/>
          <w:sz w:val="28"/>
          <w:szCs w:val="28"/>
        </w:rPr>
        <w:t xml:space="preserve"> </w:t>
      </w:r>
      <w:proofErr w:type="spellStart"/>
      <w:r w:rsidR="003B2F0B" w:rsidRPr="00064DB1">
        <w:rPr>
          <w:i/>
          <w:iCs/>
          <w:color w:val="auto"/>
          <w:sz w:val="28"/>
          <w:szCs w:val="28"/>
        </w:rPr>
        <w:t>đổi</w:t>
      </w:r>
      <w:proofErr w:type="spellEnd"/>
      <w:r w:rsidR="003B2F0B" w:rsidRPr="00064DB1">
        <w:rPr>
          <w:i/>
          <w:iCs/>
          <w:color w:val="auto"/>
          <w:sz w:val="28"/>
          <w:szCs w:val="28"/>
        </w:rPr>
        <w:t xml:space="preserve"> </w:t>
      </w:r>
      <w:proofErr w:type="spellStart"/>
      <w:r w:rsidR="003B2F0B" w:rsidRPr="00064DB1">
        <w:rPr>
          <w:i/>
          <w:iCs/>
          <w:color w:val="auto"/>
          <w:sz w:val="28"/>
          <w:szCs w:val="28"/>
        </w:rPr>
        <w:t>mới</w:t>
      </w:r>
      <w:proofErr w:type="spellEnd"/>
      <w:r w:rsidR="003B2F0B" w:rsidRPr="00064DB1">
        <w:rPr>
          <w:i/>
          <w:iCs/>
          <w:color w:val="auto"/>
          <w:sz w:val="28"/>
          <w:szCs w:val="28"/>
        </w:rPr>
        <w:t xml:space="preserve"> </w:t>
      </w:r>
      <w:proofErr w:type="spellStart"/>
      <w:r w:rsidR="003B2F0B" w:rsidRPr="00064DB1">
        <w:rPr>
          <w:i/>
          <w:iCs/>
          <w:color w:val="auto"/>
          <w:sz w:val="28"/>
          <w:szCs w:val="28"/>
        </w:rPr>
        <w:t>sáng</w:t>
      </w:r>
      <w:proofErr w:type="spellEnd"/>
      <w:r w:rsidR="003B2F0B" w:rsidRPr="00064DB1">
        <w:rPr>
          <w:i/>
          <w:iCs/>
          <w:color w:val="auto"/>
          <w:sz w:val="28"/>
          <w:szCs w:val="28"/>
        </w:rPr>
        <w:t xml:space="preserve"> </w:t>
      </w:r>
      <w:proofErr w:type="spellStart"/>
      <w:r w:rsidR="003B2F0B" w:rsidRPr="00064DB1">
        <w:rPr>
          <w:i/>
          <w:iCs/>
          <w:color w:val="auto"/>
          <w:sz w:val="28"/>
          <w:szCs w:val="28"/>
        </w:rPr>
        <w:t>tạo</w:t>
      </w:r>
      <w:proofErr w:type="spellEnd"/>
      <w:r w:rsidR="003B2F0B" w:rsidRPr="00064DB1">
        <w:rPr>
          <w:i/>
          <w:iCs/>
          <w:color w:val="auto"/>
          <w:sz w:val="28"/>
          <w:szCs w:val="28"/>
        </w:rPr>
        <w:t xml:space="preserve"> – </w:t>
      </w:r>
      <w:proofErr w:type="spellStart"/>
      <w:r w:rsidR="003B2F0B" w:rsidRPr="00064DB1">
        <w:rPr>
          <w:i/>
          <w:iCs/>
          <w:color w:val="auto"/>
          <w:sz w:val="28"/>
          <w:szCs w:val="28"/>
        </w:rPr>
        <w:t>Bộ</w:t>
      </w:r>
      <w:proofErr w:type="spellEnd"/>
      <w:r w:rsidR="003B2F0B" w:rsidRPr="00064DB1">
        <w:rPr>
          <w:i/>
          <w:iCs/>
          <w:color w:val="auto"/>
          <w:sz w:val="28"/>
          <w:szCs w:val="28"/>
        </w:rPr>
        <w:t xml:space="preserve"> Khoa </w:t>
      </w:r>
      <w:proofErr w:type="spellStart"/>
      <w:r w:rsidR="003B2F0B" w:rsidRPr="00064DB1">
        <w:rPr>
          <w:i/>
          <w:iCs/>
          <w:color w:val="auto"/>
          <w:sz w:val="28"/>
          <w:szCs w:val="28"/>
        </w:rPr>
        <w:t>học</w:t>
      </w:r>
      <w:proofErr w:type="spellEnd"/>
      <w:r w:rsidR="003B2F0B" w:rsidRPr="00064DB1">
        <w:rPr>
          <w:i/>
          <w:iCs/>
          <w:color w:val="auto"/>
          <w:sz w:val="28"/>
          <w:szCs w:val="28"/>
        </w:rPr>
        <w:t xml:space="preserve"> </w:t>
      </w:r>
      <w:proofErr w:type="spellStart"/>
      <w:r w:rsidR="003B2F0B" w:rsidRPr="00064DB1">
        <w:rPr>
          <w:i/>
          <w:iCs/>
          <w:color w:val="auto"/>
          <w:sz w:val="28"/>
          <w:szCs w:val="28"/>
        </w:rPr>
        <w:t>và</w:t>
      </w:r>
      <w:proofErr w:type="spellEnd"/>
      <w:r w:rsidR="003B2F0B" w:rsidRPr="00064DB1">
        <w:rPr>
          <w:i/>
          <w:iCs/>
          <w:color w:val="auto"/>
          <w:sz w:val="28"/>
          <w:szCs w:val="28"/>
        </w:rPr>
        <w:t xml:space="preserve"> Công </w:t>
      </w:r>
      <w:proofErr w:type="spellStart"/>
      <w:r w:rsidR="003B2F0B" w:rsidRPr="00064DB1">
        <w:rPr>
          <w:i/>
          <w:iCs/>
          <w:color w:val="auto"/>
          <w:sz w:val="28"/>
          <w:szCs w:val="28"/>
        </w:rPr>
        <w:t>nghệ</w:t>
      </w:r>
      <w:proofErr w:type="spellEnd"/>
      <w:r w:rsidR="003B2F0B" w:rsidRPr="00064DB1">
        <w:rPr>
          <w:i/>
          <w:iCs/>
          <w:color w:val="auto"/>
          <w:sz w:val="28"/>
          <w:szCs w:val="28"/>
        </w:rPr>
        <w:t xml:space="preserve"> </w:t>
      </w:r>
      <w:proofErr w:type="spellStart"/>
      <w:r w:rsidR="003B2F0B" w:rsidRPr="00064DB1">
        <w:rPr>
          <w:i/>
          <w:iCs/>
          <w:color w:val="auto"/>
          <w:sz w:val="28"/>
          <w:szCs w:val="28"/>
        </w:rPr>
        <w:t>và</w:t>
      </w:r>
      <w:proofErr w:type="spellEnd"/>
      <w:r w:rsidR="003B2F0B" w:rsidRPr="00064DB1">
        <w:rPr>
          <w:i/>
          <w:iCs/>
          <w:color w:val="auto"/>
          <w:sz w:val="28"/>
          <w:szCs w:val="28"/>
        </w:rPr>
        <w:t xml:space="preserve"> </w:t>
      </w:r>
      <w:proofErr w:type="spellStart"/>
      <w:r w:rsidRPr="00064DB1">
        <w:rPr>
          <w:i/>
          <w:iCs/>
          <w:color w:val="auto"/>
          <w:sz w:val="28"/>
          <w:szCs w:val="28"/>
        </w:rPr>
        <w:t>Cổng</w:t>
      </w:r>
      <w:proofErr w:type="spellEnd"/>
      <w:r w:rsidRPr="00064DB1">
        <w:rPr>
          <w:i/>
          <w:iCs/>
          <w:color w:val="auto"/>
          <w:sz w:val="28"/>
          <w:szCs w:val="28"/>
        </w:rPr>
        <w:t xml:space="preserve"> </w:t>
      </w:r>
      <w:proofErr w:type="spellStart"/>
      <w:r w:rsidRPr="00064DB1">
        <w:rPr>
          <w:i/>
          <w:iCs/>
          <w:color w:val="auto"/>
          <w:sz w:val="28"/>
          <w:szCs w:val="28"/>
        </w:rPr>
        <w:t>thông</w:t>
      </w:r>
      <w:proofErr w:type="spellEnd"/>
      <w:r w:rsidRPr="00064DB1">
        <w:rPr>
          <w:i/>
          <w:iCs/>
          <w:color w:val="auto"/>
          <w:sz w:val="28"/>
          <w:szCs w:val="28"/>
        </w:rPr>
        <w:t xml:space="preserve"> tin </w:t>
      </w:r>
      <w:proofErr w:type="spellStart"/>
      <w:r w:rsidRPr="00064DB1">
        <w:rPr>
          <w:i/>
          <w:iCs/>
          <w:color w:val="auto"/>
          <w:sz w:val="28"/>
          <w:szCs w:val="28"/>
        </w:rPr>
        <w:t>điện</w:t>
      </w:r>
      <w:proofErr w:type="spellEnd"/>
      <w:r w:rsidRPr="00064DB1">
        <w:rPr>
          <w:i/>
          <w:iCs/>
          <w:color w:val="auto"/>
          <w:sz w:val="28"/>
          <w:szCs w:val="28"/>
        </w:rPr>
        <w:t xml:space="preserve"> </w:t>
      </w:r>
      <w:proofErr w:type="spellStart"/>
      <w:r w:rsidRPr="00064DB1">
        <w:rPr>
          <w:i/>
          <w:iCs/>
          <w:color w:val="auto"/>
          <w:sz w:val="28"/>
          <w:szCs w:val="28"/>
        </w:rPr>
        <w:t>tử</w:t>
      </w:r>
      <w:proofErr w:type="spellEnd"/>
      <w:r w:rsidRPr="00064DB1">
        <w:rPr>
          <w:i/>
          <w:iCs/>
          <w:color w:val="auto"/>
          <w:sz w:val="28"/>
          <w:szCs w:val="28"/>
        </w:rPr>
        <w:t xml:space="preserve"> </w:t>
      </w:r>
      <w:proofErr w:type="spellStart"/>
      <w:r w:rsidRPr="00064DB1">
        <w:rPr>
          <w:i/>
          <w:iCs/>
          <w:color w:val="auto"/>
          <w:sz w:val="28"/>
          <w:szCs w:val="28"/>
        </w:rPr>
        <w:t>của</w:t>
      </w:r>
      <w:proofErr w:type="spellEnd"/>
      <w:r w:rsidRPr="00064DB1">
        <w:rPr>
          <w:i/>
          <w:iCs/>
          <w:color w:val="auto"/>
          <w:sz w:val="28"/>
          <w:szCs w:val="28"/>
        </w:rPr>
        <w:t xml:space="preserve"> </w:t>
      </w:r>
      <w:proofErr w:type="spellStart"/>
      <w:r w:rsidRPr="00064DB1">
        <w:rPr>
          <w:i/>
          <w:iCs/>
          <w:color w:val="auto"/>
          <w:sz w:val="28"/>
          <w:szCs w:val="28"/>
        </w:rPr>
        <w:t>Sở</w:t>
      </w:r>
      <w:proofErr w:type="spellEnd"/>
      <w:r w:rsidRPr="00064DB1">
        <w:rPr>
          <w:i/>
          <w:iCs/>
          <w:color w:val="auto"/>
          <w:sz w:val="28"/>
          <w:szCs w:val="28"/>
        </w:rPr>
        <w:t xml:space="preserve"> Khoa </w:t>
      </w:r>
      <w:proofErr w:type="spellStart"/>
      <w:r w:rsidRPr="00064DB1">
        <w:rPr>
          <w:i/>
          <w:iCs/>
          <w:color w:val="auto"/>
          <w:sz w:val="28"/>
          <w:szCs w:val="28"/>
        </w:rPr>
        <w:t>học</w:t>
      </w:r>
      <w:proofErr w:type="spellEnd"/>
      <w:r w:rsidRPr="00064DB1">
        <w:rPr>
          <w:i/>
          <w:iCs/>
          <w:color w:val="auto"/>
          <w:sz w:val="28"/>
          <w:szCs w:val="28"/>
        </w:rPr>
        <w:t xml:space="preserve"> </w:t>
      </w:r>
      <w:proofErr w:type="spellStart"/>
      <w:r w:rsidRPr="00064DB1">
        <w:rPr>
          <w:i/>
          <w:iCs/>
          <w:color w:val="auto"/>
          <w:sz w:val="28"/>
          <w:szCs w:val="28"/>
        </w:rPr>
        <w:t>và</w:t>
      </w:r>
      <w:proofErr w:type="spellEnd"/>
      <w:r w:rsidRPr="00064DB1">
        <w:rPr>
          <w:i/>
          <w:iCs/>
          <w:color w:val="auto"/>
          <w:sz w:val="28"/>
          <w:szCs w:val="28"/>
        </w:rPr>
        <w:t xml:space="preserve"> Công </w:t>
      </w:r>
      <w:proofErr w:type="spellStart"/>
      <w:r w:rsidRPr="00064DB1">
        <w:rPr>
          <w:i/>
          <w:iCs/>
          <w:color w:val="auto"/>
          <w:sz w:val="28"/>
          <w:szCs w:val="28"/>
        </w:rPr>
        <w:t>nghệ</w:t>
      </w:r>
      <w:proofErr w:type="spellEnd"/>
      <w:r w:rsidR="003D6435">
        <w:rPr>
          <w:i/>
          <w:iCs/>
          <w:color w:val="auto"/>
          <w:sz w:val="28"/>
          <w:szCs w:val="28"/>
        </w:rPr>
        <w:t xml:space="preserve"> </w:t>
      </w:r>
      <w:proofErr w:type="spellStart"/>
      <w:r w:rsidR="003D6435">
        <w:rPr>
          <w:i/>
          <w:iCs/>
          <w:color w:val="auto"/>
          <w:sz w:val="28"/>
          <w:szCs w:val="28"/>
        </w:rPr>
        <w:t>Đồng</w:t>
      </w:r>
      <w:proofErr w:type="spellEnd"/>
      <w:r w:rsidR="003D6435">
        <w:rPr>
          <w:i/>
          <w:iCs/>
          <w:color w:val="auto"/>
          <w:sz w:val="28"/>
          <w:szCs w:val="28"/>
        </w:rPr>
        <w:t xml:space="preserve"> Nai</w:t>
      </w:r>
      <w:r w:rsidRPr="00064DB1">
        <w:rPr>
          <w:i/>
          <w:iCs/>
          <w:color w:val="auto"/>
          <w:sz w:val="28"/>
          <w:szCs w:val="28"/>
        </w:rPr>
        <w:t>)</w:t>
      </w:r>
      <w:r w:rsidRPr="00064DB1">
        <w:rPr>
          <w:color w:val="auto"/>
          <w:sz w:val="28"/>
          <w:szCs w:val="28"/>
        </w:rPr>
        <w:t>.</w:t>
      </w:r>
    </w:p>
    <w:p w14:paraId="4E43757F" w14:textId="77777777" w:rsidR="00DC174C" w:rsidRPr="00064DB1" w:rsidRDefault="00000000" w:rsidP="005E0F6E">
      <w:pPr>
        <w:spacing w:after="60" w:line="380" w:lineRule="exact"/>
        <w:ind w:firstLine="567"/>
        <w:jc w:val="both"/>
        <w:rPr>
          <w:color w:val="auto"/>
          <w:sz w:val="28"/>
          <w:szCs w:val="28"/>
        </w:rPr>
      </w:pPr>
      <w:r w:rsidRPr="00064DB1">
        <w:rPr>
          <w:b/>
          <w:color w:val="auto"/>
          <w:sz w:val="28"/>
          <w:szCs w:val="28"/>
        </w:rPr>
        <w:t xml:space="preserve">2. </w:t>
      </w:r>
      <w:proofErr w:type="spellStart"/>
      <w:r w:rsidRPr="00064DB1">
        <w:rPr>
          <w:b/>
          <w:color w:val="auto"/>
          <w:sz w:val="28"/>
          <w:szCs w:val="28"/>
        </w:rPr>
        <w:t>Điều</w:t>
      </w:r>
      <w:proofErr w:type="spellEnd"/>
      <w:r w:rsidRPr="00064DB1">
        <w:rPr>
          <w:b/>
          <w:color w:val="auto"/>
          <w:sz w:val="28"/>
          <w:szCs w:val="28"/>
        </w:rPr>
        <w:t xml:space="preserve"> </w:t>
      </w:r>
      <w:proofErr w:type="spellStart"/>
      <w:r w:rsidRPr="00064DB1">
        <w:rPr>
          <w:b/>
          <w:color w:val="auto"/>
          <w:sz w:val="28"/>
          <w:szCs w:val="28"/>
        </w:rPr>
        <w:t>kiện</w:t>
      </w:r>
      <w:proofErr w:type="spellEnd"/>
      <w:r w:rsidRPr="00064DB1">
        <w:rPr>
          <w:b/>
          <w:color w:val="auto"/>
          <w:sz w:val="28"/>
          <w:szCs w:val="28"/>
        </w:rPr>
        <w:t xml:space="preserve"> </w:t>
      </w:r>
      <w:proofErr w:type="spellStart"/>
      <w:r w:rsidRPr="00064DB1">
        <w:rPr>
          <w:b/>
          <w:color w:val="auto"/>
          <w:sz w:val="28"/>
          <w:szCs w:val="28"/>
        </w:rPr>
        <w:t>đăng</w:t>
      </w:r>
      <w:proofErr w:type="spellEnd"/>
      <w:r w:rsidRPr="00064DB1">
        <w:rPr>
          <w:b/>
          <w:color w:val="auto"/>
          <w:sz w:val="28"/>
          <w:szCs w:val="28"/>
        </w:rPr>
        <w:t xml:space="preserve"> </w:t>
      </w:r>
      <w:proofErr w:type="spellStart"/>
      <w:r w:rsidRPr="00064DB1">
        <w:rPr>
          <w:b/>
          <w:color w:val="auto"/>
          <w:sz w:val="28"/>
          <w:szCs w:val="28"/>
        </w:rPr>
        <w:t>ký</w:t>
      </w:r>
      <w:proofErr w:type="spellEnd"/>
    </w:p>
    <w:p w14:paraId="3DF1F211" w14:textId="2A0A58A9" w:rsidR="00DC174C" w:rsidRPr="00064DB1" w:rsidRDefault="00000000" w:rsidP="005E0F6E">
      <w:pPr>
        <w:spacing w:after="60" w:line="380" w:lineRule="exact"/>
        <w:ind w:firstLine="567"/>
        <w:jc w:val="both"/>
        <w:rPr>
          <w:color w:val="auto"/>
          <w:sz w:val="28"/>
          <w:szCs w:val="28"/>
        </w:rPr>
      </w:pPr>
      <w:proofErr w:type="spellStart"/>
      <w:r w:rsidRPr="00064DB1">
        <w:rPr>
          <w:color w:val="auto"/>
          <w:sz w:val="28"/>
          <w:szCs w:val="28"/>
        </w:rPr>
        <w:t>Tổ</w:t>
      </w:r>
      <w:proofErr w:type="spellEnd"/>
      <w:r w:rsidRPr="00064DB1">
        <w:rPr>
          <w:color w:val="auto"/>
          <w:sz w:val="28"/>
          <w:szCs w:val="28"/>
        </w:rPr>
        <w:t xml:space="preserve"> </w:t>
      </w:r>
      <w:proofErr w:type="spellStart"/>
      <w:r w:rsidRPr="00064DB1">
        <w:rPr>
          <w:color w:val="auto"/>
          <w:sz w:val="28"/>
          <w:szCs w:val="28"/>
        </w:rPr>
        <w:t>chức</w:t>
      </w:r>
      <w:proofErr w:type="spellEnd"/>
      <w:r w:rsidRPr="00064DB1">
        <w:rPr>
          <w:color w:val="auto"/>
          <w:sz w:val="28"/>
          <w:szCs w:val="28"/>
        </w:rPr>
        <w:t xml:space="preserve">, </w:t>
      </w:r>
      <w:proofErr w:type="spellStart"/>
      <w:r w:rsidRPr="00064DB1">
        <w:rPr>
          <w:color w:val="auto"/>
          <w:sz w:val="28"/>
          <w:szCs w:val="28"/>
        </w:rPr>
        <w:t>cá</w:t>
      </w:r>
      <w:proofErr w:type="spellEnd"/>
      <w:r w:rsidRPr="00064DB1">
        <w:rPr>
          <w:color w:val="auto"/>
          <w:sz w:val="28"/>
          <w:szCs w:val="28"/>
        </w:rPr>
        <w:t xml:space="preserve"> </w:t>
      </w:r>
      <w:proofErr w:type="spellStart"/>
      <w:r w:rsidRPr="00064DB1">
        <w:rPr>
          <w:color w:val="auto"/>
          <w:sz w:val="28"/>
          <w:szCs w:val="28"/>
        </w:rPr>
        <w:t>nhân</w:t>
      </w:r>
      <w:proofErr w:type="spellEnd"/>
      <w:r w:rsidRPr="00064DB1">
        <w:rPr>
          <w:color w:val="auto"/>
          <w:sz w:val="28"/>
          <w:szCs w:val="28"/>
        </w:rPr>
        <w:t xml:space="preserve"> </w:t>
      </w:r>
      <w:proofErr w:type="spellStart"/>
      <w:r w:rsidRPr="00064DB1">
        <w:rPr>
          <w:color w:val="auto"/>
          <w:sz w:val="28"/>
          <w:szCs w:val="28"/>
        </w:rPr>
        <w:t>đăng</w:t>
      </w:r>
      <w:proofErr w:type="spellEnd"/>
      <w:r w:rsidRPr="00064DB1">
        <w:rPr>
          <w:color w:val="auto"/>
          <w:sz w:val="28"/>
          <w:szCs w:val="28"/>
        </w:rPr>
        <w:t xml:space="preserve"> </w:t>
      </w:r>
      <w:proofErr w:type="spellStart"/>
      <w:r w:rsidRPr="00064DB1">
        <w:rPr>
          <w:color w:val="auto"/>
          <w:sz w:val="28"/>
          <w:szCs w:val="28"/>
        </w:rPr>
        <w:t>ký</w:t>
      </w:r>
      <w:proofErr w:type="spellEnd"/>
      <w:r w:rsidRPr="00064DB1">
        <w:rPr>
          <w:color w:val="auto"/>
          <w:sz w:val="28"/>
          <w:szCs w:val="28"/>
        </w:rPr>
        <w:t xml:space="preserve"> </w:t>
      </w:r>
      <w:proofErr w:type="spellStart"/>
      <w:r w:rsidRPr="00064DB1">
        <w:rPr>
          <w:color w:val="auto"/>
          <w:sz w:val="28"/>
          <w:szCs w:val="28"/>
        </w:rPr>
        <w:t>chủ</w:t>
      </w:r>
      <w:proofErr w:type="spellEnd"/>
      <w:r w:rsidRPr="00064DB1">
        <w:rPr>
          <w:color w:val="auto"/>
          <w:sz w:val="28"/>
          <w:szCs w:val="28"/>
        </w:rPr>
        <w:t xml:space="preserve"> </w:t>
      </w:r>
      <w:proofErr w:type="spellStart"/>
      <w:r w:rsidRPr="00064DB1">
        <w:rPr>
          <w:color w:val="auto"/>
          <w:sz w:val="28"/>
          <w:szCs w:val="28"/>
        </w:rPr>
        <w:t>trì</w:t>
      </w:r>
      <w:proofErr w:type="spellEnd"/>
      <w:r w:rsidRPr="00064DB1">
        <w:rPr>
          <w:color w:val="auto"/>
          <w:sz w:val="28"/>
          <w:szCs w:val="28"/>
        </w:rPr>
        <w:t xml:space="preserve"> </w:t>
      </w: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Pr="00064DB1">
        <w:rPr>
          <w:color w:val="auto"/>
          <w:sz w:val="28"/>
          <w:szCs w:val="28"/>
        </w:rPr>
        <w:t>nhiệm</w:t>
      </w:r>
      <w:proofErr w:type="spellEnd"/>
      <w:r w:rsidRPr="00064DB1">
        <w:rPr>
          <w:color w:val="auto"/>
          <w:sz w:val="28"/>
          <w:szCs w:val="28"/>
        </w:rPr>
        <w:t xml:space="preserve"> </w:t>
      </w:r>
      <w:proofErr w:type="spellStart"/>
      <w:r w:rsidRPr="00064DB1">
        <w:rPr>
          <w:color w:val="auto"/>
          <w:sz w:val="28"/>
          <w:szCs w:val="28"/>
        </w:rPr>
        <w:t>vụ</w:t>
      </w:r>
      <w:proofErr w:type="spellEnd"/>
      <w:r w:rsidRPr="00064DB1">
        <w:rPr>
          <w:color w:val="auto"/>
          <w:sz w:val="28"/>
          <w:szCs w:val="28"/>
        </w:rPr>
        <w:t xml:space="preserve"> khoa </w:t>
      </w:r>
      <w:proofErr w:type="spellStart"/>
      <w:r w:rsidRPr="00064DB1">
        <w:rPr>
          <w:color w:val="auto"/>
          <w:sz w:val="28"/>
          <w:szCs w:val="28"/>
        </w:rPr>
        <w:t>học</w:t>
      </w:r>
      <w:proofErr w:type="spellEnd"/>
      <w:r w:rsidRPr="00064DB1">
        <w:rPr>
          <w:color w:val="auto"/>
          <w:sz w:val="28"/>
          <w:szCs w:val="28"/>
        </w:rPr>
        <w:t xml:space="preserve">, </w:t>
      </w:r>
      <w:proofErr w:type="spellStart"/>
      <w:r w:rsidRPr="00064DB1">
        <w:rPr>
          <w:color w:val="auto"/>
          <w:sz w:val="28"/>
          <w:szCs w:val="28"/>
        </w:rPr>
        <w:t>công</w:t>
      </w:r>
      <w:proofErr w:type="spellEnd"/>
      <w:r w:rsidRPr="00064DB1">
        <w:rPr>
          <w:color w:val="auto"/>
          <w:sz w:val="28"/>
          <w:szCs w:val="28"/>
        </w:rPr>
        <w:t xml:space="preserve"> </w:t>
      </w:r>
      <w:proofErr w:type="spellStart"/>
      <w:r w:rsidRPr="00064DB1">
        <w:rPr>
          <w:color w:val="auto"/>
          <w:sz w:val="28"/>
          <w:szCs w:val="28"/>
        </w:rPr>
        <w:t>nghệ</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w:t>
      </w:r>
      <w:proofErr w:type="spellStart"/>
      <w:r w:rsidRPr="00064DB1">
        <w:rPr>
          <w:color w:val="auto"/>
          <w:sz w:val="28"/>
          <w:szCs w:val="28"/>
        </w:rPr>
        <w:t>đổi</w:t>
      </w:r>
      <w:proofErr w:type="spellEnd"/>
      <w:r w:rsidRPr="00064DB1">
        <w:rPr>
          <w:color w:val="auto"/>
          <w:sz w:val="28"/>
          <w:szCs w:val="28"/>
        </w:rPr>
        <w:t xml:space="preserve"> </w:t>
      </w:r>
      <w:proofErr w:type="spellStart"/>
      <w:r w:rsidRPr="00064DB1">
        <w:rPr>
          <w:color w:val="auto"/>
          <w:sz w:val="28"/>
          <w:szCs w:val="28"/>
        </w:rPr>
        <w:t>mới</w:t>
      </w:r>
      <w:proofErr w:type="spellEnd"/>
      <w:r w:rsidRPr="00064DB1">
        <w:rPr>
          <w:color w:val="auto"/>
          <w:sz w:val="28"/>
          <w:szCs w:val="28"/>
        </w:rPr>
        <w:t xml:space="preserve"> </w:t>
      </w:r>
      <w:proofErr w:type="spellStart"/>
      <w:r w:rsidRPr="00064DB1">
        <w:rPr>
          <w:color w:val="auto"/>
          <w:sz w:val="28"/>
          <w:szCs w:val="28"/>
        </w:rPr>
        <w:t>sáng</w:t>
      </w:r>
      <w:proofErr w:type="spellEnd"/>
      <w:r w:rsidRPr="00064DB1">
        <w:rPr>
          <w:color w:val="auto"/>
          <w:sz w:val="28"/>
          <w:szCs w:val="28"/>
        </w:rPr>
        <w:t xml:space="preserve"> </w:t>
      </w:r>
      <w:proofErr w:type="spellStart"/>
      <w:r w:rsidRPr="00064DB1">
        <w:rPr>
          <w:color w:val="auto"/>
          <w:sz w:val="28"/>
          <w:szCs w:val="28"/>
        </w:rPr>
        <w:t>tạo</w:t>
      </w:r>
      <w:proofErr w:type="spellEnd"/>
      <w:r w:rsidRPr="00064DB1">
        <w:rPr>
          <w:color w:val="auto"/>
          <w:sz w:val="28"/>
          <w:szCs w:val="28"/>
        </w:rPr>
        <w:t xml:space="preserve"> </w:t>
      </w:r>
      <w:proofErr w:type="spellStart"/>
      <w:r w:rsidRPr="00064DB1">
        <w:rPr>
          <w:color w:val="auto"/>
          <w:sz w:val="28"/>
          <w:szCs w:val="28"/>
        </w:rPr>
        <w:t>phải</w:t>
      </w:r>
      <w:proofErr w:type="spellEnd"/>
      <w:r w:rsidRPr="00064DB1">
        <w:rPr>
          <w:color w:val="auto"/>
          <w:sz w:val="28"/>
          <w:szCs w:val="28"/>
        </w:rPr>
        <w:t xml:space="preserve"> </w:t>
      </w:r>
      <w:proofErr w:type="spellStart"/>
      <w:r w:rsidRPr="00064DB1">
        <w:rPr>
          <w:color w:val="auto"/>
          <w:sz w:val="28"/>
          <w:szCs w:val="28"/>
        </w:rPr>
        <w:t>đáp</w:t>
      </w:r>
      <w:proofErr w:type="spellEnd"/>
      <w:r w:rsidRPr="00064DB1">
        <w:rPr>
          <w:color w:val="auto"/>
          <w:sz w:val="28"/>
          <w:szCs w:val="28"/>
        </w:rPr>
        <w:t xml:space="preserve"> </w:t>
      </w:r>
      <w:proofErr w:type="spellStart"/>
      <w:r w:rsidRPr="00064DB1">
        <w:rPr>
          <w:color w:val="auto"/>
          <w:sz w:val="28"/>
          <w:szCs w:val="28"/>
        </w:rPr>
        <w:t>ứng</w:t>
      </w:r>
      <w:proofErr w:type="spellEnd"/>
      <w:r w:rsidRPr="00064DB1">
        <w:rPr>
          <w:color w:val="auto"/>
          <w:sz w:val="28"/>
          <w:szCs w:val="28"/>
        </w:rPr>
        <w:t xml:space="preserve"> </w:t>
      </w:r>
      <w:proofErr w:type="spellStart"/>
      <w:r w:rsidRPr="00064DB1">
        <w:rPr>
          <w:color w:val="auto"/>
          <w:sz w:val="28"/>
          <w:szCs w:val="28"/>
        </w:rPr>
        <w:t>các</w:t>
      </w:r>
      <w:proofErr w:type="spellEnd"/>
      <w:r w:rsidRPr="00064DB1">
        <w:rPr>
          <w:color w:val="auto"/>
          <w:sz w:val="28"/>
          <w:szCs w:val="28"/>
        </w:rPr>
        <w:t xml:space="preserve"> </w:t>
      </w:r>
      <w:proofErr w:type="spellStart"/>
      <w:r w:rsidRPr="00064DB1">
        <w:rPr>
          <w:color w:val="auto"/>
          <w:sz w:val="28"/>
          <w:szCs w:val="28"/>
        </w:rPr>
        <w:t>điều</w:t>
      </w:r>
      <w:proofErr w:type="spellEnd"/>
      <w:r w:rsidRPr="00064DB1">
        <w:rPr>
          <w:color w:val="auto"/>
          <w:sz w:val="28"/>
          <w:szCs w:val="28"/>
        </w:rPr>
        <w:t xml:space="preserve"> </w:t>
      </w:r>
      <w:proofErr w:type="spellStart"/>
      <w:r w:rsidRPr="00064DB1">
        <w:rPr>
          <w:color w:val="auto"/>
          <w:sz w:val="28"/>
          <w:szCs w:val="28"/>
        </w:rPr>
        <w:t>kiện</w:t>
      </w:r>
      <w:proofErr w:type="spellEnd"/>
      <w:r w:rsidRPr="00064DB1">
        <w:rPr>
          <w:color w:val="auto"/>
          <w:sz w:val="28"/>
          <w:szCs w:val="28"/>
        </w:rPr>
        <w:t xml:space="preserve"> </w:t>
      </w:r>
      <w:proofErr w:type="spellStart"/>
      <w:r w:rsidRPr="00064DB1">
        <w:rPr>
          <w:color w:val="auto"/>
          <w:sz w:val="28"/>
          <w:szCs w:val="28"/>
        </w:rPr>
        <w:t>quy</w:t>
      </w:r>
      <w:proofErr w:type="spellEnd"/>
      <w:r w:rsidRPr="00064DB1">
        <w:rPr>
          <w:color w:val="auto"/>
          <w:sz w:val="28"/>
          <w:szCs w:val="28"/>
        </w:rPr>
        <w:t xml:space="preserve"> </w:t>
      </w:r>
      <w:proofErr w:type="spellStart"/>
      <w:r w:rsidRPr="00064DB1">
        <w:rPr>
          <w:color w:val="auto"/>
          <w:sz w:val="28"/>
          <w:szCs w:val="28"/>
        </w:rPr>
        <w:t>định</w:t>
      </w:r>
      <w:proofErr w:type="spellEnd"/>
      <w:r w:rsidRPr="00064DB1">
        <w:rPr>
          <w:color w:val="auto"/>
          <w:sz w:val="28"/>
          <w:szCs w:val="28"/>
        </w:rPr>
        <w:t xml:space="preserve"> </w:t>
      </w:r>
      <w:proofErr w:type="spellStart"/>
      <w:r w:rsidRPr="00064DB1">
        <w:rPr>
          <w:color w:val="auto"/>
          <w:sz w:val="28"/>
          <w:szCs w:val="28"/>
        </w:rPr>
        <w:t>tại</w:t>
      </w:r>
      <w:proofErr w:type="spellEnd"/>
      <w:r w:rsidRPr="00064DB1">
        <w:rPr>
          <w:color w:val="auto"/>
          <w:sz w:val="28"/>
          <w:szCs w:val="28"/>
        </w:rPr>
        <w:t xml:space="preserve"> </w:t>
      </w:r>
      <w:proofErr w:type="spellStart"/>
      <w:r w:rsidRPr="00064DB1">
        <w:rPr>
          <w:color w:val="auto"/>
          <w:sz w:val="28"/>
          <w:szCs w:val="28"/>
        </w:rPr>
        <w:t>Điều</w:t>
      </w:r>
      <w:proofErr w:type="spellEnd"/>
      <w:r w:rsidRPr="00064DB1">
        <w:rPr>
          <w:color w:val="auto"/>
          <w:sz w:val="28"/>
          <w:szCs w:val="28"/>
        </w:rPr>
        <w:t xml:space="preserve"> 5 </w:t>
      </w:r>
      <w:proofErr w:type="spellStart"/>
      <w:r w:rsidRPr="00064DB1">
        <w:rPr>
          <w:color w:val="auto"/>
          <w:sz w:val="28"/>
          <w:szCs w:val="28"/>
        </w:rPr>
        <w:t>Nghị</w:t>
      </w:r>
      <w:proofErr w:type="spellEnd"/>
      <w:r w:rsidRPr="00064DB1">
        <w:rPr>
          <w:color w:val="auto"/>
          <w:sz w:val="28"/>
          <w:szCs w:val="28"/>
        </w:rPr>
        <w:t xml:space="preserve"> </w:t>
      </w:r>
      <w:proofErr w:type="spellStart"/>
      <w:r w:rsidRPr="00064DB1">
        <w:rPr>
          <w:color w:val="auto"/>
          <w:sz w:val="28"/>
          <w:szCs w:val="28"/>
        </w:rPr>
        <w:t>định</w:t>
      </w:r>
      <w:proofErr w:type="spellEnd"/>
      <w:r w:rsidRPr="00064DB1">
        <w:rPr>
          <w:color w:val="auto"/>
          <w:sz w:val="28"/>
          <w:szCs w:val="28"/>
        </w:rPr>
        <w:t xml:space="preserve"> </w:t>
      </w:r>
      <w:proofErr w:type="spellStart"/>
      <w:r w:rsidRPr="00064DB1">
        <w:rPr>
          <w:color w:val="auto"/>
          <w:sz w:val="28"/>
          <w:szCs w:val="28"/>
        </w:rPr>
        <w:t>số</w:t>
      </w:r>
      <w:proofErr w:type="spellEnd"/>
      <w:r w:rsidRPr="00064DB1">
        <w:rPr>
          <w:color w:val="auto"/>
          <w:sz w:val="28"/>
          <w:szCs w:val="28"/>
        </w:rPr>
        <w:t xml:space="preserve"> 267/2025/NĐ-CP </w:t>
      </w:r>
      <w:proofErr w:type="spellStart"/>
      <w:r w:rsidRPr="00064DB1">
        <w:rPr>
          <w:color w:val="auto"/>
          <w:sz w:val="28"/>
          <w:szCs w:val="28"/>
        </w:rPr>
        <w:t>ngày</w:t>
      </w:r>
      <w:proofErr w:type="spellEnd"/>
      <w:r w:rsidRPr="00064DB1">
        <w:rPr>
          <w:color w:val="auto"/>
          <w:sz w:val="28"/>
          <w:szCs w:val="28"/>
        </w:rPr>
        <w:t xml:space="preserve"> 14/10/2025 </w:t>
      </w:r>
      <w:proofErr w:type="spellStart"/>
      <w:r w:rsidRPr="00064DB1">
        <w:rPr>
          <w:color w:val="auto"/>
          <w:sz w:val="28"/>
          <w:szCs w:val="28"/>
        </w:rPr>
        <w:t>của</w:t>
      </w:r>
      <w:proofErr w:type="spellEnd"/>
      <w:r w:rsidRPr="00064DB1">
        <w:rPr>
          <w:color w:val="auto"/>
          <w:sz w:val="28"/>
          <w:szCs w:val="28"/>
        </w:rPr>
        <w:t xml:space="preserve"> </w:t>
      </w:r>
      <w:proofErr w:type="spellStart"/>
      <w:r w:rsidRPr="00064DB1">
        <w:rPr>
          <w:color w:val="auto"/>
          <w:sz w:val="28"/>
          <w:szCs w:val="28"/>
        </w:rPr>
        <w:t>Chính</w:t>
      </w:r>
      <w:proofErr w:type="spellEnd"/>
      <w:r w:rsidRPr="00064DB1">
        <w:rPr>
          <w:color w:val="auto"/>
          <w:sz w:val="28"/>
          <w:szCs w:val="28"/>
        </w:rPr>
        <w:t xml:space="preserve"> </w:t>
      </w:r>
      <w:proofErr w:type="spellStart"/>
      <w:r w:rsidRPr="00064DB1">
        <w:rPr>
          <w:color w:val="auto"/>
          <w:sz w:val="28"/>
          <w:szCs w:val="28"/>
        </w:rPr>
        <w:t>phủ</w:t>
      </w:r>
      <w:proofErr w:type="spellEnd"/>
      <w:r w:rsidRPr="00064DB1">
        <w:rPr>
          <w:color w:val="auto"/>
          <w:sz w:val="28"/>
          <w:szCs w:val="28"/>
        </w:rPr>
        <w:t xml:space="preserve"> </w:t>
      </w:r>
      <w:proofErr w:type="spellStart"/>
      <w:r w:rsidRPr="00064DB1">
        <w:rPr>
          <w:color w:val="auto"/>
          <w:sz w:val="28"/>
          <w:szCs w:val="28"/>
        </w:rPr>
        <w:t>quy</w:t>
      </w:r>
      <w:proofErr w:type="spellEnd"/>
      <w:r w:rsidRPr="00064DB1">
        <w:rPr>
          <w:color w:val="auto"/>
          <w:sz w:val="28"/>
          <w:szCs w:val="28"/>
        </w:rPr>
        <w:t xml:space="preserve"> </w:t>
      </w:r>
      <w:proofErr w:type="spellStart"/>
      <w:r w:rsidRPr="00064DB1">
        <w:rPr>
          <w:color w:val="auto"/>
          <w:sz w:val="28"/>
          <w:szCs w:val="28"/>
        </w:rPr>
        <w:t>định</w:t>
      </w:r>
      <w:proofErr w:type="spellEnd"/>
      <w:r w:rsidRPr="00064DB1">
        <w:rPr>
          <w:color w:val="auto"/>
          <w:sz w:val="28"/>
          <w:szCs w:val="28"/>
        </w:rPr>
        <w:t xml:space="preserve"> chi </w:t>
      </w:r>
      <w:proofErr w:type="spellStart"/>
      <w:r w:rsidRPr="00064DB1">
        <w:rPr>
          <w:color w:val="auto"/>
          <w:sz w:val="28"/>
          <w:szCs w:val="28"/>
        </w:rPr>
        <w:t>tiết</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w:t>
      </w:r>
      <w:proofErr w:type="spellStart"/>
      <w:r w:rsidRPr="00064DB1">
        <w:rPr>
          <w:color w:val="auto"/>
          <w:sz w:val="28"/>
          <w:szCs w:val="28"/>
        </w:rPr>
        <w:t>hướng</w:t>
      </w:r>
      <w:proofErr w:type="spellEnd"/>
      <w:r w:rsidRPr="00064DB1">
        <w:rPr>
          <w:color w:val="auto"/>
          <w:sz w:val="28"/>
          <w:szCs w:val="28"/>
        </w:rPr>
        <w:t xml:space="preserve"> </w:t>
      </w:r>
      <w:proofErr w:type="spellStart"/>
      <w:r w:rsidRPr="00064DB1">
        <w:rPr>
          <w:color w:val="auto"/>
          <w:sz w:val="28"/>
          <w:szCs w:val="28"/>
        </w:rPr>
        <w:t>dẫn</w:t>
      </w:r>
      <w:proofErr w:type="spellEnd"/>
      <w:r w:rsidRPr="00064DB1">
        <w:rPr>
          <w:color w:val="auto"/>
          <w:sz w:val="28"/>
          <w:szCs w:val="28"/>
        </w:rPr>
        <w:t xml:space="preserve"> </w:t>
      </w:r>
      <w:proofErr w:type="spellStart"/>
      <w:r w:rsidRPr="00064DB1">
        <w:rPr>
          <w:color w:val="auto"/>
          <w:sz w:val="28"/>
          <w:szCs w:val="28"/>
        </w:rPr>
        <w:t>một</w:t>
      </w:r>
      <w:proofErr w:type="spellEnd"/>
      <w:r w:rsidRPr="00064DB1">
        <w:rPr>
          <w:color w:val="auto"/>
          <w:sz w:val="28"/>
          <w:szCs w:val="28"/>
        </w:rPr>
        <w:t xml:space="preserve"> </w:t>
      </w:r>
      <w:proofErr w:type="spellStart"/>
      <w:r w:rsidRPr="00064DB1">
        <w:rPr>
          <w:color w:val="auto"/>
          <w:sz w:val="28"/>
          <w:szCs w:val="28"/>
        </w:rPr>
        <w:t>số</w:t>
      </w:r>
      <w:proofErr w:type="spellEnd"/>
      <w:r w:rsidRPr="00064DB1">
        <w:rPr>
          <w:color w:val="auto"/>
          <w:sz w:val="28"/>
          <w:szCs w:val="28"/>
        </w:rPr>
        <w:t xml:space="preserve"> </w:t>
      </w:r>
      <w:proofErr w:type="spellStart"/>
      <w:r w:rsidRPr="00064DB1">
        <w:rPr>
          <w:color w:val="auto"/>
          <w:sz w:val="28"/>
          <w:szCs w:val="28"/>
        </w:rPr>
        <w:t>điều</w:t>
      </w:r>
      <w:proofErr w:type="spellEnd"/>
      <w:r w:rsidRPr="00064DB1">
        <w:rPr>
          <w:color w:val="auto"/>
          <w:sz w:val="28"/>
          <w:szCs w:val="28"/>
        </w:rPr>
        <w:t xml:space="preserve"> </w:t>
      </w:r>
      <w:proofErr w:type="spellStart"/>
      <w:r w:rsidRPr="00064DB1">
        <w:rPr>
          <w:color w:val="auto"/>
          <w:sz w:val="28"/>
          <w:szCs w:val="28"/>
        </w:rPr>
        <w:t>của</w:t>
      </w:r>
      <w:proofErr w:type="spellEnd"/>
      <w:r w:rsidRPr="00064DB1">
        <w:rPr>
          <w:color w:val="auto"/>
          <w:sz w:val="28"/>
          <w:szCs w:val="28"/>
        </w:rPr>
        <w:t xml:space="preserve"> </w:t>
      </w:r>
      <w:proofErr w:type="spellStart"/>
      <w:r w:rsidRPr="00064DB1">
        <w:rPr>
          <w:color w:val="auto"/>
          <w:sz w:val="28"/>
          <w:szCs w:val="28"/>
        </w:rPr>
        <w:t>Luật</w:t>
      </w:r>
      <w:proofErr w:type="spellEnd"/>
      <w:r w:rsidRPr="00064DB1">
        <w:rPr>
          <w:color w:val="auto"/>
          <w:sz w:val="28"/>
          <w:szCs w:val="28"/>
        </w:rPr>
        <w:t xml:space="preserve"> Khoa </w:t>
      </w:r>
      <w:proofErr w:type="spellStart"/>
      <w:r w:rsidRPr="00064DB1">
        <w:rPr>
          <w:color w:val="auto"/>
          <w:sz w:val="28"/>
          <w:szCs w:val="28"/>
        </w:rPr>
        <w:t>học</w:t>
      </w:r>
      <w:proofErr w:type="spellEnd"/>
      <w:r w:rsidRPr="00064DB1">
        <w:rPr>
          <w:color w:val="auto"/>
          <w:sz w:val="28"/>
          <w:szCs w:val="28"/>
        </w:rPr>
        <w:t xml:space="preserve">, </w:t>
      </w:r>
      <w:proofErr w:type="spellStart"/>
      <w:r w:rsidRPr="00064DB1">
        <w:rPr>
          <w:color w:val="auto"/>
          <w:sz w:val="28"/>
          <w:szCs w:val="28"/>
        </w:rPr>
        <w:t>công</w:t>
      </w:r>
      <w:proofErr w:type="spellEnd"/>
      <w:r w:rsidRPr="00064DB1">
        <w:rPr>
          <w:color w:val="auto"/>
          <w:sz w:val="28"/>
          <w:szCs w:val="28"/>
        </w:rPr>
        <w:t xml:space="preserve"> </w:t>
      </w:r>
      <w:proofErr w:type="spellStart"/>
      <w:r w:rsidRPr="00064DB1">
        <w:rPr>
          <w:color w:val="auto"/>
          <w:sz w:val="28"/>
          <w:szCs w:val="28"/>
        </w:rPr>
        <w:t>nghệ</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w:t>
      </w:r>
      <w:proofErr w:type="spellStart"/>
      <w:r w:rsidRPr="00064DB1">
        <w:rPr>
          <w:color w:val="auto"/>
          <w:sz w:val="28"/>
          <w:szCs w:val="28"/>
        </w:rPr>
        <w:t>đổi</w:t>
      </w:r>
      <w:proofErr w:type="spellEnd"/>
      <w:r w:rsidRPr="00064DB1">
        <w:rPr>
          <w:color w:val="auto"/>
          <w:sz w:val="28"/>
          <w:szCs w:val="28"/>
        </w:rPr>
        <w:t xml:space="preserve"> </w:t>
      </w:r>
      <w:proofErr w:type="spellStart"/>
      <w:r w:rsidRPr="00064DB1">
        <w:rPr>
          <w:color w:val="auto"/>
          <w:sz w:val="28"/>
          <w:szCs w:val="28"/>
        </w:rPr>
        <w:t>mới</w:t>
      </w:r>
      <w:proofErr w:type="spellEnd"/>
      <w:r w:rsidRPr="00064DB1">
        <w:rPr>
          <w:color w:val="auto"/>
          <w:sz w:val="28"/>
          <w:szCs w:val="28"/>
        </w:rPr>
        <w:t xml:space="preserve"> </w:t>
      </w:r>
      <w:proofErr w:type="spellStart"/>
      <w:r w:rsidRPr="00064DB1">
        <w:rPr>
          <w:color w:val="auto"/>
          <w:sz w:val="28"/>
          <w:szCs w:val="28"/>
        </w:rPr>
        <w:t>sáng</w:t>
      </w:r>
      <w:proofErr w:type="spellEnd"/>
      <w:r w:rsidRPr="00064DB1">
        <w:rPr>
          <w:color w:val="auto"/>
          <w:sz w:val="28"/>
          <w:szCs w:val="28"/>
        </w:rPr>
        <w:t xml:space="preserve"> </w:t>
      </w:r>
      <w:proofErr w:type="spellStart"/>
      <w:r w:rsidRPr="00064DB1">
        <w:rPr>
          <w:color w:val="auto"/>
          <w:sz w:val="28"/>
          <w:szCs w:val="28"/>
        </w:rPr>
        <w:t>tạo</w:t>
      </w:r>
      <w:proofErr w:type="spellEnd"/>
      <w:r w:rsidRPr="00064DB1">
        <w:rPr>
          <w:color w:val="auto"/>
          <w:sz w:val="28"/>
          <w:szCs w:val="28"/>
        </w:rPr>
        <w:t>.</w:t>
      </w:r>
    </w:p>
    <w:p w14:paraId="55A60F23" w14:textId="77777777" w:rsidR="00B65ACF" w:rsidRPr="00064DB1" w:rsidRDefault="002550DB" w:rsidP="005E0F6E">
      <w:pPr>
        <w:spacing w:after="60" w:line="380" w:lineRule="exact"/>
        <w:ind w:firstLine="567"/>
        <w:jc w:val="both"/>
        <w:rPr>
          <w:color w:val="auto"/>
          <w:sz w:val="28"/>
          <w:szCs w:val="28"/>
        </w:rPr>
      </w:pPr>
      <w:r w:rsidRPr="00064DB1">
        <w:rPr>
          <w:b/>
          <w:bCs/>
          <w:color w:val="auto"/>
          <w:sz w:val="28"/>
          <w:szCs w:val="28"/>
        </w:rPr>
        <w:t xml:space="preserve">3. Quyền </w:t>
      </w:r>
      <w:proofErr w:type="spellStart"/>
      <w:r w:rsidRPr="00064DB1">
        <w:rPr>
          <w:b/>
          <w:bCs/>
          <w:color w:val="auto"/>
          <w:sz w:val="28"/>
          <w:szCs w:val="28"/>
        </w:rPr>
        <w:t>quản</w:t>
      </w:r>
      <w:proofErr w:type="spellEnd"/>
      <w:r w:rsidRPr="00064DB1">
        <w:rPr>
          <w:b/>
          <w:bCs/>
          <w:color w:val="auto"/>
          <w:sz w:val="28"/>
          <w:szCs w:val="28"/>
        </w:rPr>
        <w:t xml:space="preserve"> </w:t>
      </w:r>
      <w:proofErr w:type="spellStart"/>
      <w:r w:rsidRPr="00064DB1">
        <w:rPr>
          <w:b/>
          <w:bCs/>
          <w:color w:val="auto"/>
          <w:sz w:val="28"/>
          <w:szCs w:val="28"/>
        </w:rPr>
        <w:t>lý</w:t>
      </w:r>
      <w:proofErr w:type="spellEnd"/>
      <w:r w:rsidRPr="00064DB1">
        <w:rPr>
          <w:b/>
          <w:bCs/>
          <w:color w:val="auto"/>
          <w:sz w:val="28"/>
          <w:szCs w:val="28"/>
        </w:rPr>
        <w:t xml:space="preserve">, </w:t>
      </w:r>
      <w:proofErr w:type="spellStart"/>
      <w:r w:rsidRPr="00064DB1">
        <w:rPr>
          <w:b/>
          <w:bCs/>
          <w:color w:val="auto"/>
          <w:sz w:val="28"/>
          <w:szCs w:val="28"/>
        </w:rPr>
        <w:t>sử</w:t>
      </w:r>
      <w:proofErr w:type="spellEnd"/>
      <w:r w:rsidRPr="00064DB1">
        <w:rPr>
          <w:b/>
          <w:bCs/>
          <w:color w:val="auto"/>
          <w:sz w:val="28"/>
          <w:szCs w:val="28"/>
        </w:rPr>
        <w:t xml:space="preserve"> </w:t>
      </w:r>
      <w:proofErr w:type="spellStart"/>
      <w:r w:rsidRPr="00064DB1">
        <w:rPr>
          <w:b/>
          <w:bCs/>
          <w:color w:val="auto"/>
          <w:sz w:val="28"/>
          <w:szCs w:val="28"/>
        </w:rPr>
        <w:t>dụng</w:t>
      </w:r>
      <w:proofErr w:type="spellEnd"/>
      <w:r w:rsidRPr="00064DB1">
        <w:rPr>
          <w:b/>
          <w:bCs/>
          <w:color w:val="auto"/>
          <w:sz w:val="28"/>
          <w:szCs w:val="28"/>
        </w:rPr>
        <w:t xml:space="preserve"> </w:t>
      </w:r>
      <w:proofErr w:type="spellStart"/>
      <w:r w:rsidRPr="00064DB1">
        <w:rPr>
          <w:b/>
          <w:bCs/>
          <w:color w:val="auto"/>
          <w:sz w:val="28"/>
          <w:szCs w:val="28"/>
        </w:rPr>
        <w:t>và</w:t>
      </w:r>
      <w:proofErr w:type="spellEnd"/>
      <w:r w:rsidRPr="00064DB1">
        <w:rPr>
          <w:b/>
          <w:bCs/>
          <w:color w:val="auto"/>
          <w:sz w:val="28"/>
          <w:szCs w:val="28"/>
        </w:rPr>
        <w:t xml:space="preserve"> </w:t>
      </w:r>
      <w:proofErr w:type="spellStart"/>
      <w:r w:rsidRPr="00064DB1">
        <w:rPr>
          <w:b/>
          <w:bCs/>
          <w:color w:val="auto"/>
          <w:sz w:val="28"/>
          <w:szCs w:val="28"/>
        </w:rPr>
        <w:t>quyền</w:t>
      </w:r>
      <w:proofErr w:type="spellEnd"/>
      <w:r w:rsidRPr="00064DB1">
        <w:rPr>
          <w:b/>
          <w:bCs/>
          <w:color w:val="auto"/>
          <w:sz w:val="28"/>
          <w:szCs w:val="28"/>
        </w:rPr>
        <w:t xml:space="preserve"> </w:t>
      </w:r>
      <w:proofErr w:type="spellStart"/>
      <w:r w:rsidRPr="00064DB1">
        <w:rPr>
          <w:b/>
          <w:bCs/>
          <w:color w:val="auto"/>
          <w:sz w:val="28"/>
          <w:szCs w:val="28"/>
        </w:rPr>
        <w:t>sở</w:t>
      </w:r>
      <w:proofErr w:type="spellEnd"/>
      <w:r w:rsidRPr="00064DB1">
        <w:rPr>
          <w:b/>
          <w:bCs/>
          <w:color w:val="auto"/>
          <w:sz w:val="28"/>
          <w:szCs w:val="28"/>
        </w:rPr>
        <w:t xml:space="preserve"> </w:t>
      </w:r>
      <w:proofErr w:type="spellStart"/>
      <w:r w:rsidRPr="00064DB1">
        <w:rPr>
          <w:b/>
          <w:bCs/>
          <w:color w:val="auto"/>
          <w:sz w:val="28"/>
          <w:szCs w:val="28"/>
        </w:rPr>
        <w:t>hữu</w:t>
      </w:r>
      <w:proofErr w:type="spellEnd"/>
      <w:r w:rsidRPr="00064DB1">
        <w:rPr>
          <w:b/>
          <w:bCs/>
          <w:color w:val="auto"/>
          <w:sz w:val="28"/>
          <w:szCs w:val="28"/>
        </w:rPr>
        <w:t xml:space="preserve"> </w:t>
      </w:r>
      <w:proofErr w:type="spellStart"/>
      <w:r w:rsidRPr="00064DB1">
        <w:rPr>
          <w:b/>
          <w:bCs/>
          <w:color w:val="auto"/>
          <w:sz w:val="28"/>
          <w:szCs w:val="28"/>
        </w:rPr>
        <w:t>kết</w:t>
      </w:r>
      <w:proofErr w:type="spellEnd"/>
      <w:r w:rsidRPr="00064DB1">
        <w:rPr>
          <w:b/>
          <w:bCs/>
          <w:color w:val="auto"/>
          <w:sz w:val="28"/>
          <w:szCs w:val="28"/>
        </w:rPr>
        <w:t xml:space="preserve"> </w:t>
      </w:r>
      <w:proofErr w:type="spellStart"/>
      <w:r w:rsidRPr="00064DB1">
        <w:rPr>
          <w:b/>
          <w:bCs/>
          <w:color w:val="auto"/>
          <w:sz w:val="28"/>
          <w:szCs w:val="28"/>
        </w:rPr>
        <w:t>quả</w:t>
      </w:r>
      <w:proofErr w:type="spellEnd"/>
      <w:r w:rsidRPr="00064DB1">
        <w:rPr>
          <w:b/>
          <w:bCs/>
          <w:color w:val="auto"/>
          <w:sz w:val="28"/>
          <w:szCs w:val="28"/>
        </w:rPr>
        <w:t xml:space="preserve"> </w:t>
      </w:r>
      <w:proofErr w:type="spellStart"/>
      <w:r w:rsidRPr="00064DB1">
        <w:rPr>
          <w:b/>
          <w:bCs/>
          <w:color w:val="auto"/>
          <w:sz w:val="28"/>
          <w:szCs w:val="28"/>
        </w:rPr>
        <w:t>nhiệm</w:t>
      </w:r>
      <w:proofErr w:type="spellEnd"/>
      <w:r w:rsidRPr="00064DB1">
        <w:rPr>
          <w:b/>
          <w:bCs/>
          <w:color w:val="auto"/>
          <w:sz w:val="28"/>
          <w:szCs w:val="28"/>
        </w:rPr>
        <w:t xml:space="preserve"> </w:t>
      </w:r>
      <w:proofErr w:type="spellStart"/>
      <w:r w:rsidRPr="00064DB1">
        <w:rPr>
          <w:b/>
          <w:bCs/>
          <w:color w:val="auto"/>
          <w:sz w:val="28"/>
          <w:szCs w:val="28"/>
        </w:rPr>
        <w:t>vụ</w:t>
      </w:r>
      <w:proofErr w:type="spellEnd"/>
      <w:r w:rsidR="009E6106" w:rsidRPr="00064DB1">
        <w:rPr>
          <w:b/>
          <w:bCs/>
          <w:color w:val="auto"/>
          <w:sz w:val="28"/>
          <w:szCs w:val="28"/>
        </w:rPr>
        <w:t xml:space="preserve">: </w:t>
      </w:r>
    </w:p>
    <w:p w14:paraId="2A9FAE51" w14:textId="3B62BAD3" w:rsidR="002550DB" w:rsidRPr="00064DB1" w:rsidRDefault="00B65ACF" w:rsidP="005E0F6E">
      <w:pPr>
        <w:spacing w:after="60" w:line="380" w:lineRule="exact"/>
        <w:ind w:firstLine="567"/>
        <w:jc w:val="both"/>
        <w:rPr>
          <w:color w:val="auto"/>
          <w:sz w:val="28"/>
          <w:szCs w:val="28"/>
        </w:rPr>
      </w:pPr>
      <w:proofErr w:type="spellStart"/>
      <w:r w:rsidRPr="00064DB1">
        <w:rPr>
          <w:color w:val="auto"/>
          <w:sz w:val="28"/>
          <w:szCs w:val="28"/>
        </w:rPr>
        <w:t>Nhà</w:t>
      </w:r>
      <w:proofErr w:type="spellEnd"/>
      <w:r w:rsidRPr="00064DB1">
        <w:rPr>
          <w:color w:val="auto"/>
          <w:sz w:val="28"/>
          <w:szCs w:val="28"/>
        </w:rPr>
        <w:t xml:space="preserve"> </w:t>
      </w:r>
      <w:proofErr w:type="spellStart"/>
      <w:r w:rsidRPr="00064DB1">
        <w:rPr>
          <w:color w:val="auto"/>
          <w:sz w:val="28"/>
          <w:szCs w:val="28"/>
        </w:rPr>
        <w:t>nước</w:t>
      </w:r>
      <w:proofErr w:type="spellEnd"/>
      <w:r w:rsidRPr="00064DB1">
        <w:rPr>
          <w:color w:val="auto"/>
          <w:sz w:val="28"/>
          <w:szCs w:val="28"/>
        </w:rPr>
        <w:t xml:space="preserve"> </w:t>
      </w:r>
      <w:proofErr w:type="spellStart"/>
      <w:r w:rsidRPr="00064DB1">
        <w:rPr>
          <w:color w:val="auto"/>
          <w:sz w:val="28"/>
          <w:szCs w:val="28"/>
        </w:rPr>
        <w:t>đại</w:t>
      </w:r>
      <w:proofErr w:type="spellEnd"/>
      <w:r w:rsidRPr="00064DB1">
        <w:rPr>
          <w:color w:val="auto"/>
          <w:sz w:val="28"/>
          <w:szCs w:val="28"/>
        </w:rPr>
        <w:t xml:space="preserve"> </w:t>
      </w:r>
      <w:proofErr w:type="spellStart"/>
      <w:r w:rsidRPr="00064DB1">
        <w:rPr>
          <w:color w:val="auto"/>
          <w:sz w:val="28"/>
          <w:szCs w:val="28"/>
        </w:rPr>
        <w:t>diện</w:t>
      </w:r>
      <w:proofErr w:type="spellEnd"/>
      <w:r w:rsidRPr="00064DB1">
        <w:rPr>
          <w:color w:val="auto"/>
          <w:sz w:val="28"/>
          <w:szCs w:val="28"/>
        </w:rPr>
        <w:t xml:space="preserve"> </w:t>
      </w:r>
      <w:proofErr w:type="spellStart"/>
      <w:r w:rsidRPr="00064DB1">
        <w:rPr>
          <w:color w:val="auto"/>
          <w:sz w:val="28"/>
          <w:szCs w:val="28"/>
        </w:rPr>
        <w:t>chủ</w:t>
      </w:r>
      <w:proofErr w:type="spellEnd"/>
      <w:r w:rsidRPr="00064DB1">
        <w:rPr>
          <w:color w:val="auto"/>
          <w:sz w:val="28"/>
          <w:szCs w:val="28"/>
        </w:rPr>
        <w:t xml:space="preserve"> </w:t>
      </w:r>
      <w:proofErr w:type="spellStart"/>
      <w:r w:rsidRPr="00064DB1">
        <w:rPr>
          <w:color w:val="auto"/>
          <w:sz w:val="28"/>
          <w:szCs w:val="28"/>
        </w:rPr>
        <w:t>sở</w:t>
      </w:r>
      <w:proofErr w:type="spellEnd"/>
      <w:r w:rsidRPr="00064DB1">
        <w:rPr>
          <w:color w:val="auto"/>
          <w:sz w:val="28"/>
          <w:szCs w:val="28"/>
        </w:rPr>
        <w:t xml:space="preserve"> </w:t>
      </w:r>
      <w:proofErr w:type="spellStart"/>
      <w:r w:rsidRPr="00064DB1">
        <w:rPr>
          <w:color w:val="auto"/>
          <w:sz w:val="28"/>
          <w:szCs w:val="28"/>
        </w:rPr>
        <w:t>hữu</w:t>
      </w:r>
      <w:proofErr w:type="spellEnd"/>
      <w:r w:rsidRPr="00064DB1">
        <w:rPr>
          <w:color w:val="auto"/>
          <w:sz w:val="28"/>
          <w:szCs w:val="28"/>
        </w:rPr>
        <w:t xml:space="preserve">, </w:t>
      </w:r>
      <w:proofErr w:type="spellStart"/>
      <w:r w:rsidRPr="00064DB1">
        <w:rPr>
          <w:color w:val="auto"/>
          <w:sz w:val="28"/>
          <w:szCs w:val="28"/>
        </w:rPr>
        <w:t>nắm</w:t>
      </w:r>
      <w:proofErr w:type="spellEnd"/>
      <w:r w:rsidRPr="00064DB1">
        <w:rPr>
          <w:color w:val="auto"/>
          <w:sz w:val="28"/>
          <w:szCs w:val="28"/>
        </w:rPr>
        <w:t xml:space="preserve"> </w:t>
      </w:r>
      <w:proofErr w:type="spellStart"/>
      <w:r w:rsidRPr="00064DB1">
        <w:rPr>
          <w:color w:val="auto"/>
          <w:sz w:val="28"/>
          <w:szCs w:val="28"/>
        </w:rPr>
        <w:t>giữ</w:t>
      </w:r>
      <w:proofErr w:type="spellEnd"/>
      <w:r w:rsidRPr="00064DB1">
        <w:rPr>
          <w:color w:val="auto"/>
          <w:sz w:val="28"/>
          <w:szCs w:val="28"/>
        </w:rPr>
        <w:t xml:space="preserve"> </w:t>
      </w:r>
      <w:proofErr w:type="spellStart"/>
      <w:r w:rsidRPr="00064DB1">
        <w:rPr>
          <w:color w:val="auto"/>
          <w:sz w:val="28"/>
          <w:szCs w:val="28"/>
        </w:rPr>
        <w:t>toàn</w:t>
      </w:r>
      <w:proofErr w:type="spellEnd"/>
      <w:r w:rsidRPr="00064DB1">
        <w:rPr>
          <w:color w:val="auto"/>
          <w:sz w:val="28"/>
          <w:szCs w:val="28"/>
        </w:rPr>
        <w:t xml:space="preserve"> </w:t>
      </w:r>
      <w:proofErr w:type="spellStart"/>
      <w:r w:rsidRPr="00064DB1">
        <w:rPr>
          <w:color w:val="auto"/>
          <w:sz w:val="28"/>
          <w:szCs w:val="28"/>
        </w:rPr>
        <w:t>bộ</w:t>
      </w:r>
      <w:proofErr w:type="spellEnd"/>
      <w:r w:rsidRPr="00064DB1">
        <w:rPr>
          <w:color w:val="auto"/>
          <w:sz w:val="28"/>
          <w:szCs w:val="28"/>
        </w:rPr>
        <w:t xml:space="preserve"> </w:t>
      </w:r>
      <w:proofErr w:type="spellStart"/>
      <w:r w:rsidRPr="00064DB1">
        <w:rPr>
          <w:color w:val="auto"/>
          <w:sz w:val="28"/>
          <w:szCs w:val="28"/>
        </w:rPr>
        <w:t>quyền</w:t>
      </w:r>
      <w:proofErr w:type="spellEnd"/>
      <w:r w:rsidRPr="00064DB1">
        <w:rPr>
          <w:color w:val="auto"/>
          <w:sz w:val="28"/>
          <w:szCs w:val="28"/>
        </w:rPr>
        <w:t xml:space="preserve"> </w:t>
      </w:r>
      <w:proofErr w:type="spellStart"/>
      <w:r w:rsidRPr="00064DB1">
        <w:rPr>
          <w:color w:val="auto"/>
          <w:sz w:val="28"/>
          <w:szCs w:val="28"/>
        </w:rPr>
        <w:t>quản</w:t>
      </w:r>
      <w:proofErr w:type="spellEnd"/>
      <w:r w:rsidRPr="00064DB1">
        <w:rPr>
          <w:color w:val="auto"/>
          <w:sz w:val="28"/>
          <w:szCs w:val="28"/>
        </w:rPr>
        <w:t xml:space="preserve"> </w:t>
      </w:r>
      <w:proofErr w:type="spellStart"/>
      <w:r w:rsidRPr="00064DB1">
        <w:rPr>
          <w:color w:val="auto"/>
          <w:sz w:val="28"/>
          <w:szCs w:val="28"/>
        </w:rPr>
        <w:t>lý</w:t>
      </w:r>
      <w:proofErr w:type="spellEnd"/>
      <w:r w:rsidRPr="00064DB1">
        <w:rPr>
          <w:color w:val="auto"/>
          <w:sz w:val="28"/>
          <w:szCs w:val="28"/>
        </w:rPr>
        <w:t xml:space="preserve">, </w:t>
      </w:r>
      <w:proofErr w:type="spellStart"/>
      <w:r w:rsidRPr="00064DB1">
        <w:rPr>
          <w:color w:val="auto"/>
          <w:sz w:val="28"/>
          <w:szCs w:val="28"/>
        </w:rPr>
        <w:t>sử</w:t>
      </w:r>
      <w:proofErr w:type="spellEnd"/>
      <w:r w:rsidRPr="00064DB1">
        <w:rPr>
          <w:color w:val="auto"/>
          <w:sz w:val="28"/>
          <w:szCs w:val="28"/>
        </w:rPr>
        <w:t xml:space="preserve"> </w:t>
      </w:r>
      <w:proofErr w:type="spellStart"/>
      <w:r w:rsidRPr="00064DB1">
        <w:rPr>
          <w:color w:val="auto"/>
          <w:sz w:val="28"/>
          <w:szCs w:val="28"/>
        </w:rPr>
        <w:t>dụng</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w:t>
      </w:r>
      <w:proofErr w:type="spellStart"/>
      <w:r w:rsidRPr="00064DB1">
        <w:rPr>
          <w:color w:val="auto"/>
          <w:sz w:val="28"/>
          <w:szCs w:val="28"/>
        </w:rPr>
        <w:t>quyền</w:t>
      </w:r>
      <w:proofErr w:type="spellEnd"/>
      <w:r w:rsidRPr="00064DB1">
        <w:rPr>
          <w:color w:val="auto"/>
          <w:sz w:val="28"/>
          <w:szCs w:val="28"/>
        </w:rPr>
        <w:t xml:space="preserve"> </w:t>
      </w:r>
      <w:proofErr w:type="spellStart"/>
      <w:r w:rsidRPr="00064DB1">
        <w:rPr>
          <w:color w:val="auto"/>
          <w:sz w:val="28"/>
          <w:szCs w:val="28"/>
        </w:rPr>
        <w:t>sở</w:t>
      </w:r>
      <w:proofErr w:type="spellEnd"/>
      <w:r w:rsidRPr="00064DB1">
        <w:rPr>
          <w:color w:val="auto"/>
          <w:sz w:val="28"/>
          <w:szCs w:val="28"/>
        </w:rPr>
        <w:t xml:space="preserve"> </w:t>
      </w:r>
      <w:proofErr w:type="spellStart"/>
      <w:r w:rsidRPr="00064DB1">
        <w:rPr>
          <w:color w:val="auto"/>
          <w:sz w:val="28"/>
          <w:szCs w:val="28"/>
        </w:rPr>
        <w:t>hữu</w:t>
      </w:r>
      <w:proofErr w:type="spellEnd"/>
      <w:r w:rsidRPr="00064DB1">
        <w:rPr>
          <w:color w:val="auto"/>
          <w:sz w:val="28"/>
          <w:szCs w:val="28"/>
        </w:rPr>
        <w:t xml:space="preserve"> </w:t>
      </w:r>
      <w:proofErr w:type="spellStart"/>
      <w:r w:rsidRPr="00064DB1">
        <w:rPr>
          <w:color w:val="auto"/>
          <w:sz w:val="28"/>
          <w:szCs w:val="28"/>
        </w:rPr>
        <w:t>đối</w:t>
      </w:r>
      <w:proofErr w:type="spellEnd"/>
      <w:r w:rsidRPr="00064DB1">
        <w:rPr>
          <w:color w:val="auto"/>
          <w:sz w:val="28"/>
          <w:szCs w:val="28"/>
        </w:rPr>
        <w:t xml:space="preserve"> </w:t>
      </w:r>
      <w:proofErr w:type="spellStart"/>
      <w:r w:rsidRPr="00064DB1">
        <w:rPr>
          <w:color w:val="auto"/>
          <w:sz w:val="28"/>
          <w:szCs w:val="28"/>
        </w:rPr>
        <w:t>với</w:t>
      </w:r>
      <w:proofErr w:type="spellEnd"/>
      <w:r w:rsidRPr="00064DB1">
        <w:rPr>
          <w:color w:val="auto"/>
          <w:sz w:val="28"/>
          <w:szCs w:val="28"/>
        </w:rPr>
        <w:t xml:space="preserve"> </w:t>
      </w:r>
      <w:proofErr w:type="spellStart"/>
      <w:r w:rsidRPr="00064DB1">
        <w:rPr>
          <w:color w:val="auto"/>
          <w:sz w:val="28"/>
          <w:szCs w:val="28"/>
        </w:rPr>
        <w:t>kết</w:t>
      </w:r>
      <w:proofErr w:type="spellEnd"/>
      <w:r w:rsidRPr="00064DB1">
        <w:rPr>
          <w:color w:val="auto"/>
          <w:sz w:val="28"/>
          <w:szCs w:val="28"/>
        </w:rPr>
        <w:t xml:space="preserve"> </w:t>
      </w:r>
      <w:proofErr w:type="spellStart"/>
      <w:r w:rsidRPr="00064DB1">
        <w:rPr>
          <w:color w:val="auto"/>
          <w:sz w:val="28"/>
          <w:szCs w:val="28"/>
        </w:rPr>
        <w:t>quả</w:t>
      </w:r>
      <w:proofErr w:type="spellEnd"/>
      <w:r w:rsidRPr="00064DB1">
        <w:rPr>
          <w:color w:val="auto"/>
          <w:sz w:val="28"/>
          <w:szCs w:val="28"/>
        </w:rPr>
        <w:t xml:space="preserve"> </w:t>
      </w:r>
      <w:proofErr w:type="spellStart"/>
      <w:r w:rsidRPr="00064DB1">
        <w:rPr>
          <w:color w:val="auto"/>
          <w:sz w:val="28"/>
          <w:szCs w:val="28"/>
        </w:rPr>
        <w:t>nghiên</w:t>
      </w:r>
      <w:proofErr w:type="spellEnd"/>
      <w:r w:rsidRPr="00064DB1">
        <w:rPr>
          <w:color w:val="auto"/>
          <w:sz w:val="28"/>
          <w:szCs w:val="28"/>
        </w:rPr>
        <w:t xml:space="preserve"> </w:t>
      </w:r>
      <w:proofErr w:type="spellStart"/>
      <w:r w:rsidRPr="00064DB1">
        <w:rPr>
          <w:color w:val="auto"/>
          <w:sz w:val="28"/>
          <w:szCs w:val="28"/>
        </w:rPr>
        <w:t>cứu</w:t>
      </w:r>
      <w:proofErr w:type="spellEnd"/>
      <w:r w:rsidRPr="00064DB1">
        <w:rPr>
          <w:color w:val="auto"/>
          <w:sz w:val="28"/>
          <w:szCs w:val="28"/>
        </w:rPr>
        <w:t xml:space="preserve"> </w:t>
      </w:r>
      <w:proofErr w:type="spellStart"/>
      <w:r w:rsidRPr="00064DB1">
        <w:rPr>
          <w:color w:val="auto"/>
          <w:sz w:val="28"/>
          <w:szCs w:val="28"/>
        </w:rPr>
        <w:t>của</w:t>
      </w:r>
      <w:proofErr w:type="spellEnd"/>
      <w:r w:rsidRPr="00064DB1">
        <w:rPr>
          <w:color w:val="auto"/>
          <w:sz w:val="28"/>
          <w:szCs w:val="28"/>
        </w:rPr>
        <w:t xml:space="preserve"> </w:t>
      </w:r>
      <w:proofErr w:type="spellStart"/>
      <w:r w:rsidRPr="00064DB1">
        <w:rPr>
          <w:color w:val="auto"/>
          <w:sz w:val="28"/>
          <w:szCs w:val="28"/>
        </w:rPr>
        <w:t>các</w:t>
      </w:r>
      <w:proofErr w:type="spellEnd"/>
      <w:r w:rsidRPr="00064DB1">
        <w:rPr>
          <w:color w:val="auto"/>
          <w:sz w:val="28"/>
          <w:szCs w:val="28"/>
        </w:rPr>
        <w:t xml:space="preserve"> </w:t>
      </w:r>
      <w:proofErr w:type="spellStart"/>
      <w:r w:rsidRPr="00064DB1">
        <w:rPr>
          <w:color w:val="auto"/>
          <w:sz w:val="28"/>
          <w:szCs w:val="28"/>
        </w:rPr>
        <w:t>nhiệm</w:t>
      </w:r>
      <w:proofErr w:type="spellEnd"/>
      <w:r w:rsidRPr="00064DB1">
        <w:rPr>
          <w:color w:val="auto"/>
          <w:sz w:val="28"/>
          <w:szCs w:val="28"/>
        </w:rPr>
        <w:t xml:space="preserve"> </w:t>
      </w:r>
      <w:proofErr w:type="spellStart"/>
      <w:r w:rsidRPr="00064DB1">
        <w:rPr>
          <w:color w:val="auto"/>
          <w:sz w:val="28"/>
          <w:szCs w:val="28"/>
        </w:rPr>
        <w:t>vụ</w:t>
      </w:r>
      <w:proofErr w:type="spellEnd"/>
      <w:r w:rsidRPr="00064DB1">
        <w:rPr>
          <w:color w:val="auto"/>
          <w:sz w:val="28"/>
          <w:szCs w:val="28"/>
        </w:rPr>
        <w:t xml:space="preserve"> </w:t>
      </w:r>
      <w:proofErr w:type="spellStart"/>
      <w:r w:rsidRPr="00064DB1">
        <w:rPr>
          <w:color w:val="auto"/>
          <w:sz w:val="28"/>
          <w:szCs w:val="28"/>
        </w:rPr>
        <w:t>theo</w:t>
      </w:r>
      <w:proofErr w:type="spellEnd"/>
      <w:r w:rsidRPr="00064DB1">
        <w:rPr>
          <w:color w:val="auto"/>
          <w:sz w:val="28"/>
          <w:szCs w:val="28"/>
        </w:rPr>
        <w:t xml:space="preserve"> </w:t>
      </w:r>
      <w:proofErr w:type="spellStart"/>
      <w:r w:rsidRPr="00064DB1">
        <w:rPr>
          <w:color w:val="auto"/>
          <w:sz w:val="28"/>
          <w:szCs w:val="28"/>
        </w:rPr>
        <w:t>quy</w:t>
      </w:r>
      <w:proofErr w:type="spellEnd"/>
      <w:r w:rsidRPr="00064DB1">
        <w:rPr>
          <w:color w:val="auto"/>
          <w:sz w:val="28"/>
          <w:szCs w:val="28"/>
        </w:rPr>
        <w:t xml:space="preserve"> </w:t>
      </w:r>
      <w:proofErr w:type="spellStart"/>
      <w:r w:rsidRPr="00064DB1">
        <w:rPr>
          <w:color w:val="auto"/>
          <w:sz w:val="28"/>
          <w:szCs w:val="28"/>
        </w:rPr>
        <w:t>định</w:t>
      </w:r>
      <w:proofErr w:type="spellEnd"/>
      <w:r w:rsidRPr="00064DB1">
        <w:rPr>
          <w:color w:val="auto"/>
          <w:sz w:val="28"/>
          <w:szCs w:val="28"/>
        </w:rPr>
        <w:t xml:space="preserve"> </w:t>
      </w:r>
      <w:proofErr w:type="spellStart"/>
      <w:r w:rsidRPr="00064DB1">
        <w:rPr>
          <w:color w:val="auto"/>
          <w:sz w:val="28"/>
          <w:szCs w:val="28"/>
        </w:rPr>
        <w:t>của</w:t>
      </w:r>
      <w:proofErr w:type="spellEnd"/>
      <w:r w:rsidRPr="00064DB1">
        <w:rPr>
          <w:color w:val="auto"/>
          <w:sz w:val="28"/>
          <w:szCs w:val="28"/>
        </w:rPr>
        <w:t xml:space="preserve"> </w:t>
      </w:r>
      <w:proofErr w:type="spellStart"/>
      <w:r w:rsidRPr="00064DB1">
        <w:rPr>
          <w:color w:val="auto"/>
          <w:sz w:val="28"/>
          <w:szCs w:val="28"/>
        </w:rPr>
        <w:t>pháp</w:t>
      </w:r>
      <w:proofErr w:type="spellEnd"/>
      <w:r w:rsidRPr="00064DB1">
        <w:rPr>
          <w:color w:val="auto"/>
          <w:sz w:val="28"/>
          <w:szCs w:val="28"/>
        </w:rPr>
        <w:t xml:space="preserve"> </w:t>
      </w:r>
      <w:proofErr w:type="spellStart"/>
      <w:r w:rsidRPr="00064DB1">
        <w:rPr>
          <w:color w:val="auto"/>
          <w:sz w:val="28"/>
          <w:szCs w:val="28"/>
        </w:rPr>
        <w:t>luật</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Pr="00064DB1">
        <w:rPr>
          <w:color w:val="auto"/>
          <w:sz w:val="28"/>
          <w:szCs w:val="28"/>
        </w:rPr>
        <w:t>hành</w:t>
      </w:r>
      <w:proofErr w:type="spellEnd"/>
    </w:p>
    <w:p w14:paraId="5BF8D5EC" w14:textId="77777777" w:rsidR="00C136EC" w:rsidRPr="00064DB1" w:rsidRDefault="00C136EC" w:rsidP="00C136EC">
      <w:pPr>
        <w:spacing w:after="60" w:line="380" w:lineRule="exact"/>
        <w:ind w:firstLine="567"/>
        <w:rPr>
          <w:color w:val="auto"/>
          <w:sz w:val="28"/>
          <w:szCs w:val="28"/>
        </w:rPr>
      </w:pPr>
      <w:r w:rsidRPr="00064DB1">
        <w:rPr>
          <w:b/>
          <w:color w:val="auto"/>
          <w:sz w:val="28"/>
          <w:szCs w:val="28"/>
        </w:rPr>
        <w:t xml:space="preserve">4. </w:t>
      </w:r>
      <w:proofErr w:type="spellStart"/>
      <w:r w:rsidRPr="00064DB1">
        <w:rPr>
          <w:b/>
          <w:color w:val="auto"/>
          <w:sz w:val="28"/>
          <w:szCs w:val="28"/>
        </w:rPr>
        <w:t>Hồ</w:t>
      </w:r>
      <w:proofErr w:type="spellEnd"/>
      <w:r w:rsidRPr="00064DB1">
        <w:rPr>
          <w:b/>
          <w:color w:val="auto"/>
          <w:sz w:val="28"/>
          <w:szCs w:val="28"/>
        </w:rPr>
        <w:t xml:space="preserve"> </w:t>
      </w:r>
      <w:proofErr w:type="spellStart"/>
      <w:r w:rsidRPr="00064DB1">
        <w:rPr>
          <w:b/>
          <w:color w:val="auto"/>
          <w:sz w:val="28"/>
          <w:szCs w:val="28"/>
        </w:rPr>
        <w:t>sơ</w:t>
      </w:r>
      <w:proofErr w:type="spellEnd"/>
      <w:r w:rsidRPr="00064DB1">
        <w:rPr>
          <w:b/>
          <w:color w:val="auto"/>
          <w:sz w:val="28"/>
          <w:szCs w:val="28"/>
        </w:rPr>
        <w:t xml:space="preserve"> </w:t>
      </w:r>
      <w:proofErr w:type="spellStart"/>
      <w:r w:rsidRPr="00064DB1">
        <w:rPr>
          <w:b/>
          <w:color w:val="auto"/>
          <w:sz w:val="28"/>
          <w:szCs w:val="28"/>
        </w:rPr>
        <w:t>đăng</w:t>
      </w:r>
      <w:proofErr w:type="spellEnd"/>
      <w:r w:rsidRPr="00064DB1">
        <w:rPr>
          <w:b/>
          <w:color w:val="auto"/>
          <w:sz w:val="28"/>
          <w:szCs w:val="28"/>
        </w:rPr>
        <w:t xml:space="preserve"> </w:t>
      </w:r>
      <w:proofErr w:type="spellStart"/>
      <w:r w:rsidRPr="00064DB1">
        <w:rPr>
          <w:b/>
          <w:color w:val="auto"/>
          <w:sz w:val="28"/>
          <w:szCs w:val="28"/>
        </w:rPr>
        <w:t>ký</w:t>
      </w:r>
      <w:proofErr w:type="spellEnd"/>
      <w:r w:rsidRPr="00064DB1">
        <w:rPr>
          <w:b/>
          <w:color w:val="auto"/>
          <w:sz w:val="28"/>
          <w:szCs w:val="28"/>
        </w:rPr>
        <w:t xml:space="preserve"> </w:t>
      </w:r>
      <w:proofErr w:type="spellStart"/>
      <w:r w:rsidRPr="00064DB1">
        <w:rPr>
          <w:b/>
          <w:color w:val="auto"/>
          <w:sz w:val="28"/>
          <w:szCs w:val="28"/>
        </w:rPr>
        <w:t>xét</w:t>
      </w:r>
      <w:proofErr w:type="spellEnd"/>
      <w:r w:rsidRPr="00064DB1">
        <w:rPr>
          <w:b/>
          <w:color w:val="auto"/>
          <w:sz w:val="28"/>
          <w:szCs w:val="28"/>
        </w:rPr>
        <w:t xml:space="preserve"> </w:t>
      </w:r>
      <w:proofErr w:type="spellStart"/>
      <w:r w:rsidRPr="00064DB1">
        <w:rPr>
          <w:b/>
          <w:color w:val="auto"/>
          <w:sz w:val="28"/>
          <w:szCs w:val="28"/>
        </w:rPr>
        <w:t>đặt</w:t>
      </w:r>
      <w:proofErr w:type="spellEnd"/>
      <w:r w:rsidRPr="00064DB1">
        <w:rPr>
          <w:b/>
          <w:color w:val="auto"/>
          <w:sz w:val="28"/>
          <w:szCs w:val="28"/>
        </w:rPr>
        <w:t xml:space="preserve"> </w:t>
      </w:r>
      <w:proofErr w:type="spellStart"/>
      <w:r w:rsidRPr="00064DB1">
        <w:rPr>
          <w:b/>
          <w:color w:val="auto"/>
          <w:sz w:val="28"/>
          <w:szCs w:val="28"/>
        </w:rPr>
        <w:t>hàng</w:t>
      </w:r>
      <w:proofErr w:type="spellEnd"/>
    </w:p>
    <w:p w14:paraId="0B67443D" w14:textId="123ED19B" w:rsidR="00DC174C" w:rsidRPr="00064DB1" w:rsidRDefault="002550DB" w:rsidP="005E0F6E">
      <w:pPr>
        <w:spacing w:after="60" w:line="380" w:lineRule="exact"/>
        <w:ind w:firstLine="567"/>
        <w:rPr>
          <w:color w:val="auto"/>
          <w:sz w:val="28"/>
          <w:szCs w:val="28"/>
        </w:rPr>
      </w:pPr>
      <w:r w:rsidRPr="00064DB1">
        <w:rPr>
          <w:b/>
          <w:color w:val="auto"/>
          <w:sz w:val="28"/>
          <w:szCs w:val="28"/>
        </w:rPr>
        <w:lastRenderedPageBreak/>
        <w:t xml:space="preserve">4.1. Thành </w:t>
      </w:r>
      <w:proofErr w:type="spellStart"/>
      <w:r w:rsidRPr="00064DB1">
        <w:rPr>
          <w:b/>
          <w:color w:val="auto"/>
          <w:sz w:val="28"/>
          <w:szCs w:val="28"/>
        </w:rPr>
        <w:t>phần</w:t>
      </w:r>
      <w:proofErr w:type="spellEnd"/>
      <w:r w:rsidRPr="00064DB1">
        <w:rPr>
          <w:b/>
          <w:color w:val="auto"/>
          <w:sz w:val="28"/>
          <w:szCs w:val="28"/>
        </w:rPr>
        <w:t xml:space="preserve"> </w:t>
      </w:r>
      <w:proofErr w:type="spellStart"/>
      <w:r w:rsidRPr="00064DB1">
        <w:rPr>
          <w:b/>
          <w:color w:val="auto"/>
          <w:sz w:val="28"/>
          <w:szCs w:val="28"/>
        </w:rPr>
        <w:t>hồ</w:t>
      </w:r>
      <w:proofErr w:type="spellEnd"/>
      <w:r w:rsidRPr="00064DB1">
        <w:rPr>
          <w:b/>
          <w:color w:val="auto"/>
          <w:sz w:val="28"/>
          <w:szCs w:val="28"/>
        </w:rPr>
        <w:t xml:space="preserve"> </w:t>
      </w:r>
      <w:proofErr w:type="spellStart"/>
      <w:r w:rsidRPr="00064DB1">
        <w:rPr>
          <w:b/>
          <w:color w:val="auto"/>
          <w:sz w:val="28"/>
          <w:szCs w:val="28"/>
        </w:rPr>
        <w:t>sơ</w:t>
      </w:r>
      <w:proofErr w:type="spellEnd"/>
      <w:r w:rsidR="00B65ACF" w:rsidRPr="00064DB1">
        <w:rPr>
          <w:i/>
          <w:iCs/>
          <w:color w:val="auto"/>
          <w:sz w:val="28"/>
          <w:szCs w:val="28"/>
        </w:rPr>
        <w:t xml:space="preserve"> </w:t>
      </w:r>
      <w:r w:rsidR="00B65ACF" w:rsidRPr="00064DB1">
        <w:rPr>
          <w:b/>
          <w:i/>
          <w:iCs/>
          <w:color w:val="auto"/>
          <w:sz w:val="28"/>
          <w:szCs w:val="28"/>
        </w:rPr>
        <w:t>(</w:t>
      </w:r>
      <w:proofErr w:type="spellStart"/>
      <w:r w:rsidR="00B65ACF" w:rsidRPr="00064DB1">
        <w:rPr>
          <w:b/>
          <w:i/>
          <w:iCs/>
          <w:color w:val="auto"/>
          <w:sz w:val="28"/>
          <w:szCs w:val="28"/>
        </w:rPr>
        <w:t>Sử</w:t>
      </w:r>
      <w:proofErr w:type="spellEnd"/>
      <w:r w:rsidR="00B65ACF" w:rsidRPr="00064DB1">
        <w:rPr>
          <w:b/>
          <w:i/>
          <w:iCs/>
          <w:color w:val="auto"/>
          <w:sz w:val="28"/>
          <w:szCs w:val="28"/>
        </w:rPr>
        <w:t xml:space="preserve"> </w:t>
      </w:r>
      <w:proofErr w:type="spellStart"/>
      <w:r w:rsidR="00B65ACF" w:rsidRPr="00064DB1">
        <w:rPr>
          <w:b/>
          <w:i/>
          <w:iCs/>
          <w:color w:val="auto"/>
          <w:sz w:val="28"/>
          <w:szCs w:val="28"/>
        </w:rPr>
        <w:t>dụng</w:t>
      </w:r>
      <w:proofErr w:type="spellEnd"/>
      <w:r w:rsidR="00B65ACF" w:rsidRPr="00064DB1">
        <w:rPr>
          <w:b/>
          <w:i/>
          <w:iCs/>
          <w:color w:val="auto"/>
          <w:sz w:val="28"/>
          <w:szCs w:val="28"/>
        </w:rPr>
        <w:t xml:space="preserve"> </w:t>
      </w:r>
      <w:proofErr w:type="spellStart"/>
      <w:r w:rsidR="00B65ACF" w:rsidRPr="00064DB1">
        <w:rPr>
          <w:b/>
          <w:i/>
          <w:iCs/>
          <w:color w:val="auto"/>
          <w:sz w:val="28"/>
          <w:szCs w:val="28"/>
        </w:rPr>
        <w:t>các</w:t>
      </w:r>
      <w:proofErr w:type="spellEnd"/>
      <w:r w:rsidR="00B65ACF" w:rsidRPr="00064DB1">
        <w:rPr>
          <w:b/>
          <w:i/>
          <w:iCs/>
          <w:color w:val="auto"/>
          <w:sz w:val="28"/>
          <w:szCs w:val="28"/>
        </w:rPr>
        <w:t xml:space="preserve"> </w:t>
      </w:r>
      <w:proofErr w:type="spellStart"/>
      <w:r w:rsidR="00B65ACF" w:rsidRPr="00064DB1">
        <w:rPr>
          <w:b/>
          <w:i/>
          <w:iCs/>
          <w:color w:val="auto"/>
          <w:sz w:val="28"/>
          <w:szCs w:val="28"/>
        </w:rPr>
        <w:t>biểu</w:t>
      </w:r>
      <w:proofErr w:type="spellEnd"/>
      <w:r w:rsidR="00B65ACF" w:rsidRPr="00064DB1">
        <w:rPr>
          <w:b/>
          <w:i/>
          <w:iCs/>
          <w:color w:val="auto"/>
          <w:sz w:val="28"/>
          <w:szCs w:val="28"/>
        </w:rPr>
        <w:t xml:space="preserve"> </w:t>
      </w:r>
      <w:proofErr w:type="spellStart"/>
      <w:r w:rsidR="00B65ACF" w:rsidRPr="00064DB1">
        <w:rPr>
          <w:b/>
          <w:i/>
          <w:iCs/>
          <w:color w:val="auto"/>
          <w:sz w:val="28"/>
          <w:szCs w:val="28"/>
        </w:rPr>
        <w:t>mẫu</w:t>
      </w:r>
      <w:proofErr w:type="spellEnd"/>
      <w:r w:rsidR="00B65ACF" w:rsidRPr="00064DB1">
        <w:rPr>
          <w:b/>
          <w:i/>
          <w:iCs/>
          <w:color w:val="auto"/>
          <w:sz w:val="28"/>
          <w:szCs w:val="28"/>
        </w:rPr>
        <w:t xml:space="preserve"> ban </w:t>
      </w:r>
      <w:proofErr w:type="spellStart"/>
      <w:r w:rsidR="00B65ACF" w:rsidRPr="00064DB1">
        <w:rPr>
          <w:b/>
          <w:i/>
          <w:iCs/>
          <w:color w:val="auto"/>
          <w:sz w:val="28"/>
          <w:szCs w:val="28"/>
        </w:rPr>
        <w:t>hành</w:t>
      </w:r>
      <w:proofErr w:type="spellEnd"/>
      <w:r w:rsidR="00B65ACF" w:rsidRPr="00064DB1">
        <w:rPr>
          <w:b/>
          <w:i/>
          <w:iCs/>
          <w:color w:val="auto"/>
          <w:sz w:val="28"/>
          <w:szCs w:val="28"/>
        </w:rPr>
        <w:t xml:space="preserve"> </w:t>
      </w:r>
      <w:proofErr w:type="spellStart"/>
      <w:r w:rsidR="00B65ACF" w:rsidRPr="00064DB1">
        <w:rPr>
          <w:b/>
          <w:i/>
          <w:iCs/>
          <w:color w:val="auto"/>
          <w:sz w:val="28"/>
          <w:szCs w:val="28"/>
        </w:rPr>
        <w:t>kèm</w:t>
      </w:r>
      <w:proofErr w:type="spellEnd"/>
      <w:r w:rsidR="00B65ACF" w:rsidRPr="00064DB1">
        <w:rPr>
          <w:b/>
          <w:i/>
          <w:iCs/>
          <w:color w:val="auto"/>
          <w:sz w:val="28"/>
          <w:szCs w:val="28"/>
        </w:rPr>
        <w:t xml:space="preserve"> </w:t>
      </w:r>
      <w:proofErr w:type="spellStart"/>
      <w:r w:rsidR="00B65ACF" w:rsidRPr="00064DB1">
        <w:rPr>
          <w:b/>
          <w:i/>
          <w:iCs/>
          <w:color w:val="auto"/>
          <w:sz w:val="28"/>
          <w:szCs w:val="28"/>
        </w:rPr>
        <w:t>theo</w:t>
      </w:r>
      <w:proofErr w:type="spellEnd"/>
      <w:r w:rsidR="00B65ACF" w:rsidRPr="00064DB1">
        <w:rPr>
          <w:b/>
          <w:i/>
          <w:iCs/>
          <w:color w:val="auto"/>
          <w:sz w:val="28"/>
          <w:szCs w:val="28"/>
        </w:rPr>
        <w:t xml:space="preserve"> Thông </w:t>
      </w:r>
      <w:proofErr w:type="spellStart"/>
      <w:r w:rsidR="00B65ACF" w:rsidRPr="00064DB1">
        <w:rPr>
          <w:b/>
          <w:i/>
          <w:iCs/>
          <w:color w:val="auto"/>
          <w:sz w:val="28"/>
          <w:szCs w:val="28"/>
        </w:rPr>
        <w:t>tư</w:t>
      </w:r>
      <w:proofErr w:type="spellEnd"/>
      <w:r w:rsidR="00B65ACF" w:rsidRPr="00064DB1">
        <w:rPr>
          <w:b/>
          <w:i/>
          <w:iCs/>
          <w:color w:val="auto"/>
          <w:sz w:val="28"/>
          <w:szCs w:val="28"/>
        </w:rPr>
        <w:t xml:space="preserve"> </w:t>
      </w:r>
      <w:proofErr w:type="spellStart"/>
      <w:r w:rsidR="00B65ACF" w:rsidRPr="00064DB1">
        <w:rPr>
          <w:b/>
          <w:i/>
          <w:iCs/>
          <w:color w:val="auto"/>
          <w:sz w:val="28"/>
          <w:szCs w:val="28"/>
        </w:rPr>
        <w:t>số</w:t>
      </w:r>
      <w:proofErr w:type="spellEnd"/>
      <w:r w:rsidR="00B65ACF" w:rsidRPr="00064DB1">
        <w:rPr>
          <w:b/>
          <w:i/>
          <w:iCs/>
          <w:color w:val="auto"/>
          <w:sz w:val="28"/>
          <w:szCs w:val="28"/>
        </w:rPr>
        <w:t xml:space="preserve"> 36/2025/TT-BKHCN)</w:t>
      </w:r>
      <w:r w:rsidR="00B65ACF" w:rsidRPr="00064DB1">
        <w:rPr>
          <w:b/>
          <w:color w:val="auto"/>
          <w:sz w:val="28"/>
          <w:szCs w:val="28"/>
        </w:rPr>
        <w:t>:</w:t>
      </w:r>
    </w:p>
    <w:p w14:paraId="13B18AAA" w14:textId="6028C96B" w:rsidR="00DC174C" w:rsidRPr="00064DB1" w:rsidRDefault="00000000" w:rsidP="005E0F6E">
      <w:pPr>
        <w:spacing w:after="60" w:line="380" w:lineRule="exact"/>
        <w:ind w:firstLine="567"/>
        <w:jc w:val="both"/>
        <w:rPr>
          <w:color w:val="auto"/>
          <w:sz w:val="28"/>
          <w:szCs w:val="28"/>
        </w:rPr>
      </w:pPr>
      <w:r w:rsidRPr="00064DB1">
        <w:rPr>
          <w:color w:val="auto"/>
          <w:sz w:val="28"/>
          <w:szCs w:val="28"/>
        </w:rPr>
        <w:t xml:space="preserve">a) </w:t>
      </w:r>
      <w:proofErr w:type="spellStart"/>
      <w:r w:rsidRPr="00064DB1">
        <w:rPr>
          <w:color w:val="auto"/>
          <w:sz w:val="28"/>
          <w:szCs w:val="28"/>
        </w:rPr>
        <w:t>Đơn</w:t>
      </w:r>
      <w:proofErr w:type="spellEnd"/>
      <w:r w:rsidRPr="00064DB1">
        <w:rPr>
          <w:color w:val="auto"/>
          <w:sz w:val="28"/>
          <w:szCs w:val="28"/>
        </w:rPr>
        <w:t xml:space="preserve"> </w:t>
      </w:r>
      <w:proofErr w:type="spellStart"/>
      <w:r w:rsidRPr="00064DB1">
        <w:rPr>
          <w:color w:val="auto"/>
          <w:sz w:val="28"/>
          <w:szCs w:val="28"/>
        </w:rPr>
        <w:t>đăng</w:t>
      </w:r>
      <w:proofErr w:type="spellEnd"/>
      <w:r w:rsidRPr="00064DB1">
        <w:rPr>
          <w:color w:val="auto"/>
          <w:sz w:val="28"/>
          <w:szCs w:val="28"/>
        </w:rPr>
        <w:t xml:space="preserve"> </w:t>
      </w:r>
      <w:proofErr w:type="spellStart"/>
      <w:r w:rsidRPr="00064DB1">
        <w:rPr>
          <w:color w:val="auto"/>
          <w:sz w:val="28"/>
          <w:szCs w:val="28"/>
        </w:rPr>
        <w:t>ký</w:t>
      </w:r>
      <w:proofErr w:type="spellEnd"/>
      <w:r w:rsidRPr="00064DB1">
        <w:rPr>
          <w:color w:val="auto"/>
          <w:sz w:val="28"/>
          <w:szCs w:val="28"/>
        </w:rPr>
        <w:t xml:space="preserve"> </w:t>
      </w:r>
      <w:proofErr w:type="spellStart"/>
      <w:r w:rsidRPr="00064DB1">
        <w:rPr>
          <w:color w:val="auto"/>
          <w:sz w:val="28"/>
          <w:szCs w:val="28"/>
        </w:rPr>
        <w:t>chủ</w:t>
      </w:r>
      <w:proofErr w:type="spellEnd"/>
      <w:r w:rsidRPr="00064DB1">
        <w:rPr>
          <w:color w:val="auto"/>
          <w:sz w:val="28"/>
          <w:szCs w:val="28"/>
        </w:rPr>
        <w:t xml:space="preserve"> </w:t>
      </w:r>
      <w:proofErr w:type="spellStart"/>
      <w:r w:rsidRPr="00064DB1">
        <w:rPr>
          <w:color w:val="auto"/>
          <w:sz w:val="28"/>
          <w:szCs w:val="28"/>
        </w:rPr>
        <w:t>trì</w:t>
      </w:r>
      <w:proofErr w:type="spellEnd"/>
      <w:r w:rsidRPr="00064DB1">
        <w:rPr>
          <w:color w:val="auto"/>
          <w:sz w:val="28"/>
          <w:szCs w:val="28"/>
        </w:rPr>
        <w:t xml:space="preserve"> </w:t>
      </w: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Pr="00064DB1">
        <w:rPr>
          <w:color w:val="auto"/>
          <w:sz w:val="28"/>
          <w:szCs w:val="28"/>
        </w:rPr>
        <w:t>nhiệm</w:t>
      </w:r>
      <w:proofErr w:type="spellEnd"/>
      <w:r w:rsidRPr="00064DB1">
        <w:rPr>
          <w:color w:val="auto"/>
          <w:sz w:val="28"/>
          <w:szCs w:val="28"/>
        </w:rPr>
        <w:t xml:space="preserve"> </w:t>
      </w:r>
      <w:proofErr w:type="spellStart"/>
      <w:r w:rsidRPr="00064DB1">
        <w:rPr>
          <w:color w:val="auto"/>
          <w:sz w:val="28"/>
          <w:szCs w:val="28"/>
        </w:rPr>
        <w:t>vụ</w:t>
      </w:r>
      <w:proofErr w:type="spellEnd"/>
      <w:r w:rsidRPr="00064DB1">
        <w:rPr>
          <w:color w:val="auto"/>
          <w:sz w:val="28"/>
          <w:szCs w:val="28"/>
        </w:rPr>
        <w:t xml:space="preserve"> khoa </w:t>
      </w:r>
      <w:proofErr w:type="spellStart"/>
      <w:r w:rsidRPr="00064DB1">
        <w:rPr>
          <w:color w:val="auto"/>
          <w:sz w:val="28"/>
          <w:szCs w:val="28"/>
        </w:rPr>
        <w:t>học</w:t>
      </w:r>
      <w:proofErr w:type="spellEnd"/>
      <w:r w:rsidRPr="00064DB1">
        <w:rPr>
          <w:color w:val="auto"/>
          <w:sz w:val="28"/>
          <w:szCs w:val="28"/>
        </w:rPr>
        <w:t xml:space="preserve">, </w:t>
      </w:r>
      <w:proofErr w:type="spellStart"/>
      <w:r w:rsidRPr="00064DB1">
        <w:rPr>
          <w:color w:val="auto"/>
          <w:sz w:val="28"/>
          <w:szCs w:val="28"/>
        </w:rPr>
        <w:t>công</w:t>
      </w:r>
      <w:proofErr w:type="spellEnd"/>
      <w:r w:rsidRPr="00064DB1">
        <w:rPr>
          <w:color w:val="auto"/>
          <w:sz w:val="28"/>
          <w:szCs w:val="28"/>
        </w:rPr>
        <w:t xml:space="preserve"> </w:t>
      </w:r>
      <w:proofErr w:type="spellStart"/>
      <w:r w:rsidRPr="00064DB1">
        <w:rPr>
          <w:color w:val="auto"/>
          <w:sz w:val="28"/>
          <w:szCs w:val="28"/>
        </w:rPr>
        <w:t>nghệ</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w:t>
      </w:r>
      <w:proofErr w:type="spellStart"/>
      <w:r w:rsidRPr="00064DB1">
        <w:rPr>
          <w:color w:val="auto"/>
          <w:sz w:val="28"/>
          <w:szCs w:val="28"/>
        </w:rPr>
        <w:t>đổi</w:t>
      </w:r>
      <w:proofErr w:type="spellEnd"/>
      <w:r w:rsidRPr="00064DB1">
        <w:rPr>
          <w:color w:val="auto"/>
          <w:sz w:val="28"/>
          <w:szCs w:val="28"/>
        </w:rPr>
        <w:t xml:space="preserve"> </w:t>
      </w:r>
      <w:proofErr w:type="spellStart"/>
      <w:r w:rsidRPr="00064DB1">
        <w:rPr>
          <w:color w:val="auto"/>
          <w:sz w:val="28"/>
          <w:szCs w:val="28"/>
        </w:rPr>
        <w:t>mới</w:t>
      </w:r>
      <w:proofErr w:type="spellEnd"/>
      <w:r w:rsidRPr="00064DB1">
        <w:rPr>
          <w:color w:val="auto"/>
          <w:sz w:val="28"/>
          <w:szCs w:val="28"/>
        </w:rPr>
        <w:t xml:space="preserve"> </w:t>
      </w:r>
      <w:proofErr w:type="spellStart"/>
      <w:r w:rsidRPr="00064DB1">
        <w:rPr>
          <w:color w:val="auto"/>
          <w:sz w:val="28"/>
          <w:szCs w:val="28"/>
        </w:rPr>
        <w:t>sáng</w:t>
      </w:r>
      <w:proofErr w:type="spellEnd"/>
      <w:r w:rsidRPr="00064DB1">
        <w:rPr>
          <w:color w:val="auto"/>
          <w:sz w:val="28"/>
          <w:szCs w:val="28"/>
        </w:rPr>
        <w:t xml:space="preserve"> </w:t>
      </w:r>
      <w:proofErr w:type="spellStart"/>
      <w:r w:rsidRPr="00064DB1">
        <w:rPr>
          <w:color w:val="auto"/>
          <w:sz w:val="28"/>
          <w:szCs w:val="28"/>
        </w:rPr>
        <w:t>tạo</w:t>
      </w:r>
      <w:proofErr w:type="spellEnd"/>
      <w:r w:rsidRPr="00064DB1">
        <w:rPr>
          <w:color w:val="auto"/>
          <w:sz w:val="28"/>
          <w:szCs w:val="28"/>
        </w:rPr>
        <w:t xml:space="preserve"> </w:t>
      </w:r>
      <w:r w:rsidR="00B65ACF" w:rsidRPr="00064DB1">
        <w:rPr>
          <w:color w:val="auto"/>
          <w:sz w:val="28"/>
          <w:szCs w:val="28"/>
        </w:rPr>
        <w:t>(</w:t>
      </w:r>
      <w:proofErr w:type="spellStart"/>
      <w:r w:rsidRPr="00064DB1">
        <w:rPr>
          <w:color w:val="auto"/>
          <w:sz w:val="28"/>
          <w:szCs w:val="28"/>
        </w:rPr>
        <w:t>Biểu</w:t>
      </w:r>
      <w:proofErr w:type="spellEnd"/>
      <w:r w:rsidRPr="00064DB1">
        <w:rPr>
          <w:color w:val="auto"/>
          <w:sz w:val="28"/>
          <w:szCs w:val="28"/>
        </w:rPr>
        <w:t xml:space="preserve"> </w:t>
      </w:r>
      <w:proofErr w:type="spellStart"/>
      <w:r w:rsidRPr="00064DB1">
        <w:rPr>
          <w:color w:val="auto"/>
          <w:sz w:val="28"/>
          <w:szCs w:val="28"/>
        </w:rPr>
        <w:t>mẫu</w:t>
      </w:r>
      <w:proofErr w:type="spellEnd"/>
      <w:r w:rsidRPr="00064DB1">
        <w:rPr>
          <w:color w:val="auto"/>
          <w:sz w:val="28"/>
          <w:szCs w:val="28"/>
        </w:rPr>
        <w:t xml:space="preserve"> BM-09</w:t>
      </w:r>
      <w:r w:rsidR="00B65ACF" w:rsidRPr="00064DB1">
        <w:rPr>
          <w:color w:val="auto"/>
          <w:sz w:val="28"/>
          <w:szCs w:val="28"/>
        </w:rPr>
        <w:t>)</w:t>
      </w:r>
      <w:r w:rsidRPr="00064DB1">
        <w:rPr>
          <w:color w:val="auto"/>
          <w:sz w:val="28"/>
          <w:szCs w:val="28"/>
        </w:rPr>
        <w:t>.</w:t>
      </w:r>
    </w:p>
    <w:p w14:paraId="1D215F92" w14:textId="65644243" w:rsidR="00DC174C" w:rsidRPr="00064DB1" w:rsidRDefault="00000000" w:rsidP="005E0F6E">
      <w:pPr>
        <w:spacing w:after="60" w:line="380" w:lineRule="exact"/>
        <w:ind w:firstLine="567"/>
        <w:jc w:val="both"/>
        <w:rPr>
          <w:color w:val="auto"/>
          <w:sz w:val="28"/>
          <w:szCs w:val="28"/>
        </w:rPr>
      </w:pPr>
      <w:r w:rsidRPr="00064DB1">
        <w:rPr>
          <w:color w:val="auto"/>
          <w:sz w:val="28"/>
          <w:szCs w:val="28"/>
        </w:rPr>
        <w:t xml:space="preserve">b) </w:t>
      </w:r>
      <w:proofErr w:type="spellStart"/>
      <w:r w:rsidRPr="00064DB1">
        <w:rPr>
          <w:color w:val="auto"/>
          <w:sz w:val="28"/>
          <w:szCs w:val="28"/>
        </w:rPr>
        <w:t>Thuyết</w:t>
      </w:r>
      <w:proofErr w:type="spellEnd"/>
      <w:r w:rsidRPr="00064DB1">
        <w:rPr>
          <w:color w:val="auto"/>
          <w:sz w:val="28"/>
          <w:szCs w:val="28"/>
        </w:rPr>
        <w:t xml:space="preserve"> </w:t>
      </w:r>
      <w:proofErr w:type="spellStart"/>
      <w:r w:rsidRPr="00064DB1">
        <w:rPr>
          <w:color w:val="auto"/>
          <w:sz w:val="28"/>
          <w:szCs w:val="28"/>
        </w:rPr>
        <w:t>minh</w:t>
      </w:r>
      <w:proofErr w:type="spellEnd"/>
      <w:r w:rsidRPr="00064DB1">
        <w:rPr>
          <w:color w:val="auto"/>
          <w:sz w:val="28"/>
          <w:szCs w:val="28"/>
        </w:rPr>
        <w:t xml:space="preserve"> </w:t>
      </w:r>
      <w:proofErr w:type="spellStart"/>
      <w:r w:rsidRPr="00064DB1">
        <w:rPr>
          <w:color w:val="auto"/>
          <w:sz w:val="28"/>
          <w:szCs w:val="28"/>
        </w:rPr>
        <w:t>nhiệm</w:t>
      </w:r>
      <w:proofErr w:type="spellEnd"/>
      <w:r w:rsidRPr="00064DB1">
        <w:rPr>
          <w:color w:val="auto"/>
          <w:sz w:val="28"/>
          <w:szCs w:val="28"/>
        </w:rPr>
        <w:t xml:space="preserve"> </w:t>
      </w:r>
      <w:proofErr w:type="spellStart"/>
      <w:r w:rsidRPr="00064DB1">
        <w:rPr>
          <w:color w:val="auto"/>
          <w:sz w:val="28"/>
          <w:szCs w:val="28"/>
        </w:rPr>
        <w:t>vụ</w:t>
      </w:r>
      <w:proofErr w:type="spellEnd"/>
      <w:r w:rsidRPr="00064DB1">
        <w:rPr>
          <w:color w:val="auto"/>
          <w:sz w:val="28"/>
          <w:szCs w:val="28"/>
        </w:rPr>
        <w:t xml:space="preserve"> </w:t>
      </w:r>
      <w:r w:rsidR="00B65ACF" w:rsidRPr="00064DB1">
        <w:rPr>
          <w:color w:val="auto"/>
          <w:sz w:val="28"/>
          <w:szCs w:val="28"/>
        </w:rPr>
        <w:t>(</w:t>
      </w:r>
      <w:proofErr w:type="spellStart"/>
      <w:r w:rsidRPr="00064DB1">
        <w:rPr>
          <w:color w:val="auto"/>
          <w:sz w:val="28"/>
          <w:szCs w:val="28"/>
        </w:rPr>
        <w:t>Biểu</w:t>
      </w:r>
      <w:proofErr w:type="spellEnd"/>
      <w:r w:rsidRPr="00064DB1">
        <w:rPr>
          <w:color w:val="auto"/>
          <w:sz w:val="28"/>
          <w:szCs w:val="28"/>
        </w:rPr>
        <w:t xml:space="preserve"> </w:t>
      </w:r>
      <w:proofErr w:type="spellStart"/>
      <w:r w:rsidRPr="00064DB1">
        <w:rPr>
          <w:color w:val="auto"/>
          <w:sz w:val="28"/>
          <w:szCs w:val="28"/>
        </w:rPr>
        <w:t>mẫu</w:t>
      </w:r>
      <w:proofErr w:type="spellEnd"/>
      <w:r w:rsidRPr="00064DB1">
        <w:rPr>
          <w:color w:val="auto"/>
          <w:sz w:val="28"/>
          <w:szCs w:val="28"/>
        </w:rPr>
        <w:t xml:space="preserve"> BM-10</w:t>
      </w:r>
      <w:r w:rsidR="00B65ACF" w:rsidRPr="00064DB1">
        <w:rPr>
          <w:color w:val="auto"/>
          <w:sz w:val="28"/>
          <w:szCs w:val="28"/>
        </w:rPr>
        <w:t>)</w:t>
      </w:r>
      <w:r w:rsidR="006519DA" w:rsidRPr="00064DB1">
        <w:rPr>
          <w:color w:val="auto"/>
          <w:sz w:val="28"/>
          <w:szCs w:val="28"/>
        </w:rPr>
        <w:t xml:space="preserve"> (</w:t>
      </w:r>
      <w:proofErr w:type="spellStart"/>
      <w:r w:rsidR="006519DA" w:rsidRPr="00064DB1">
        <w:rPr>
          <w:i/>
          <w:iCs/>
          <w:color w:val="auto"/>
          <w:sz w:val="28"/>
          <w:szCs w:val="28"/>
        </w:rPr>
        <w:t>Tối</w:t>
      </w:r>
      <w:proofErr w:type="spellEnd"/>
      <w:r w:rsidR="006519DA" w:rsidRPr="00064DB1">
        <w:rPr>
          <w:i/>
          <w:iCs/>
          <w:color w:val="auto"/>
          <w:sz w:val="28"/>
          <w:szCs w:val="28"/>
        </w:rPr>
        <w:t xml:space="preserve"> </w:t>
      </w:r>
      <w:proofErr w:type="spellStart"/>
      <w:r w:rsidR="006519DA" w:rsidRPr="00064DB1">
        <w:rPr>
          <w:i/>
          <w:iCs/>
          <w:color w:val="auto"/>
          <w:sz w:val="28"/>
          <w:szCs w:val="28"/>
        </w:rPr>
        <w:t>đa</w:t>
      </w:r>
      <w:proofErr w:type="spellEnd"/>
      <w:r w:rsidR="006519DA" w:rsidRPr="00064DB1">
        <w:rPr>
          <w:i/>
          <w:iCs/>
          <w:color w:val="auto"/>
          <w:sz w:val="28"/>
          <w:szCs w:val="28"/>
        </w:rPr>
        <w:t xml:space="preserve"> 20 </w:t>
      </w:r>
      <w:proofErr w:type="spellStart"/>
      <w:r w:rsidR="006519DA" w:rsidRPr="00064DB1">
        <w:rPr>
          <w:i/>
          <w:iCs/>
          <w:color w:val="auto"/>
          <w:sz w:val="28"/>
          <w:szCs w:val="28"/>
        </w:rPr>
        <w:t>trang</w:t>
      </w:r>
      <w:proofErr w:type="spellEnd"/>
      <w:r w:rsidR="006519DA" w:rsidRPr="00064DB1">
        <w:rPr>
          <w:i/>
          <w:iCs/>
          <w:color w:val="auto"/>
          <w:sz w:val="28"/>
          <w:szCs w:val="28"/>
        </w:rPr>
        <w:t xml:space="preserve"> A4</w:t>
      </w:r>
      <w:r w:rsidR="006519DA" w:rsidRPr="00064DB1">
        <w:rPr>
          <w:color w:val="auto"/>
          <w:sz w:val="28"/>
          <w:szCs w:val="28"/>
        </w:rPr>
        <w:t>).</w:t>
      </w:r>
    </w:p>
    <w:p w14:paraId="245C2647" w14:textId="29383D5B" w:rsidR="00DC174C" w:rsidRPr="00064DB1" w:rsidRDefault="00000000" w:rsidP="005E0F6E">
      <w:pPr>
        <w:spacing w:after="60" w:line="380" w:lineRule="exact"/>
        <w:ind w:firstLine="567"/>
        <w:jc w:val="both"/>
        <w:rPr>
          <w:color w:val="auto"/>
          <w:sz w:val="28"/>
          <w:szCs w:val="28"/>
        </w:rPr>
      </w:pPr>
      <w:r w:rsidRPr="00064DB1">
        <w:rPr>
          <w:color w:val="auto"/>
          <w:sz w:val="28"/>
          <w:szCs w:val="28"/>
        </w:rPr>
        <w:t xml:space="preserve">c) </w:t>
      </w:r>
      <w:r w:rsidR="00661624" w:rsidRPr="00064DB1">
        <w:rPr>
          <w:color w:val="auto"/>
          <w:sz w:val="28"/>
          <w:szCs w:val="28"/>
        </w:rPr>
        <w:t xml:space="preserve">Văn </w:t>
      </w:r>
      <w:proofErr w:type="spellStart"/>
      <w:r w:rsidR="00661624" w:rsidRPr="00064DB1">
        <w:rPr>
          <w:color w:val="auto"/>
          <w:sz w:val="28"/>
          <w:szCs w:val="28"/>
        </w:rPr>
        <w:t>bản</w:t>
      </w:r>
      <w:proofErr w:type="spellEnd"/>
      <w:r w:rsidR="00661624" w:rsidRPr="00064DB1">
        <w:rPr>
          <w:color w:val="auto"/>
          <w:sz w:val="28"/>
          <w:szCs w:val="28"/>
        </w:rPr>
        <w:t xml:space="preserve"> cam </w:t>
      </w:r>
      <w:proofErr w:type="spellStart"/>
      <w:r w:rsidR="00661624" w:rsidRPr="00064DB1">
        <w:rPr>
          <w:color w:val="auto"/>
          <w:sz w:val="28"/>
          <w:szCs w:val="28"/>
        </w:rPr>
        <w:t>kết</w:t>
      </w:r>
      <w:proofErr w:type="spellEnd"/>
      <w:r w:rsidR="00661624" w:rsidRPr="00064DB1">
        <w:rPr>
          <w:color w:val="auto"/>
          <w:sz w:val="28"/>
          <w:szCs w:val="28"/>
        </w:rPr>
        <w:t xml:space="preserve"> </w:t>
      </w:r>
      <w:proofErr w:type="spellStart"/>
      <w:r w:rsidR="00661624" w:rsidRPr="00064DB1">
        <w:rPr>
          <w:color w:val="auto"/>
          <w:sz w:val="28"/>
          <w:szCs w:val="28"/>
        </w:rPr>
        <w:t>phối</w:t>
      </w:r>
      <w:proofErr w:type="spellEnd"/>
      <w:r w:rsidR="00661624" w:rsidRPr="00064DB1">
        <w:rPr>
          <w:color w:val="auto"/>
          <w:sz w:val="28"/>
          <w:szCs w:val="28"/>
        </w:rPr>
        <w:t xml:space="preserve"> </w:t>
      </w:r>
      <w:proofErr w:type="spellStart"/>
      <w:r w:rsidR="00661624" w:rsidRPr="00064DB1">
        <w:rPr>
          <w:color w:val="auto"/>
          <w:sz w:val="28"/>
          <w:szCs w:val="28"/>
        </w:rPr>
        <w:t>hợp</w:t>
      </w:r>
      <w:proofErr w:type="spellEnd"/>
      <w:r w:rsidR="00661624" w:rsidRPr="00064DB1">
        <w:rPr>
          <w:color w:val="auto"/>
          <w:sz w:val="28"/>
          <w:szCs w:val="28"/>
        </w:rPr>
        <w:t>/</w:t>
      </w:r>
      <w:proofErr w:type="spellStart"/>
      <w:r w:rsidR="00661624" w:rsidRPr="00064DB1">
        <w:rPr>
          <w:color w:val="auto"/>
          <w:sz w:val="28"/>
          <w:szCs w:val="28"/>
        </w:rPr>
        <w:t>đồng</w:t>
      </w:r>
      <w:proofErr w:type="spellEnd"/>
      <w:r w:rsidR="00661624" w:rsidRPr="00064DB1">
        <w:rPr>
          <w:color w:val="auto"/>
          <w:sz w:val="28"/>
          <w:szCs w:val="28"/>
        </w:rPr>
        <w:t xml:space="preserve"> </w:t>
      </w:r>
      <w:proofErr w:type="spellStart"/>
      <w:r w:rsidR="00661624" w:rsidRPr="00064DB1">
        <w:rPr>
          <w:color w:val="auto"/>
          <w:sz w:val="28"/>
          <w:szCs w:val="28"/>
        </w:rPr>
        <w:t>tài</w:t>
      </w:r>
      <w:proofErr w:type="spellEnd"/>
      <w:r w:rsidR="00661624" w:rsidRPr="00064DB1">
        <w:rPr>
          <w:color w:val="auto"/>
          <w:sz w:val="28"/>
          <w:szCs w:val="28"/>
        </w:rPr>
        <w:t xml:space="preserve"> </w:t>
      </w:r>
      <w:proofErr w:type="spellStart"/>
      <w:r w:rsidR="00661624" w:rsidRPr="00064DB1">
        <w:rPr>
          <w:color w:val="auto"/>
          <w:sz w:val="28"/>
          <w:szCs w:val="28"/>
        </w:rPr>
        <w:t>trợ</w:t>
      </w:r>
      <w:proofErr w:type="spellEnd"/>
      <w:r w:rsidR="00661624" w:rsidRPr="00064DB1">
        <w:rPr>
          <w:color w:val="auto"/>
          <w:sz w:val="28"/>
          <w:szCs w:val="28"/>
        </w:rPr>
        <w:t xml:space="preserve"> </w:t>
      </w:r>
      <w:proofErr w:type="spellStart"/>
      <w:r w:rsidR="00661624" w:rsidRPr="00064DB1">
        <w:rPr>
          <w:color w:val="auto"/>
          <w:sz w:val="28"/>
          <w:szCs w:val="28"/>
        </w:rPr>
        <w:t>thực</w:t>
      </w:r>
      <w:proofErr w:type="spellEnd"/>
      <w:r w:rsidR="00661624" w:rsidRPr="00064DB1">
        <w:rPr>
          <w:color w:val="auto"/>
          <w:sz w:val="28"/>
          <w:szCs w:val="28"/>
        </w:rPr>
        <w:t xml:space="preserve"> </w:t>
      </w:r>
      <w:proofErr w:type="spellStart"/>
      <w:r w:rsidR="00661624" w:rsidRPr="00064DB1">
        <w:rPr>
          <w:color w:val="auto"/>
          <w:sz w:val="28"/>
          <w:szCs w:val="28"/>
        </w:rPr>
        <w:t>hiện</w:t>
      </w:r>
      <w:proofErr w:type="spellEnd"/>
      <w:r w:rsidR="00661624" w:rsidRPr="00064DB1">
        <w:rPr>
          <w:color w:val="auto"/>
          <w:sz w:val="28"/>
          <w:szCs w:val="28"/>
        </w:rPr>
        <w:t xml:space="preserve"> </w:t>
      </w:r>
      <w:proofErr w:type="spellStart"/>
      <w:r w:rsidR="00661624" w:rsidRPr="00064DB1">
        <w:rPr>
          <w:color w:val="auto"/>
          <w:sz w:val="28"/>
          <w:szCs w:val="28"/>
        </w:rPr>
        <w:t>nhiệm</w:t>
      </w:r>
      <w:proofErr w:type="spellEnd"/>
      <w:r w:rsidR="00661624" w:rsidRPr="00064DB1">
        <w:rPr>
          <w:color w:val="auto"/>
          <w:sz w:val="28"/>
          <w:szCs w:val="28"/>
        </w:rPr>
        <w:t xml:space="preserve"> </w:t>
      </w:r>
      <w:proofErr w:type="spellStart"/>
      <w:r w:rsidR="00661624" w:rsidRPr="00064DB1">
        <w:rPr>
          <w:color w:val="auto"/>
          <w:sz w:val="28"/>
          <w:szCs w:val="28"/>
        </w:rPr>
        <w:t>vụ</w:t>
      </w:r>
      <w:proofErr w:type="spellEnd"/>
      <w:r w:rsidR="00661624" w:rsidRPr="00064DB1">
        <w:rPr>
          <w:color w:val="auto"/>
          <w:sz w:val="28"/>
          <w:szCs w:val="28"/>
        </w:rPr>
        <w:t xml:space="preserve"> (</w:t>
      </w:r>
      <w:proofErr w:type="spellStart"/>
      <w:r w:rsidR="00661624" w:rsidRPr="00064DB1">
        <w:rPr>
          <w:color w:val="auto"/>
          <w:sz w:val="28"/>
          <w:szCs w:val="28"/>
        </w:rPr>
        <w:t>Biểu</w:t>
      </w:r>
      <w:proofErr w:type="spellEnd"/>
      <w:r w:rsidR="00661624" w:rsidRPr="00064DB1">
        <w:rPr>
          <w:color w:val="auto"/>
          <w:sz w:val="28"/>
          <w:szCs w:val="28"/>
        </w:rPr>
        <w:t xml:space="preserve"> </w:t>
      </w:r>
      <w:proofErr w:type="spellStart"/>
      <w:r w:rsidR="00661624" w:rsidRPr="00064DB1">
        <w:rPr>
          <w:color w:val="auto"/>
          <w:sz w:val="28"/>
          <w:szCs w:val="28"/>
        </w:rPr>
        <w:t>mẫu</w:t>
      </w:r>
      <w:proofErr w:type="spellEnd"/>
      <w:r w:rsidR="00661624" w:rsidRPr="00064DB1">
        <w:rPr>
          <w:color w:val="auto"/>
          <w:sz w:val="28"/>
          <w:szCs w:val="28"/>
        </w:rPr>
        <w:t xml:space="preserve"> BM-12), </w:t>
      </w:r>
      <w:proofErr w:type="spellStart"/>
      <w:r w:rsidR="00661624" w:rsidRPr="00064DB1">
        <w:rPr>
          <w:color w:val="auto"/>
          <w:sz w:val="28"/>
          <w:szCs w:val="28"/>
        </w:rPr>
        <w:t>đối</w:t>
      </w:r>
      <w:proofErr w:type="spellEnd"/>
      <w:r w:rsidR="00661624" w:rsidRPr="00064DB1">
        <w:rPr>
          <w:color w:val="auto"/>
          <w:sz w:val="28"/>
          <w:szCs w:val="28"/>
        </w:rPr>
        <w:t xml:space="preserve"> </w:t>
      </w:r>
      <w:proofErr w:type="spellStart"/>
      <w:r w:rsidR="00661624" w:rsidRPr="00064DB1">
        <w:rPr>
          <w:color w:val="auto"/>
          <w:sz w:val="28"/>
          <w:szCs w:val="28"/>
        </w:rPr>
        <w:t>với</w:t>
      </w:r>
      <w:proofErr w:type="spellEnd"/>
      <w:r w:rsidR="00661624" w:rsidRPr="00064DB1">
        <w:rPr>
          <w:color w:val="auto"/>
          <w:sz w:val="28"/>
          <w:szCs w:val="28"/>
        </w:rPr>
        <w:t xml:space="preserve"> </w:t>
      </w:r>
      <w:proofErr w:type="spellStart"/>
      <w:r w:rsidR="00661624" w:rsidRPr="00064DB1">
        <w:rPr>
          <w:color w:val="auto"/>
          <w:sz w:val="28"/>
          <w:szCs w:val="28"/>
        </w:rPr>
        <w:t>trường</w:t>
      </w:r>
      <w:proofErr w:type="spellEnd"/>
      <w:r w:rsidR="00661624" w:rsidRPr="00064DB1">
        <w:rPr>
          <w:color w:val="auto"/>
          <w:sz w:val="28"/>
          <w:szCs w:val="28"/>
        </w:rPr>
        <w:t xml:space="preserve"> </w:t>
      </w:r>
      <w:proofErr w:type="spellStart"/>
      <w:r w:rsidR="00661624" w:rsidRPr="00064DB1">
        <w:rPr>
          <w:color w:val="auto"/>
          <w:sz w:val="28"/>
          <w:szCs w:val="28"/>
        </w:rPr>
        <w:t>hợp</w:t>
      </w:r>
      <w:proofErr w:type="spellEnd"/>
      <w:r w:rsidR="00661624" w:rsidRPr="00064DB1">
        <w:rPr>
          <w:color w:val="auto"/>
          <w:sz w:val="28"/>
          <w:szCs w:val="28"/>
        </w:rPr>
        <w:t xml:space="preserve"> </w:t>
      </w:r>
      <w:proofErr w:type="spellStart"/>
      <w:r w:rsidR="00661624" w:rsidRPr="00064DB1">
        <w:rPr>
          <w:color w:val="auto"/>
          <w:sz w:val="28"/>
          <w:szCs w:val="28"/>
        </w:rPr>
        <w:t>nhiệm</w:t>
      </w:r>
      <w:proofErr w:type="spellEnd"/>
      <w:r w:rsidR="00661624" w:rsidRPr="00064DB1">
        <w:rPr>
          <w:color w:val="auto"/>
          <w:sz w:val="28"/>
          <w:szCs w:val="28"/>
        </w:rPr>
        <w:t xml:space="preserve"> </w:t>
      </w:r>
      <w:proofErr w:type="spellStart"/>
      <w:r w:rsidR="00661624" w:rsidRPr="00064DB1">
        <w:rPr>
          <w:color w:val="auto"/>
          <w:sz w:val="28"/>
          <w:szCs w:val="28"/>
        </w:rPr>
        <w:t>vụ</w:t>
      </w:r>
      <w:proofErr w:type="spellEnd"/>
      <w:r w:rsidR="00661624" w:rsidRPr="00064DB1">
        <w:rPr>
          <w:color w:val="auto"/>
          <w:sz w:val="28"/>
          <w:szCs w:val="28"/>
        </w:rPr>
        <w:t xml:space="preserve"> </w:t>
      </w:r>
      <w:proofErr w:type="spellStart"/>
      <w:r w:rsidR="00661624" w:rsidRPr="00064DB1">
        <w:rPr>
          <w:color w:val="auto"/>
          <w:sz w:val="28"/>
          <w:szCs w:val="28"/>
        </w:rPr>
        <w:t>có</w:t>
      </w:r>
      <w:proofErr w:type="spellEnd"/>
      <w:r w:rsidR="00661624" w:rsidRPr="00064DB1">
        <w:rPr>
          <w:color w:val="auto"/>
          <w:sz w:val="28"/>
          <w:szCs w:val="28"/>
        </w:rPr>
        <w:t xml:space="preserve"> </w:t>
      </w:r>
      <w:proofErr w:type="spellStart"/>
      <w:r w:rsidR="00661624" w:rsidRPr="00064DB1">
        <w:rPr>
          <w:color w:val="auto"/>
          <w:sz w:val="28"/>
          <w:szCs w:val="28"/>
        </w:rPr>
        <w:t>yêu</w:t>
      </w:r>
      <w:proofErr w:type="spellEnd"/>
      <w:r w:rsidR="00661624" w:rsidRPr="00064DB1">
        <w:rPr>
          <w:color w:val="auto"/>
          <w:sz w:val="28"/>
          <w:szCs w:val="28"/>
        </w:rPr>
        <w:t xml:space="preserve"> </w:t>
      </w:r>
      <w:proofErr w:type="spellStart"/>
      <w:r w:rsidR="00661624" w:rsidRPr="00064DB1">
        <w:rPr>
          <w:color w:val="auto"/>
          <w:sz w:val="28"/>
          <w:szCs w:val="28"/>
        </w:rPr>
        <w:t>cầu</w:t>
      </w:r>
      <w:proofErr w:type="spellEnd"/>
      <w:r w:rsidR="00661624" w:rsidRPr="00064DB1">
        <w:rPr>
          <w:color w:val="auto"/>
          <w:sz w:val="28"/>
          <w:szCs w:val="28"/>
        </w:rPr>
        <w:t xml:space="preserve"> </w:t>
      </w:r>
      <w:proofErr w:type="spellStart"/>
      <w:r w:rsidR="00661624" w:rsidRPr="00064DB1">
        <w:rPr>
          <w:color w:val="auto"/>
          <w:sz w:val="28"/>
          <w:szCs w:val="28"/>
        </w:rPr>
        <w:t>phối</w:t>
      </w:r>
      <w:proofErr w:type="spellEnd"/>
      <w:r w:rsidR="00661624" w:rsidRPr="00064DB1">
        <w:rPr>
          <w:color w:val="auto"/>
          <w:sz w:val="28"/>
          <w:szCs w:val="28"/>
        </w:rPr>
        <w:t xml:space="preserve"> </w:t>
      </w:r>
      <w:proofErr w:type="spellStart"/>
      <w:r w:rsidR="00661624" w:rsidRPr="00064DB1">
        <w:rPr>
          <w:color w:val="auto"/>
          <w:sz w:val="28"/>
          <w:szCs w:val="28"/>
        </w:rPr>
        <w:t>hợp</w:t>
      </w:r>
      <w:proofErr w:type="spellEnd"/>
      <w:r w:rsidR="00661624" w:rsidRPr="00064DB1">
        <w:rPr>
          <w:color w:val="auto"/>
          <w:sz w:val="28"/>
          <w:szCs w:val="28"/>
        </w:rPr>
        <w:t xml:space="preserve"> </w:t>
      </w:r>
      <w:proofErr w:type="spellStart"/>
      <w:r w:rsidR="00661624" w:rsidRPr="00064DB1">
        <w:rPr>
          <w:color w:val="auto"/>
          <w:sz w:val="28"/>
          <w:szCs w:val="28"/>
        </w:rPr>
        <w:t>hoặc</w:t>
      </w:r>
      <w:proofErr w:type="spellEnd"/>
      <w:r w:rsidR="00661624" w:rsidRPr="00064DB1">
        <w:rPr>
          <w:color w:val="auto"/>
          <w:sz w:val="28"/>
          <w:szCs w:val="28"/>
        </w:rPr>
        <w:t xml:space="preserve"> </w:t>
      </w:r>
      <w:proofErr w:type="spellStart"/>
      <w:r w:rsidR="00661624" w:rsidRPr="00064DB1">
        <w:rPr>
          <w:color w:val="auto"/>
          <w:sz w:val="28"/>
          <w:szCs w:val="28"/>
        </w:rPr>
        <w:t>đồng</w:t>
      </w:r>
      <w:proofErr w:type="spellEnd"/>
      <w:r w:rsidR="00661624" w:rsidRPr="00064DB1">
        <w:rPr>
          <w:color w:val="auto"/>
          <w:sz w:val="28"/>
          <w:szCs w:val="28"/>
        </w:rPr>
        <w:t xml:space="preserve"> </w:t>
      </w:r>
      <w:proofErr w:type="spellStart"/>
      <w:r w:rsidR="00661624" w:rsidRPr="00064DB1">
        <w:rPr>
          <w:color w:val="auto"/>
          <w:sz w:val="28"/>
          <w:szCs w:val="28"/>
        </w:rPr>
        <w:t>tài</w:t>
      </w:r>
      <w:proofErr w:type="spellEnd"/>
      <w:r w:rsidR="00661624" w:rsidRPr="00064DB1">
        <w:rPr>
          <w:color w:val="auto"/>
          <w:sz w:val="28"/>
          <w:szCs w:val="28"/>
        </w:rPr>
        <w:t xml:space="preserve"> </w:t>
      </w:r>
      <w:proofErr w:type="spellStart"/>
      <w:r w:rsidR="00661624" w:rsidRPr="00064DB1">
        <w:rPr>
          <w:color w:val="auto"/>
          <w:sz w:val="28"/>
          <w:szCs w:val="28"/>
        </w:rPr>
        <w:t>trợ</w:t>
      </w:r>
      <w:proofErr w:type="spellEnd"/>
      <w:r w:rsidR="00661624" w:rsidRPr="00064DB1">
        <w:rPr>
          <w:color w:val="auto"/>
          <w:sz w:val="28"/>
          <w:szCs w:val="28"/>
        </w:rPr>
        <w:t>.</w:t>
      </w:r>
    </w:p>
    <w:p w14:paraId="7E353B25" w14:textId="65E0F624" w:rsidR="00DC174C" w:rsidRPr="00064DB1" w:rsidRDefault="00000000" w:rsidP="005E0F6E">
      <w:pPr>
        <w:spacing w:after="60" w:line="380" w:lineRule="exact"/>
        <w:ind w:firstLine="567"/>
        <w:jc w:val="both"/>
        <w:rPr>
          <w:color w:val="auto"/>
          <w:sz w:val="28"/>
          <w:szCs w:val="28"/>
        </w:rPr>
      </w:pPr>
      <w:r w:rsidRPr="00064DB1">
        <w:rPr>
          <w:color w:val="auto"/>
          <w:sz w:val="28"/>
          <w:szCs w:val="28"/>
        </w:rPr>
        <w:t xml:space="preserve">d) Tài </w:t>
      </w:r>
      <w:proofErr w:type="spellStart"/>
      <w:r w:rsidRPr="00064DB1">
        <w:rPr>
          <w:color w:val="auto"/>
          <w:sz w:val="28"/>
          <w:szCs w:val="28"/>
        </w:rPr>
        <w:t>liệu</w:t>
      </w:r>
      <w:proofErr w:type="spellEnd"/>
      <w:r w:rsidRPr="00064DB1">
        <w:rPr>
          <w:color w:val="auto"/>
          <w:sz w:val="28"/>
          <w:szCs w:val="28"/>
        </w:rPr>
        <w:t xml:space="preserve"> </w:t>
      </w:r>
      <w:proofErr w:type="spellStart"/>
      <w:r w:rsidRPr="00064DB1">
        <w:rPr>
          <w:color w:val="auto"/>
          <w:sz w:val="28"/>
          <w:szCs w:val="28"/>
        </w:rPr>
        <w:t>chứng</w:t>
      </w:r>
      <w:proofErr w:type="spellEnd"/>
      <w:r w:rsidRPr="00064DB1">
        <w:rPr>
          <w:color w:val="auto"/>
          <w:sz w:val="28"/>
          <w:szCs w:val="28"/>
        </w:rPr>
        <w:t xml:space="preserve"> </w:t>
      </w:r>
      <w:proofErr w:type="spellStart"/>
      <w:r w:rsidRPr="00064DB1">
        <w:rPr>
          <w:color w:val="auto"/>
          <w:sz w:val="28"/>
          <w:szCs w:val="28"/>
        </w:rPr>
        <w:t>minh</w:t>
      </w:r>
      <w:proofErr w:type="spellEnd"/>
      <w:r w:rsidRPr="00064DB1">
        <w:rPr>
          <w:color w:val="auto"/>
          <w:sz w:val="28"/>
          <w:szCs w:val="28"/>
        </w:rPr>
        <w:t xml:space="preserve"> </w:t>
      </w:r>
      <w:proofErr w:type="spellStart"/>
      <w:r w:rsidRPr="00064DB1">
        <w:rPr>
          <w:color w:val="auto"/>
          <w:sz w:val="28"/>
          <w:szCs w:val="28"/>
        </w:rPr>
        <w:t>tư</w:t>
      </w:r>
      <w:proofErr w:type="spellEnd"/>
      <w:r w:rsidRPr="00064DB1">
        <w:rPr>
          <w:color w:val="auto"/>
          <w:sz w:val="28"/>
          <w:szCs w:val="28"/>
        </w:rPr>
        <w:t xml:space="preserve"> </w:t>
      </w:r>
      <w:proofErr w:type="spellStart"/>
      <w:r w:rsidRPr="00064DB1">
        <w:rPr>
          <w:color w:val="auto"/>
          <w:sz w:val="28"/>
          <w:szCs w:val="28"/>
        </w:rPr>
        <w:t>cách</w:t>
      </w:r>
      <w:proofErr w:type="spellEnd"/>
      <w:r w:rsidRPr="00064DB1">
        <w:rPr>
          <w:color w:val="auto"/>
          <w:sz w:val="28"/>
          <w:szCs w:val="28"/>
        </w:rPr>
        <w:t xml:space="preserve"> </w:t>
      </w:r>
      <w:proofErr w:type="spellStart"/>
      <w:r w:rsidRPr="00064DB1">
        <w:rPr>
          <w:color w:val="auto"/>
          <w:sz w:val="28"/>
          <w:szCs w:val="28"/>
        </w:rPr>
        <w:t>pháp</w:t>
      </w:r>
      <w:proofErr w:type="spellEnd"/>
      <w:r w:rsidRPr="00064DB1">
        <w:rPr>
          <w:color w:val="auto"/>
          <w:sz w:val="28"/>
          <w:szCs w:val="28"/>
        </w:rPr>
        <w:t xml:space="preserve"> </w:t>
      </w:r>
      <w:proofErr w:type="spellStart"/>
      <w:r w:rsidRPr="00064DB1">
        <w:rPr>
          <w:color w:val="auto"/>
          <w:sz w:val="28"/>
          <w:szCs w:val="28"/>
        </w:rPr>
        <w:t>lý</w:t>
      </w:r>
      <w:proofErr w:type="spellEnd"/>
      <w:r w:rsidRPr="00064DB1">
        <w:rPr>
          <w:color w:val="auto"/>
          <w:sz w:val="28"/>
          <w:szCs w:val="28"/>
        </w:rPr>
        <w:t xml:space="preserve"> </w:t>
      </w:r>
      <w:proofErr w:type="spellStart"/>
      <w:r w:rsidRPr="00064DB1">
        <w:rPr>
          <w:color w:val="auto"/>
          <w:sz w:val="28"/>
          <w:szCs w:val="28"/>
        </w:rPr>
        <w:t>của</w:t>
      </w:r>
      <w:proofErr w:type="spellEnd"/>
      <w:r w:rsidRPr="00064DB1">
        <w:rPr>
          <w:color w:val="auto"/>
          <w:sz w:val="28"/>
          <w:szCs w:val="28"/>
        </w:rPr>
        <w:t xml:space="preserve"> </w:t>
      </w:r>
      <w:proofErr w:type="spellStart"/>
      <w:r w:rsidRPr="00064DB1">
        <w:rPr>
          <w:color w:val="auto"/>
          <w:sz w:val="28"/>
          <w:szCs w:val="28"/>
        </w:rPr>
        <w:t>tổ</w:t>
      </w:r>
      <w:proofErr w:type="spellEnd"/>
      <w:r w:rsidRPr="00064DB1">
        <w:rPr>
          <w:color w:val="auto"/>
          <w:sz w:val="28"/>
          <w:szCs w:val="28"/>
        </w:rPr>
        <w:t xml:space="preserve"> </w:t>
      </w:r>
      <w:proofErr w:type="spellStart"/>
      <w:r w:rsidRPr="00064DB1">
        <w:rPr>
          <w:color w:val="auto"/>
          <w:sz w:val="28"/>
          <w:szCs w:val="28"/>
        </w:rPr>
        <w:t>chức</w:t>
      </w:r>
      <w:proofErr w:type="spellEnd"/>
      <w:r w:rsidRPr="00064DB1">
        <w:rPr>
          <w:color w:val="auto"/>
          <w:sz w:val="28"/>
          <w:szCs w:val="28"/>
        </w:rPr>
        <w:t xml:space="preserve"> </w:t>
      </w:r>
      <w:proofErr w:type="spellStart"/>
      <w:r w:rsidRPr="00064DB1">
        <w:rPr>
          <w:color w:val="auto"/>
          <w:sz w:val="28"/>
          <w:szCs w:val="28"/>
        </w:rPr>
        <w:t>chủ</w:t>
      </w:r>
      <w:proofErr w:type="spellEnd"/>
      <w:r w:rsidRPr="00064DB1">
        <w:rPr>
          <w:color w:val="auto"/>
          <w:sz w:val="28"/>
          <w:szCs w:val="28"/>
        </w:rPr>
        <w:t xml:space="preserve"> </w:t>
      </w:r>
      <w:proofErr w:type="spellStart"/>
      <w:r w:rsidRPr="00064DB1">
        <w:rPr>
          <w:color w:val="auto"/>
          <w:sz w:val="28"/>
          <w:szCs w:val="28"/>
        </w:rPr>
        <w:t>trì</w:t>
      </w:r>
      <w:proofErr w:type="spellEnd"/>
      <w:r w:rsidRPr="00064DB1">
        <w:rPr>
          <w:color w:val="auto"/>
          <w:sz w:val="28"/>
          <w:szCs w:val="28"/>
        </w:rPr>
        <w:t xml:space="preserve">: </w:t>
      </w:r>
      <w:proofErr w:type="spellStart"/>
      <w:r w:rsidRPr="00064DB1">
        <w:rPr>
          <w:color w:val="auto"/>
          <w:sz w:val="28"/>
          <w:szCs w:val="28"/>
        </w:rPr>
        <w:t>Quyết</w:t>
      </w:r>
      <w:proofErr w:type="spellEnd"/>
      <w:r w:rsidRPr="00064DB1">
        <w:rPr>
          <w:color w:val="auto"/>
          <w:sz w:val="28"/>
          <w:szCs w:val="28"/>
        </w:rPr>
        <w:t xml:space="preserve"> </w:t>
      </w:r>
      <w:proofErr w:type="spellStart"/>
      <w:r w:rsidRPr="00064DB1">
        <w:rPr>
          <w:color w:val="auto"/>
          <w:sz w:val="28"/>
          <w:szCs w:val="28"/>
        </w:rPr>
        <w:t>định</w:t>
      </w:r>
      <w:proofErr w:type="spellEnd"/>
      <w:r w:rsidRPr="00064DB1">
        <w:rPr>
          <w:color w:val="auto"/>
          <w:sz w:val="28"/>
          <w:szCs w:val="28"/>
        </w:rPr>
        <w:t xml:space="preserve"> </w:t>
      </w:r>
      <w:proofErr w:type="spellStart"/>
      <w:r w:rsidRPr="00064DB1">
        <w:rPr>
          <w:color w:val="auto"/>
          <w:sz w:val="28"/>
          <w:szCs w:val="28"/>
        </w:rPr>
        <w:t>thành</w:t>
      </w:r>
      <w:proofErr w:type="spellEnd"/>
      <w:r w:rsidRPr="00064DB1">
        <w:rPr>
          <w:color w:val="auto"/>
          <w:sz w:val="28"/>
          <w:szCs w:val="28"/>
        </w:rPr>
        <w:t xml:space="preserve"> </w:t>
      </w:r>
      <w:proofErr w:type="spellStart"/>
      <w:r w:rsidRPr="00064DB1">
        <w:rPr>
          <w:color w:val="auto"/>
          <w:sz w:val="28"/>
          <w:szCs w:val="28"/>
        </w:rPr>
        <w:t>lập</w:t>
      </w:r>
      <w:proofErr w:type="spellEnd"/>
      <w:r w:rsidRPr="00064DB1">
        <w:rPr>
          <w:color w:val="auto"/>
          <w:sz w:val="28"/>
          <w:szCs w:val="28"/>
        </w:rPr>
        <w:t xml:space="preserve"> </w:t>
      </w:r>
      <w:proofErr w:type="spellStart"/>
      <w:r w:rsidRPr="00064DB1">
        <w:rPr>
          <w:color w:val="auto"/>
          <w:sz w:val="28"/>
          <w:szCs w:val="28"/>
        </w:rPr>
        <w:t>hoặc</w:t>
      </w:r>
      <w:proofErr w:type="spellEnd"/>
      <w:r w:rsidRPr="00064DB1">
        <w:rPr>
          <w:color w:val="auto"/>
          <w:sz w:val="28"/>
          <w:szCs w:val="28"/>
        </w:rPr>
        <w:t xml:space="preserve"> </w:t>
      </w:r>
      <w:proofErr w:type="spellStart"/>
      <w:r w:rsidRPr="00064DB1">
        <w:rPr>
          <w:color w:val="auto"/>
          <w:sz w:val="28"/>
          <w:szCs w:val="28"/>
        </w:rPr>
        <w:t>Giấy</w:t>
      </w:r>
      <w:proofErr w:type="spellEnd"/>
      <w:r w:rsidRPr="00064DB1">
        <w:rPr>
          <w:color w:val="auto"/>
          <w:sz w:val="28"/>
          <w:szCs w:val="28"/>
        </w:rPr>
        <w:t xml:space="preserve"> </w:t>
      </w:r>
      <w:proofErr w:type="spellStart"/>
      <w:r w:rsidRPr="00064DB1">
        <w:rPr>
          <w:color w:val="auto"/>
          <w:sz w:val="28"/>
          <w:szCs w:val="28"/>
        </w:rPr>
        <w:t>chứng</w:t>
      </w:r>
      <w:proofErr w:type="spellEnd"/>
      <w:r w:rsidRPr="00064DB1">
        <w:rPr>
          <w:color w:val="auto"/>
          <w:sz w:val="28"/>
          <w:szCs w:val="28"/>
        </w:rPr>
        <w:t xml:space="preserve"> </w:t>
      </w:r>
      <w:proofErr w:type="spellStart"/>
      <w:r w:rsidRPr="00064DB1">
        <w:rPr>
          <w:color w:val="auto"/>
          <w:sz w:val="28"/>
          <w:szCs w:val="28"/>
        </w:rPr>
        <w:t>nhận</w:t>
      </w:r>
      <w:proofErr w:type="spellEnd"/>
      <w:r w:rsidRPr="00064DB1">
        <w:rPr>
          <w:color w:val="auto"/>
          <w:sz w:val="28"/>
          <w:szCs w:val="28"/>
        </w:rPr>
        <w:t xml:space="preserve"> </w:t>
      </w:r>
      <w:proofErr w:type="spellStart"/>
      <w:r w:rsidRPr="00064DB1">
        <w:rPr>
          <w:color w:val="auto"/>
          <w:sz w:val="28"/>
          <w:szCs w:val="28"/>
        </w:rPr>
        <w:t>đăng</w:t>
      </w:r>
      <w:proofErr w:type="spellEnd"/>
      <w:r w:rsidRPr="00064DB1">
        <w:rPr>
          <w:color w:val="auto"/>
          <w:sz w:val="28"/>
          <w:szCs w:val="28"/>
        </w:rPr>
        <w:t xml:space="preserve"> </w:t>
      </w:r>
      <w:proofErr w:type="spellStart"/>
      <w:r w:rsidRPr="00064DB1">
        <w:rPr>
          <w:color w:val="auto"/>
          <w:sz w:val="28"/>
          <w:szCs w:val="28"/>
        </w:rPr>
        <w:t>ký</w:t>
      </w:r>
      <w:proofErr w:type="spellEnd"/>
      <w:r w:rsidRPr="00064DB1">
        <w:rPr>
          <w:color w:val="auto"/>
          <w:sz w:val="28"/>
          <w:szCs w:val="28"/>
        </w:rPr>
        <w:t xml:space="preserve"> </w:t>
      </w:r>
      <w:proofErr w:type="spellStart"/>
      <w:r w:rsidRPr="00064DB1">
        <w:rPr>
          <w:color w:val="auto"/>
          <w:sz w:val="28"/>
          <w:szCs w:val="28"/>
        </w:rPr>
        <w:t>doanh</w:t>
      </w:r>
      <w:proofErr w:type="spellEnd"/>
      <w:r w:rsidRPr="00064DB1">
        <w:rPr>
          <w:color w:val="auto"/>
          <w:sz w:val="28"/>
          <w:szCs w:val="28"/>
        </w:rPr>
        <w:t xml:space="preserve"> </w:t>
      </w:r>
      <w:proofErr w:type="spellStart"/>
      <w:r w:rsidRPr="00064DB1">
        <w:rPr>
          <w:color w:val="auto"/>
          <w:sz w:val="28"/>
          <w:szCs w:val="28"/>
        </w:rPr>
        <w:t>nghiệp</w:t>
      </w:r>
      <w:proofErr w:type="spellEnd"/>
      <w:r w:rsidRPr="00064DB1">
        <w:rPr>
          <w:color w:val="auto"/>
          <w:sz w:val="28"/>
          <w:szCs w:val="28"/>
        </w:rPr>
        <w:t xml:space="preserve"> </w:t>
      </w:r>
      <w:proofErr w:type="spellStart"/>
      <w:r w:rsidRPr="00064DB1">
        <w:rPr>
          <w:color w:val="auto"/>
          <w:sz w:val="28"/>
          <w:szCs w:val="28"/>
        </w:rPr>
        <w:t>hoặc</w:t>
      </w:r>
      <w:proofErr w:type="spellEnd"/>
      <w:r w:rsidRPr="00064DB1">
        <w:rPr>
          <w:color w:val="auto"/>
          <w:sz w:val="28"/>
          <w:szCs w:val="28"/>
        </w:rPr>
        <w:t xml:space="preserve"> </w:t>
      </w:r>
      <w:proofErr w:type="spellStart"/>
      <w:r w:rsidRPr="00064DB1">
        <w:rPr>
          <w:color w:val="auto"/>
          <w:sz w:val="28"/>
          <w:szCs w:val="28"/>
        </w:rPr>
        <w:t>Điều</w:t>
      </w:r>
      <w:proofErr w:type="spellEnd"/>
      <w:r w:rsidRPr="00064DB1">
        <w:rPr>
          <w:color w:val="auto"/>
          <w:sz w:val="28"/>
          <w:szCs w:val="28"/>
        </w:rPr>
        <w:t xml:space="preserve"> </w:t>
      </w:r>
      <w:proofErr w:type="spellStart"/>
      <w:r w:rsidRPr="00064DB1">
        <w:rPr>
          <w:color w:val="auto"/>
          <w:sz w:val="28"/>
          <w:szCs w:val="28"/>
        </w:rPr>
        <w:t>lệ</w:t>
      </w:r>
      <w:proofErr w:type="spellEnd"/>
      <w:r w:rsidRPr="00064DB1">
        <w:rPr>
          <w:color w:val="auto"/>
          <w:sz w:val="28"/>
          <w:szCs w:val="28"/>
        </w:rPr>
        <w:t xml:space="preserve"> </w:t>
      </w:r>
      <w:proofErr w:type="spellStart"/>
      <w:r w:rsidRPr="00064DB1">
        <w:rPr>
          <w:color w:val="auto"/>
          <w:sz w:val="28"/>
          <w:szCs w:val="28"/>
        </w:rPr>
        <w:t>hoạt</w:t>
      </w:r>
      <w:proofErr w:type="spellEnd"/>
      <w:r w:rsidRPr="00064DB1">
        <w:rPr>
          <w:color w:val="auto"/>
          <w:sz w:val="28"/>
          <w:szCs w:val="28"/>
        </w:rPr>
        <w:t xml:space="preserve"> </w:t>
      </w:r>
      <w:proofErr w:type="spellStart"/>
      <w:r w:rsidRPr="00064DB1">
        <w:rPr>
          <w:color w:val="auto"/>
          <w:sz w:val="28"/>
          <w:szCs w:val="28"/>
        </w:rPr>
        <w:t>động</w:t>
      </w:r>
      <w:proofErr w:type="spellEnd"/>
      <w:r w:rsidRPr="00064DB1">
        <w:rPr>
          <w:color w:val="auto"/>
          <w:sz w:val="28"/>
          <w:szCs w:val="28"/>
        </w:rPr>
        <w:t xml:space="preserve"> </w:t>
      </w:r>
      <w:proofErr w:type="spellStart"/>
      <w:r w:rsidRPr="00064DB1">
        <w:rPr>
          <w:color w:val="auto"/>
          <w:sz w:val="28"/>
          <w:szCs w:val="28"/>
        </w:rPr>
        <w:t>được</w:t>
      </w:r>
      <w:proofErr w:type="spellEnd"/>
      <w:r w:rsidRPr="00064DB1">
        <w:rPr>
          <w:color w:val="auto"/>
          <w:sz w:val="28"/>
          <w:szCs w:val="28"/>
        </w:rPr>
        <w:t xml:space="preserve"> </w:t>
      </w:r>
      <w:proofErr w:type="spellStart"/>
      <w:r w:rsidRPr="00064DB1">
        <w:rPr>
          <w:color w:val="auto"/>
          <w:sz w:val="28"/>
          <w:szCs w:val="28"/>
        </w:rPr>
        <w:t>cơ</w:t>
      </w:r>
      <w:proofErr w:type="spellEnd"/>
      <w:r w:rsidRPr="00064DB1">
        <w:rPr>
          <w:color w:val="auto"/>
          <w:sz w:val="28"/>
          <w:szCs w:val="28"/>
        </w:rPr>
        <w:t xml:space="preserve"> </w:t>
      </w:r>
      <w:proofErr w:type="spellStart"/>
      <w:r w:rsidRPr="00064DB1">
        <w:rPr>
          <w:color w:val="auto"/>
          <w:sz w:val="28"/>
          <w:szCs w:val="28"/>
        </w:rPr>
        <w:t>quan</w:t>
      </w:r>
      <w:proofErr w:type="spellEnd"/>
      <w:r w:rsidRPr="00064DB1">
        <w:rPr>
          <w:color w:val="auto"/>
          <w:sz w:val="28"/>
          <w:szCs w:val="28"/>
        </w:rPr>
        <w:t xml:space="preserve"> </w:t>
      </w:r>
      <w:proofErr w:type="spellStart"/>
      <w:r w:rsidRPr="00064DB1">
        <w:rPr>
          <w:color w:val="auto"/>
          <w:sz w:val="28"/>
          <w:szCs w:val="28"/>
        </w:rPr>
        <w:t>có</w:t>
      </w:r>
      <w:proofErr w:type="spellEnd"/>
      <w:r w:rsidRPr="00064DB1">
        <w:rPr>
          <w:color w:val="auto"/>
          <w:sz w:val="28"/>
          <w:szCs w:val="28"/>
        </w:rPr>
        <w:t xml:space="preserve"> </w:t>
      </w:r>
      <w:proofErr w:type="spellStart"/>
      <w:r w:rsidRPr="00064DB1">
        <w:rPr>
          <w:color w:val="auto"/>
          <w:sz w:val="28"/>
          <w:szCs w:val="28"/>
        </w:rPr>
        <w:t>thẩm</w:t>
      </w:r>
      <w:proofErr w:type="spellEnd"/>
      <w:r w:rsidRPr="00064DB1">
        <w:rPr>
          <w:color w:val="auto"/>
          <w:sz w:val="28"/>
          <w:szCs w:val="28"/>
        </w:rPr>
        <w:t xml:space="preserve"> </w:t>
      </w:r>
      <w:proofErr w:type="spellStart"/>
      <w:r w:rsidRPr="00064DB1">
        <w:rPr>
          <w:color w:val="auto"/>
          <w:sz w:val="28"/>
          <w:szCs w:val="28"/>
        </w:rPr>
        <w:t>quyền</w:t>
      </w:r>
      <w:proofErr w:type="spellEnd"/>
      <w:r w:rsidRPr="00064DB1">
        <w:rPr>
          <w:color w:val="auto"/>
          <w:sz w:val="28"/>
          <w:szCs w:val="28"/>
        </w:rPr>
        <w:t xml:space="preserve"> </w:t>
      </w:r>
      <w:proofErr w:type="spellStart"/>
      <w:r w:rsidRPr="00064DB1">
        <w:rPr>
          <w:color w:val="auto"/>
          <w:sz w:val="28"/>
          <w:szCs w:val="28"/>
        </w:rPr>
        <w:t>phê</w:t>
      </w:r>
      <w:proofErr w:type="spellEnd"/>
      <w:r w:rsidRPr="00064DB1">
        <w:rPr>
          <w:color w:val="auto"/>
          <w:sz w:val="28"/>
          <w:szCs w:val="28"/>
        </w:rPr>
        <w:t xml:space="preserve"> </w:t>
      </w:r>
      <w:proofErr w:type="spellStart"/>
      <w:r w:rsidRPr="00064DB1">
        <w:rPr>
          <w:color w:val="auto"/>
          <w:sz w:val="28"/>
          <w:szCs w:val="28"/>
        </w:rPr>
        <w:t>duyệt</w:t>
      </w:r>
      <w:proofErr w:type="spellEnd"/>
      <w:r w:rsidRPr="00064DB1">
        <w:rPr>
          <w:color w:val="auto"/>
          <w:sz w:val="28"/>
          <w:szCs w:val="28"/>
        </w:rPr>
        <w:t xml:space="preserve"> </w:t>
      </w:r>
      <w:proofErr w:type="spellStart"/>
      <w:r w:rsidRPr="00064DB1">
        <w:rPr>
          <w:color w:val="auto"/>
          <w:sz w:val="28"/>
          <w:szCs w:val="28"/>
        </w:rPr>
        <w:t>hoặc</w:t>
      </w:r>
      <w:proofErr w:type="spellEnd"/>
      <w:r w:rsidRPr="00064DB1">
        <w:rPr>
          <w:color w:val="auto"/>
          <w:sz w:val="28"/>
          <w:szCs w:val="28"/>
        </w:rPr>
        <w:t xml:space="preserve"> </w:t>
      </w:r>
      <w:proofErr w:type="spellStart"/>
      <w:r w:rsidRPr="00064DB1">
        <w:rPr>
          <w:color w:val="auto"/>
          <w:sz w:val="28"/>
          <w:szCs w:val="28"/>
        </w:rPr>
        <w:t>các</w:t>
      </w:r>
      <w:proofErr w:type="spellEnd"/>
      <w:r w:rsidRPr="00064DB1">
        <w:rPr>
          <w:color w:val="auto"/>
          <w:sz w:val="28"/>
          <w:szCs w:val="28"/>
        </w:rPr>
        <w:t xml:space="preserve"> </w:t>
      </w:r>
      <w:proofErr w:type="spellStart"/>
      <w:r w:rsidRPr="00064DB1">
        <w:rPr>
          <w:color w:val="auto"/>
          <w:sz w:val="28"/>
          <w:szCs w:val="28"/>
        </w:rPr>
        <w:t>tài</w:t>
      </w:r>
      <w:proofErr w:type="spellEnd"/>
      <w:r w:rsidRPr="00064DB1">
        <w:rPr>
          <w:color w:val="auto"/>
          <w:sz w:val="28"/>
          <w:szCs w:val="28"/>
        </w:rPr>
        <w:t xml:space="preserve"> </w:t>
      </w:r>
      <w:proofErr w:type="spellStart"/>
      <w:r w:rsidRPr="00064DB1">
        <w:rPr>
          <w:color w:val="auto"/>
          <w:sz w:val="28"/>
          <w:szCs w:val="28"/>
        </w:rPr>
        <w:t>liệu</w:t>
      </w:r>
      <w:proofErr w:type="spellEnd"/>
      <w:r w:rsidRPr="00064DB1">
        <w:rPr>
          <w:color w:val="auto"/>
          <w:sz w:val="28"/>
          <w:szCs w:val="28"/>
        </w:rPr>
        <w:t xml:space="preserve"> </w:t>
      </w:r>
      <w:proofErr w:type="spellStart"/>
      <w:r w:rsidRPr="00064DB1">
        <w:rPr>
          <w:color w:val="auto"/>
          <w:sz w:val="28"/>
          <w:szCs w:val="28"/>
        </w:rPr>
        <w:t>tương</w:t>
      </w:r>
      <w:proofErr w:type="spellEnd"/>
      <w:r w:rsidRPr="00064DB1">
        <w:rPr>
          <w:color w:val="auto"/>
          <w:sz w:val="28"/>
          <w:szCs w:val="28"/>
        </w:rPr>
        <w:t xml:space="preserve"> </w:t>
      </w:r>
      <w:proofErr w:type="spellStart"/>
      <w:r w:rsidRPr="00064DB1">
        <w:rPr>
          <w:color w:val="auto"/>
          <w:sz w:val="28"/>
          <w:szCs w:val="28"/>
        </w:rPr>
        <w:t>đương</w:t>
      </w:r>
      <w:proofErr w:type="spellEnd"/>
      <w:r w:rsidRPr="00064DB1">
        <w:rPr>
          <w:color w:val="auto"/>
          <w:sz w:val="28"/>
          <w:szCs w:val="28"/>
        </w:rPr>
        <w:t xml:space="preserve"> </w:t>
      </w:r>
      <w:proofErr w:type="spellStart"/>
      <w:r w:rsidRPr="00064DB1">
        <w:rPr>
          <w:color w:val="auto"/>
          <w:sz w:val="28"/>
          <w:szCs w:val="28"/>
        </w:rPr>
        <w:t>khác</w:t>
      </w:r>
      <w:proofErr w:type="spellEnd"/>
      <w:r w:rsidR="00B65ACF" w:rsidRPr="00064DB1">
        <w:rPr>
          <w:color w:val="auto"/>
          <w:sz w:val="28"/>
          <w:szCs w:val="28"/>
        </w:rPr>
        <w:t xml:space="preserve"> </w:t>
      </w:r>
      <w:r w:rsidR="00B65ACF" w:rsidRPr="00064DB1">
        <w:rPr>
          <w:i/>
          <w:iCs/>
          <w:color w:val="auto"/>
          <w:sz w:val="28"/>
          <w:szCs w:val="28"/>
        </w:rPr>
        <w:t>(</w:t>
      </w:r>
      <w:proofErr w:type="spellStart"/>
      <w:r w:rsidRPr="00064DB1">
        <w:rPr>
          <w:i/>
          <w:iCs/>
          <w:color w:val="auto"/>
          <w:sz w:val="28"/>
          <w:szCs w:val="28"/>
        </w:rPr>
        <w:t>Tổ</w:t>
      </w:r>
      <w:proofErr w:type="spellEnd"/>
      <w:r w:rsidRPr="00064DB1">
        <w:rPr>
          <w:i/>
          <w:iCs/>
          <w:color w:val="auto"/>
          <w:sz w:val="28"/>
          <w:szCs w:val="28"/>
        </w:rPr>
        <w:t xml:space="preserve"> </w:t>
      </w:r>
      <w:proofErr w:type="spellStart"/>
      <w:r w:rsidRPr="00064DB1">
        <w:rPr>
          <w:i/>
          <w:iCs/>
          <w:color w:val="auto"/>
          <w:sz w:val="28"/>
          <w:szCs w:val="28"/>
        </w:rPr>
        <w:t>chức</w:t>
      </w:r>
      <w:proofErr w:type="spellEnd"/>
      <w:r w:rsidRPr="00064DB1">
        <w:rPr>
          <w:i/>
          <w:iCs/>
          <w:color w:val="auto"/>
          <w:sz w:val="28"/>
          <w:szCs w:val="28"/>
        </w:rPr>
        <w:t xml:space="preserve"> </w:t>
      </w:r>
      <w:proofErr w:type="spellStart"/>
      <w:r w:rsidRPr="00064DB1">
        <w:rPr>
          <w:i/>
          <w:iCs/>
          <w:color w:val="auto"/>
          <w:sz w:val="28"/>
          <w:szCs w:val="28"/>
        </w:rPr>
        <w:t>đề</w:t>
      </w:r>
      <w:proofErr w:type="spellEnd"/>
      <w:r w:rsidRPr="00064DB1">
        <w:rPr>
          <w:i/>
          <w:iCs/>
          <w:color w:val="auto"/>
          <w:sz w:val="28"/>
          <w:szCs w:val="28"/>
        </w:rPr>
        <w:t xml:space="preserve"> </w:t>
      </w:r>
      <w:proofErr w:type="spellStart"/>
      <w:r w:rsidRPr="00064DB1">
        <w:rPr>
          <w:i/>
          <w:iCs/>
          <w:color w:val="auto"/>
          <w:sz w:val="28"/>
          <w:szCs w:val="28"/>
        </w:rPr>
        <w:t>xuất</w:t>
      </w:r>
      <w:proofErr w:type="spellEnd"/>
      <w:r w:rsidRPr="00064DB1">
        <w:rPr>
          <w:i/>
          <w:iCs/>
          <w:color w:val="auto"/>
          <w:sz w:val="28"/>
          <w:szCs w:val="28"/>
        </w:rPr>
        <w:t xml:space="preserve"> </w:t>
      </w:r>
      <w:proofErr w:type="spellStart"/>
      <w:r w:rsidRPr="00064DB1">
        <w:rPr>
          <w:i/>
          <w:iCs/>
          <w:color w:val="auto"/>
          <w:sz w:val="28"/>
          <w:szCs w:val="28"/>
        </w:rPr>
        <w:t>không</w:t>
      </w:r>
      <w:proofErr w:type="spellEnd"/>
      <w:r w:rsidRPr="00064DB1">
        <w:rPr>
          <w:i/>
          <w:iCs/>
          <w:color w:val="auto"/>
          <w:sz w:val="28"/>
          <w:szCs w:val="28"/>
        </w:rPr>
        <w:t xml:space="preserve"> </w:t>
      </w:r>
      <w:proofErr w:type="spellStart"/>
      <w:r w:rsidRPr="00064DB1">
        <w:rPr>
          <w:i/>
          <w:iCs/>
          <w:color w:val="auto"/>
          <w:sz w:val="28"/>
          <w:szCs w:val="28"/>
        </w:rPr>
        <w:t>phải</w:t>
      </w:r>
      <w:proofErr w:type="spellEnd"/>
      <w:r w:rsidRPr="00064DB1">
        <w:rPr>
          <w:i/>
          <w:iCs/>
          <w:color w:val="auto"/>
          <w:sz w:val="28"/>
          <w:szCs w:val="28"/>
        </w:rPr>
        <w:t xml:space="preserve"> </w:t>
      </w:r>
      <w:proofErr w:type="spellStart"/>
      <w:r w:rsidRPr="00064DB1">
        <w:rPr>
          <w:i/>
          <w:iCs/>
          <w:color w:val="auto"/>
          <w:sz w:val="28"/>
          <w:szCs w:val="28"/>
        </w:rPr>
        <w:t>nộp</w:t>
      </w:r>
      <w:proofErr w:type="spellEnd"/>
      <w:r w:rsidRPr="00064DB1">
        <w:rPr>
          <w:i/>
          <w:iCs/>
          <w:color w:val="auto"/>
          <w:sz w:val="28"/>
          <w:szCs w:val="28"/>
        </w:rPr>
        <w:t xml:space="preserve"> </w:t>
      </w:r>
      <w:proofErr w:type="spellStart"/>
      <w:r w:rsidRPr="00064DB1">
        <w:rPr>
          <w:i/>
          <w:iCs/>
          <w:color w:val="auto"/>
          <w:sz w:val="28"/>
          <w:szCs w:val="28"/>
        </w:rPr>
        <w:t>tài</w:t>
      </w:r>
      <w:proofErr w:type="spellEnd"/>
      <w:r w:rsidRPr="00064DB1">
        <w:rPr>
          <w:i/>
          <w:iCs/>
          <w:color w:val="auto"/>
          <w:sz w:val="28"/>
          <w:szCs w:val="28"/>
        </w:rPr>
        <w:t xml:space="preserve"> </w:t>
      </w:r>
      <w:proofErr w:type="spellStart"/>
      <w:r w:rsidRPr="00064DB1">
        <w:rPr>
          <w:i/>
          <w:iCs/>
          <w:color w:val="auto"/>
          <w:sz w:val="28"/>
          <w:szCs w:val="28"/>
        </w:rPr>
        <w:t>liệu</w:t>
      </w:r>
      <w:proofErr w:type="spellEnd"/>
      <w:r w:rsidRPr="00064DB1">
        <w:rPr>
          <w:i/>
          <w:iCs/>
          <w:color w:val="auto"/>
          <w:sz w:val="28"/>
          <w:szCs w:val="28"/>
        </w:rPr>
        <w:t xml:space="preserve"> </w:t>
      </w:r>
      <w:proofErr w:type="spellStart"/>
      <w:r w:rsidRPr="00064DB1">
        <w:rPr>
          <w:i/>
          <w:iCs/>
          <w:color w:val="auto"/>
          <w:sz w:val="28"/>
          <w:szCs w:val="28"/>
        </w:rPr>
        <w:t>này</w:t>
      </w:r>
      <w:proofErr w:type="spellEnd"/>
      <w:r w:rsidRPr="00064DB1">
        <w:rPr>
          <w:i/>
          <w:iCs/>
          <w:color w:val="auto"/>
          <w:sz w:val="28"/>
          <w:szCs w:val="28"/>
        </w:rPr>
        <w:t xml:space="preserve"> </w:t>
      </w:r>
      <w:proofErr w:type="spellStart"/>
      <w:r w:rsidRPr="00064DB1">
        <w:rPr>
          <w:i/>
          <w:iCs/>
          <w:color w:val="auto"/>
          <w:sz w:val="28"/>
          <w:szCs w:val="28"/>
        </w:rPr>
        <w:t>trong</w:t>
      </w:r>
      <w:proofErr w:type="spellEnd"/>
      <w:r w:rsidRPr="00064DB1">
        <w:rPr>
          <w:i/>
          <w:iCs/>
          <w:color w:val="auto"/>
          <w:sz w:val="28"/>
          <w:szCs w:val="28"/>
        </w:rPr>
        <w:t xml:space="preserve"> </w:t>
      </w:r>
      <w:proofErr w:type="spellStart"/>
      <w:r w:rsidRPr="00064DB1">
        <w:rPr>
          <w:i/>
          <w:iCs/>
          <w:color w:val="auto"/>
          <w:sz w:val="28"/>
          <w:szCs w:val="28"/>
        </w:rPr>
        <w:t>trường</w:t>
      </w:r>
      <w:proofErr w:type="spellEnd"/>
      <w:r w:rsidRPr="00064DB1">
        <w:rPr>
          <w:i/>
          <w:iCs/>
          <w:color w:val="auto"/>
          <w:sz w:val="28"/>
          <w:szCs w:val="28"/>
        </w:rPr>
        <w:t xml:space="preserve"> </w:t>
      </w:r>
      <w:proofErr w:type="spellStart"/>
      <w:r w:rsidRPr="00064DB1">
        <w:rPr>
          <w:i/>
          <w:iCs/>
          <w:color w:val="auto"/>
          <w:sz w:val="28"/>
          <w:szCs w:val="28"/>
        </w:rPr>
        <w:t>hợp</w:t>
      </w:r>
      <w:proofErr w:type="spellEnd"/>
      <w:r w:rsidRPr="00064DB1">
        <w:rPr>
          <w:i/>
          <w:iCs/>
          <w:color w:val="auto"/>
          <w:sz w:val="28"/>
          <w:szCs w:val="28"/>
        </w:rPr>
        <w:t xml:space="preserve"> </w:t>
      </w:r>
      <w:proofErr w:type="spellStart"/>
      <w:r w:rsidRPr="00064DB1">
        <w:rPr>
          <w:i/>
          <w:iCs/>
          <w:color w:val="auto"/>
          <w:sz w:val="28"/>
          <w:szCs w:val="28"/>
        </w:rPr>
        <w:t>đã</w:t>
      </w:r>
      <w:proofErr w:type="spellEnd"/>
      <w:r w:rsidRPr="00064DB1">
        <w:rPr>
          <w:i/>
          <w:iCs/>
          <w:color w:val="auto"/>
          <w:sz w:val="28"/>
          <w:szCs w:val="28"/>
        </w:rPr>
        <w:t xml:space="preserve"> </w:t>
      </w:r>
      <w:proofErr w:type="spellStart"/>
      <w:r w:rsidRPr="00064DB1">
        <w:rPr>
          <w:i/>
          <w:iCs/>
          <w:color w:val="auto"/>
          <w:sz w:val="28"/>
          <w:szCs w:val="28"/>
        </w:rPr>
        <w:t>cập</w:t>
      </w:r>
      <w:proofErr w:type="spellEnd"/>
      <w:r w:rsidRPr="00064DB1">
        <w:rPr>
          <w:i/>
          <w:iCs/>
          <w:color w:val="auto"/>
          <w:sz w:val="28"/>
          <w:szCs w:val="28"/>
        </w:rPr>
        <w:t xml:space="preserve"> </w:t>
      </w:r>
      <w:proofErr w:type="spellStart"/>
      <w:r w:rsidRPr="00064DB1">
        <w:rPr>
          <w:i/>
          <w:iCs/>
          <w:color w:val="auto"/>
          <w:sz w:val="28"/>
          <w:szCs w:val="28"/>
        </w:rPr>
        <w:t>nhật</w:t>
      </w:r>
      <w:proofErr w:type="spellEnd"/>
      <w:r w:rsidRPr="00064DB1">
        <w:rPr>
          <w:i/>
          <w:iCs/>
          <w:color w:val="auto"/>
          <w:sz w:val="28"/>
          <w:szCs w:val="28"/>
        </w:rPr>
        <w:t xml:space="preserve"> </w:t>
      </w:r>
      <w:proofErr w:type="spellStart"/>
      <w:r w:rsidRPr="00064DB1">
        <w:rPr>
          <w:i/>
          <w:iCs/>
          <w:color w:val="auto"/>
          <w:sz w:val="28"/>
          <w:szCs w:val="28"/>
        </w:rPr>
        <w:t>tài</w:t>
      </w:r>
      <w:proofErr w:type="spellEnd"/>
      <w:r w:rsidRPr="00064DB1">
        <w:rPr>
          <w:i/>
          <w:iCs/>
          <w:color w:val="auto"/>
          <w:sz w:val="28"/>
          <w:szCs w:val="28"/>
        </w:rPr>
        <w:t xml:space="preserve"> </w:t>
      </w:r>
      <w:proofErr w:type="spellStart"/>
      <w:r w:rsidRPr="00064DB1">
        <w:rPr>
          <w:i/>
          <w:iCs/>
          <w:color w:val="auto"/>
          <w:sz w:val="28"/>
          <w:szCs w:val="28"/>
        </w:rPr>
        <w:t>liệu</w:t>
      </w:r>
      <w:proofErr w:type="spellEnd"/>
      <w:r w:rsidRPr="00064DB1">
        <w:rPr>
          <w:i/>
          <w:iCs/>
          <w:color w:val="auto"/>
          <w:sz w:val="28"/>
          <w:szCs w:val="28"/>
        </w:rPr>
        <w:t xml:space="preserve"> </w:t>
      </w:r>
      <w:proofErr w:type="spellStart"/>
      <w:r w:rsidRPr="00064DB1">
        <w:rPr>
          <w:i/>
          <w:iCs/>
          <w:color w:val="auto"/>
          <w:sz w:val="28"/>
          <w:szCs w:val="28"/>
        </w:rPr>
        <w:t>trên</w:t>
      </w:r>
      <w:proofErr w:type="spellEnd"/>
      <w:r w:rsidRPr="00064DB1">
        <w:rPr>
          <w:i/>
          <w:iCs/>
          <w:color w:val="auto"/>
          <w:sz w:val="28"/>
          <w:szCs w:val="28"/>
        </w:rPr>
        <w:t xml:space="preserve"> </w:t>
      </w:r>
      <w:proofErr w:type="spellStart"/>
      <w:r w:rsidRPr="00064DB1">
        <w:rPr>
          <w:i/>
          <w:iCs/>
          <w:color w:val="auto"/>
          <w:sz w:val="28"/>
          <w:szCs w:val="28"/>
        </w:rPr>
        <w:t>Nền</w:t>
      </w:r>
      <w:proofErr w:type="spellEnd"/>
      <w:r w:rsidRPr="00064DB1">
        <w:rPr>
          <w:i/>
          <w:iCs/>
          <w:color w:val="auto"/>
          <w:sz w:val="28"/>
          <w:szCs w:val="28"/>
        </w:rPr>
        <w:t xml:space="preserve"> </w:t>
      </w:r>
      <w:proofErr w:type="spellStart"/>
      <w:r w:rsidRPr="00064DB1">
        <w:rPr>
          <w:i/>
          <w:iCs/>
          <w:color w:val="auto"/>
          <w:sz w:val="28"/>
          <w:szCs w:val="28"/>
        </w:rPr>
        <w:t>tảng</w:t>
      </w:r>
      <w:proofErr w:type="spellEnd"/>
      <w:r w:rsidRPr="00064DB1">
        <w:rPr>
          <w:i/>
          <w:iCs/>
          <w:color w:val="auto"/>
          <w:sz w:val="28"/>
          <w:szCs w:val="28"/>
        </w:rPr>
        <w:t xml:space="preserve"> </w:t>
      </w:r>
      <w:proofErr w:type="spellStart"/>
      <w:r w:rsidRPr="00064DB1">
        <w:rPr>
          <w:i/>
          <w:iCs/>
          <w:color w:val="auto"/>
          <w:sz w:val="28"/>
          <w:szCs w:val="28"/>
        </w:rPr>
        <w:t>số</w:t>
      </w:r>
      <w:proofErr w:type="spellEnd"/>
      <w:r w:rsidRPr="00064DB1">
        <w:rPr>
          <w:i/>
          <w:iCs/>
          <w:color w:val="auto"/>
          <w:sz w:val="28"/>
          <w:szCs w:val="28"/>
        </w:rPr>
        <w:t xml:space="preserve"> </w:t>
      </w:r>
      <w:proofErr w:type="spellStart"/>
      <w:r w:rsidRPr="00064DB1">
        <w:rPr>
          <w:i/>
          <w:iCs/>
          <w:color w:val="auto"/>
          <w:sz w:val="28"/>
          <w:szCs w:val="28"/>
        </w:rPr>
        <w:t>quản</w:t>
      </w:r>
      <w:proofErr w:type="spellEnd"/>
      <w:r w:rsidRPr="00064DB1">
        <w:rPr>
          <w:i/>
          <w:iCs/>
          <w:color w:val="auto"/>
          <w:sz w:val="28"/>
          <w:szCs w:val="28"/>
        </w:rPr>
        <w:t xml:space="preserve"> </w:t>
      </w:r>
      <w:proofErr w:type="spellStart"/>
      <w:r w:rsidRPr="00064DB1">
        <w:rPr>
          <w:i/>
          <w:iCs/>
          <w:color w:val="auto"/>
          <w:sz w:val="28"/>
          <w:szCs w:val="28"/>
        </w:rPr>
        <w:t>lý</w:t>
      </w:r>
      <w:proofErr w:type="spellEnd"/>
      <w:r w:rsidRPr="00064DB1">
        <w:rPr>
          <w:i/>
          <w:iCs/>
          <w:color w:val="auto"/>
          <w:sz w:val="28"/>
          <w:szCs w:val="28"/>
        </w:rPr>
        <w:t xml:space="preserve"> khoa </w:t>
      </w:r>
      <w:proofErr w:type="spellStart"/>
      <w:r w:rsidRPr="00064DB1">
        <w:rPr>
          <w:i/>
          <w:iCs/>
          <w:color w:val="auto"/>
          <w:sz w:val="28"/>
          <w:szCs w:val="28"/>
        </w:rPr>
        <w:t>học</w:t>
      </w:r>
      <w:proofErr w:type="spellEnd"/>
      <w:r w:rsidRPr="00064DB1">
        <w:rPr>
          <w:i/>
          <w:iCs/>
          <w:color w:val="auto"/>
          <w:sz w:val="28"/>
          <w:szCs w:val="28"/>
        </w:rPr>
        <w:t xml:space="preserve">, </w:t>
      </w:r>
      <w:proofErr w:type="spellStart"/>
      <w:r w:rsidRPr="00064DB1">
        <w:rPr>
          <w:i/>
          <w:iCs/>
          <w:color w:val="auto"/>
          <w:sz w:val="28"/>
          <w:szCs w:val="28"/>
        </w:rPr>
        <w:t>công</w:t>
      </w:r>
      <w:proofErr w:type="spellEnd"/>
      <w:r w:rsidRPr="00064DB1">
        <w:rPr>
          <w:i/>
          <w:iCs/>
          <w:color w:val="auto"/>
          <w:sz w:val="28"/>
          <w:szCs w:val="28"/>
        </w:rPr>
        <w:t xml:space="preserve"> </w:t>
      </w:r>
      <w:proofErr w:type="spellStart"/>
      <w:r w:rsidRPr="00064DB1">
        <w:rPr>
          <w:i/>
          <w:iCs/>
          <w:color w:val="auto"/>
          <w:sz w:val="28"/>
          <w:szCs w:val="28"/>
        </w:rPr>
        <w:t>nghệ</w:t>
      </w:r>
      <w:proofErr w:type="spellEnd"/>
      <w:r w:rsidRPr="00064DB1">
        <w:rPr>
          <w:i/>
          <w:iCs/>
          <w:color w:val="auto"/>
          <w:sz w:val="28"/>
          <w:szCs w:val="28"/>
        </w:rPr>
        <w:t xml:space="preserve"> </w:t>
      </w:r>
      <w:proofErr w:type="spellStart"/>
      <w:r w:rsidRPr="00064DB1">
        <w:rPr>
          <w:i/>
          <w:iCs/>
          <w:color w:val="auto"/>
          <w:sz w:val="28"/>
          <w:szCs w:val="28"/>
        </w:rPr>
        <w:t>và</w:t>
      </w:r>
      <w:proofErr w:type="spellEnd"/>
      <w:r w:rsidRPr="00064DB1">
        <w:rPr>
          <w:i/>
          <w:iCs/>
          <w:color w:val="auto"/>
          <w:sz w:val="28"/>
          <w:szCs w:val="28"/>
        </w:rPr>
        <w:t xml:space="preserve"> </w:t>
      </w:r>
      <w:proofErr w:type="spellStart"/>
      <w:r w:rsidRPr="00064DB1">
        <w:rPr>
          <w:i/>
          <w:iCs/>
          <w:color w:val="auto"/>
          <w:sz w:val="28"/>
          <w:szCs w:val="28"/>
        </w:rPr>
        <w:t>đổi</w:t>
      </w:r>
      <w:proofErr w:type="spellEnd"/>
      <w:r w:rsidRPr="00064DB1">
        <w:rPr>
          <w:i/>
          <w:iCs/>
          <w:color w:val="auto"/>
          <w:sz w:val="28"/>
          <w:szCs w:val="28"/>
        </w:rPr>
        <w:t xml:space="preserve"> </w:t>
      </w:r>
      <w:proofErr w:type="spellStart"/>
      <w:r w:rsidRPr="00064DB1">
        <w:rPr>
          <w:i/>
          <w:iCs/>
          <w:color w:val="auto"/>
          <w:sz w:val="28"/>
          <w:szCs w:val="28"/>
        </w:rPr>
        <w:t>mới</w:t>
      </w:r>
      <w:proofErr w:type="spellEnd"/>
      <w:r w:rsidRPr="00064DB1">
        <w:rPr>
          <w:i/>
          <w:iCs/>
          <w:color w:val="auto"/>
          <w:sz w:val="28"/>
          <w:szCs w:val="28"/>
        </w:rPr>
        <w:t xml:space="preserve"> </w:t>
      </w:r>
      <w:proofErr w:type="spellStart"/>
      <w:r w:rsidRPr="00064DB1">
        <w:rPr>
          <w:i/>
          <w:iCs/>
          <w:color w:val="auto"/>
          <w:sz w:val="28"/>
          <w:szCs w:val="28"/>
        </w:rPr>
        <w:t>sáng</w:t>
      </w:r>
      <w:proofErr w:type="spellEnd"/>
      <w:r w:rsidRPr="00064DB1">
        <w:rPr>
          <w:i/>
          <w:iCs/>
          <w:color w:val="auto"/>
          <w:sz w:val="28"/>
          <w:szCs w:val="28"/>
        </w:rPr>
        <w:t xml:space="preserve"> </w:t>
      </w:r>
      <w:proofErr w:type="spellStart"/>
      <w:r w:rsidRPr="00064DB1">
        <w:rPr>
          <w:i/>
          <w:iCs/>
          <w:color w:val="auto"/>
          <w:sz w:val="28"/>
          <w:szCs w:val="28"/>
        </w:rPr>
        <w:t>tạo</w:t>
      </w:r>
      <w:proofErr w:type="spellEnd"/>
      <w:r w:rsidRPr="00064DB1">
        <w:rPr>
          <w:i/>
          <w:iCs/>
          <w:color w:val="auto"/>
          <w:sz w:val="28"/>
          <w:szCs w:val="28"/>
        </w:rPr>
        <w:t xml:space="preserve"> </w:t>
      </w:r>
      <w:proofErr w:type="spellStart"/>
      <w:r w:rsidRPr="00064DB1">
        <w:rPr>
          <w:i/>
          <w:iCs/>
          <w:color w:val="auto"/>
          <w:sz w:val="28"/>
          <w:szCs w:val="28"/>
        </w:rPr>
        <w:t>quốc</w:t>
      </w:r>
      <w:proofErr w:type="spellEnd"/>
      <w:r w:rsidRPr="00064DB1">
        <w:rPr>
          <w:i/>
          <w:iCs/>
          <w:color w:val="auto"/>
          <w:sz w:val="28"/>
          <w:szCs w:val="28"/>
        </w:rPr>
        <w:t xml:space="preserve"> </w:t>
      </w:r>
      <w:proofErr w:type="spellStart"/>
      <w:r w:rsidRPr="00064DB1">
        <w:rPr>
          <w:i/>
          <w:iCs/>
          <w:color w:val="auto"/>
          <w:sz w:val="28"/>
          <w:szCs w:val="28"/>
        </w:rPr>
        <w:t>gia</w:t>
      </w:r>
      <w:proofErr w:type="spellEnd"/>
      <w:r w:rsidR="00B65ACF" w:rsidRPr="00064DB1">
        <w:rPr>
          <w:i/>
          <w:iCs/>
          <w:color w:val="auto"/>
          <w:sz w:val="28"/>
          <w:szCs w:val="28"/>
        </w:rPr>
        <w:t>)</w:t>
      </w:r>
      <w:r w:rsidRPr="00064DB1">
        <w:rPr>
          <w:color w:val="auto"/>
          <w:sz w:val="28"/>
          <w:szCs w:val="28"/>
        </w:rPr>
        <w:t>.</w:t>
      </w:r>
    </w:p>
    <w:p w14:paraId="77761C32" w14:textId="45C27658" w:rsidR="003672CC" w:rsidRPr="00064DB1" w:rsidRDefault="00661624" w:rsidP="000F4259">
      <w:pPr>
        <w:spacing w:after="60" w:line="380" w:lineRule="exact"/>
        <w:ind w:firstLine="567"/>
        <w:jc w:val="both"/>
        <w:rPr>
          <w:color w:val="auto"/>
          <w:sz w:val="28"/>
          <w:szCs w:val="28"/>
        </w:rPr>
      </w:pPr>
      <w:r w:rsidRPr="00064DB1">
        <w:rPr>
          <w:color w:val="auto"/>
          <w:sz w:val="28"/>
          <w:szCs w:val="28"/>
        </w:rPr>
        <w:t>e</w:t>
      </w:r>
      <w:r w:rsidR="003672CC" w:rsidRPr="00064DB1">
        <w:rPr>
          <w:color w:val="auto"/>
          <w:sz w:val="28"/>
          <w:szCs w:val="28"/>
        </w:rPr>
        <w:t xml:space="preserve">) Thông tin </w:t>
      </w:r>
      <w:proofErr w:type="spellStart"/>
      <w:r w:rsidR="003672CC" w:rsidRPr="00064DB1">
        <w:rPr>
          <w:color w:val="auto"/>
          <w:sz w:val="28"/>
          <w:szCs w:val="28"/>
        </w:rPr>
        <w:t>về</w:t>
      </w:r>
      <w:proofErr w:type="spellEnd"/>
      <w:r w:rsidR="003672CC" w:rsidRPr="00064DB1">
        <w:rPr>
          <w:color w:val="auto"/>
          <w:sz w:val="28"/>
          <w:szCs w:val="28"/>
        </w:rPr>
        <w:t xml:space="preserve"> </w:t>
      </w:r>
      <w:proofErr w:type="spellStart"/>
      <w:r w:rsidR="003672CC" w:rsidRPr="00064DB1">
        <w:rPr>
          <w:color w:val="auto"/>
          <w:sz w:val="28"/>
          <w:szCs w:val="28"/>
        </w:rPr>
        <w:t>năng</w:t>
      </w:r>
      <w:proofErr w:type="spellEnd"/>
      <w:r w:rsidR="003672CC" w:rsidRPr="00064DB1">
        <w:rPr>
          <w:color w:val="auto"/>
          <w:sz w:val="28"/>
          <w:szCs w:val="28"/>
        </w:rPr>
        <w:t xml:space="preserve"> </w:t>
      </w:r>
      <w:proofErr w:type="spellStart"/>
      <w:r w:rsidR="003672CC" w:rsidRPr="00064DB1">
        <w:rPr>
          <w:color w:val="auto"/>
          <w:sz w:val="28"/>
          <w:szCs w:val="28"/>
        </w:rPr>
        <w:t>lực</w:t>
      </w:r>
      <w:proofErr w:type="spellEnd"/>
      <w:r w:rsidR="003672CC" w:rsidRPr="00064DB1">
        <w:rPr>
          <w:color w:val="auto"/>
          <w:sz w:val="28"/>
          <w:szCs w:val="28"/>
        </w:rPr>
        <w:t xml:space="preserve"> </w:t>
      </w:r>
      <w:proofErr w:type="spellStart"/>
      <w:r w:rsidR="003672CC" w:rsidRPr="00064DB1">
        <w:rPr>
          <w:color w:val="auto"/>
          <w:sz w:val="28"/>
          <w:szCs w:val="28"/>
        </w:rPr>
        <w:t>của</w:t>
      </w:r>
      <w:proofErr w:type="spellEnd"/>
      <w:r w:rsidR="003672CC" w:rsidRPr="00064DB1">
        <w:rPr>
          <w:color w:val="auto"/>
          <w:sz w:val="28"/>
          <w:szCs w:val="28"/>
        </w:rPr>
        <w:t xml:space="preserve"> </w:t>
      </w:r>
      <w:proofErr w:type="spellStart"/>
      <w:r w:rsidR="003672CC" w:rsidRPr="00064DB1">
        <w:rPr>
          <w:color w:val="auto"/>
          <w:sz w:val="28"/>
          <w:szCs w:val="28"/>
        </w:rPr>
        <w:t>tổ</w:t>
      </w:r>
      <w:proofErr w:type="spellEnd"/>
      <w:r w:rsidR="003672CC" w:rsidRPr="00064DB1">
        <w:rPr>
          <w:color w:val="auto"/>
          <w:sz w:val="28"/>
          <w:szCs w:val="28"/>
        </w:rPr>
        <w:t xml:space="preserve"> </w:t>
      </w:r>
      <w:proofErr w:type="spellStart"/>
      <w:r w:rsidR="003672CC" w:rsidRPr="00064DB1">
        <w:rPr>
          <w:color w:val="auto"/>
          <w:sz w:val="28"/>
          <w:szCs w:val="28"/>
        </w:rPr>
        <w:t>chức</w:t>
      </w:r>
      <w:proofErr w:type="spellEnd"/>
      <w:r w:rsidR="003672CC" w:rsidRPr="00064DB1">
        <w:rPr>
          <w:color w:val="auto"/>
          <w:sz w:val="28"/>
          <w:szCs w:val="28"/>
        </w:rPr>
        <w:t xml:space="preserve"> </w:t>
      </w:r>
      <w:proofErr w:type="spellStart"/>
      <w:r w:rsidR="003672CC" w:rsidRPr="00064DB1">
        <w:rPr>
          <w:color w:val="auto"/>
          <w:sz w:val="28"/>
          <w:szCs w:val="28"/>
        </w:rPr>
        <w:t>đăng</w:t>
      </w:r>
      <w:proofErr w:type="spellEnd"/>
      <w:r w:rsidR="003672CC" w:rsidRPr="00064DB1">
        <w:rPr>
          <w:color w:val="auto"/>
          <w:sz w:val="28"/>
          <w:szCs w:val="28"/>
        </w:rPr>
        <w:t xml:space="preserve"> </w:t>
      </w:r>
      <w:proofErr w:type="spellStart"/>
      <w:r w:rsidR="003672CC" w:rsidRPr="00064DB1">
        <w:rPr>
          <w:color w:val="auto"/>
          <w:sz w:val="28"/>
          <w:szCs w:val="28"/>
        </w:rPr>
        <w:t>ký</w:t>
      </w:r>
      <w:proofErr w:type="spellEnd"/>
      <w:r w:rsidR="003672CC" w:rsidRPr="00064DB1">
        <w:rPr>
          <w:color w:val="auto"/>
          <w:sz w:val="28"/>
          <w:szCs w:val="28"/>
        </w:rPr>
        <w:t xml:space="preserve"> </w:t>
      </w:r>
      <w:proofErr w:type="spellStart"/>
      <w:r w:rsidR="003672CC" w:rsidRPr="00064DB1">
        <w:rPr>
          <w:color w:val="auto"/>
          <w:sz w:val="28"/>
          <w:szCs w:val="28"/>
        </w:rPr>
        <w:t>chủ</w:t>
      </w:r>
      <w:proofErr w:type="spellEnd"/>
      <w:r w:rsidR="003672CC" w:rsidRPr="00064DB1">
        <w:rPr>
          <w:color w:val="auto"/>
          <w:sz w:val="28"/>
          <w:szCs w:val="28"/>
        </w:rPr>
        <w:t xml:space="preserve"> </w:t>
      </w:r>
      <w:proofErr w:type="spellStart"/>
      <w:r w:rsidR="003672CC" w:rsidRPr="00064DB1">
        <w:rPr>
          <w:color w:val="auto"/>
          <w:sz w:val="28"/>
          <w:szCs w:val="28"/>
        </w:rPr>
        <w:t>trì</w:t>
      </w:r>
      <w:proofErr w:type="spellEnd"/>
      <w:r w:rsidR="003672CC" w:rsidRPr="00064DB1">
        <w:rPr>
          <w:color w:val="auto"/>
          <w:sz w:val="28"/>
          <w:szCs w:val="28"/>
        </w:rPr>
        <w:t xml:space="preserve">, </w:t>
      </w:r>
      <w:proofErr w:type="spellStart"/>
      <w:r w:rsidR="003672CC" w:rsidRPr="00064DB1">
        <w:rPr>
          <w:color w:val="auto"/>
          <w:sz w:val="28"/>
          <w:szCs w:val="28"/>
        </w:rPr>
        <w:t>lý</w:t>
      </w:r>
      <w:proofErr w:type="spellEnd"/>
      <w:r w:rsidR="003672CC" w:rsidRPr="00064DB1">
        <w:rPr>
          <w:color w:val="auto"/>
          <w:sz w:val="28"/>
          <w:szCs w:val="28"/>
        </w:rPr>
        <w:t xml:space="preserve"> </w:t>
      </w:r>
      <w:proofErr w:type="spellStart"/>
      <w:r w:rsidR="003672CC" w:rsidRPr="00064DB1">
        <w:rPr>
          <w:color w:val="auto"/>
          <w:sz w:val="28"/>
          <w:szCs w:val="28"/>
        </w:rPr>
        <w:t>lịch</w:t>
      </w:r>
      <w:proofErr w:type="spellEnd"/>
      <w:r w:rsidR="003672CC" w:rsidRPr="00064DB1">
        <w:rPr>
          <w:color w:val="auto"/>
          <w:sz w:val="28"/>
          <w:szCs w:val="28"/>
        </w:rPr>
        <w:t xml:space="preserve"> khoa </w:t>
      </w:r>
      <w:proofErr w:type="spellStart"/>
      <w:r w:rsidR="003672CC" w:rsidRPr="00064DB1">
        <w:rPr>
          <w:color w:val="auto"/>
          <w:sz w:val="28"/>
          <w:szCs w:val="28"/>
        </w:rPr>
        <w:t>học</w:t>
      </w:r>
      <w:proofErr w:type="spellEnd"/>
      <w:r w:rsidR="003672CC" w:rsidRPr="00064DB1">
        <w:rPr>
          <w:color w:val="auto"/>
          <w:sz w:val="28"/>
          <w:szCs w:val="28"/>
        </w:rPr>
        <w:t xml:space="preserve"> </w:t>
      </w:r>
      <w:proofErr w:type="spellStart"/>
      <w:r w:rsidR="003672CC" w:rsidRPr="00064DB1">
        <w:rPr>
          <w:color w:val="auto"/>
          <w:sz w:val="28"/>
          <w:szCs w:val="28"/>
        </w:rPr>
        <w:t>của</w:t>
      </w:r>
      <w:proofErr w:type="spellEnd"/>
      <w:r w:rsidR="003672CC" w:rsidRPr="00064DB1">
        <w:rPr>
          <w:color w:val="auto"/>
          <w:sz w:val="28"/>
          <w:szCs w:val="28"/>
        </w:rPr>
        <w:t xml:space="preserve"> </w:t>
      </w:r>
      <w:proofErr w:type="spellStart"/>
      <w:r w:rsidR="003672CC" w:rsidRPr="00064DB1">
        <w:rPr>
          <w:color w:val="auto"/>
          <w:sz w:val="28"/>
          <w:szCs w:val="28"/>
        </w:rPr>
        <w:t>cá</w:t>
      </w:r>
      <w:proofErr w:type="spellEnd"/>
      <w:r w:rsidR="003672CC" w:rsidRPr="00064DB1">
        <w:rPr>
          <w:color w:val="auto"/>
          <w:sz w:val="28"/>
          <w:szCs w:val="28"/>
        </w:rPr>
        <w:t xml:space="preserve"> </w:t>
      </w:r>
      <w:proofErr w:type="spellStart"/>
      <w:r w:rsidR="003672CC" w:rsidRPr="00064DB1">
        <w:rPr>
          <w:color w:val="auto"/>
          <w:sz w:val="28"/>
          <w:szCs w:val="28"/>
        </w:rPr>
        <w:t>nhân</w:t>
      </w:r>
      <w:proofErr w:type="spellEnd"/>
      <w:r w:rsidR="003672CC" w:rsidRPr="00064DB1">
        <w:rPr>
          <w:color w:val="auto"/>
          <w:sz w:val="28"/>
          <w:szCs w:val="28"/>
        </w:rPr>
        <w:t xml:space="preserve"> </w:t>
      </w:r>
      <w:proofErr w:type="spellStart"/>
      <w:r w:rsidR="003672CC" w:rsidRPr="00064DB1">
        <w:rPr>
          <w:color w:val="auto"/>
          <w:sz w:val="28"/>
          <w:szCs w:val="28"/>
        </w:rPr>
        <w:t>đăng</w:t>
      </w:r>
      <w:proofErr w:type="spellEnd"/>
      <w:r w:rsidR="003672CC" w:rsidRPr="00064DB1">
        <w:rPr>
          <w:color w:val="auto"/>
          <w:sz w:val="28"/>
          <w:szCs w:val="28"/>
        </w:rPr>
        <w:t xml:space="preserve"> </w:t>
      </w:r>
      <w:proofErr w:type="spellStart"/>
      <w:r w:rsidR="003672CC" w:rsidRPr="00064DB1">
        <w:rPr>
          <w:color w:val="auto"/>
          <w:sz w:val="28"/>
          <w:szCs w:val="28"/>
        </w:rPr>
        <w:t>ký</w:t>
      </w:r>
      <w:proofErr w:type="spellEnd"/>
      <w:r w:rsidR="003672CC" w:rsidRPr="00064DB1">
        <w:rPr>
          <w:color w:val="auto"/>
          <w:sz w:val="28"/>
          <w:szCs w:val="28"/>
        </w:rPr>
        <w:t xml:space="preserve"> </w:t>
      </w:r>
      <w:proofErr w:type="spellStart"/>
      <w:r w:rsidR="003672CC" w:rsidRPr="00064DB1">
        <w:rPr>
          <w:color w:val="auto"/>
          <w:sz w:val="28"/>
          <w:szCs w:val="28"/>
        </w:rPr>
        <w:t>làm</w:t>
      </w:r>
      <w:proofErr w:type="spellEnd"/>
      <w:r w:rsidR="003672CC" w:rsidRPr="00064DB1">
        <w:rPr>
          <w:color w:val="auto"/>
          <w:sz w:val="28"/>
          <w:szCs w:val="28"/>
        </w:rPr>
        <w:t xml:space="preserve"> </w:t>
      </w:r>
      <w:proofErr w:type="spellStart"/>
      <w:r w:rsidR="003672CC" w:rsidRPr="00064DB1">
        <w:rPr>
          <w:color w:val="auto"/>
          <w:sz w:val="28"/>
          <w:szCs w:val="28"/>
        </w:rPr>
        <w:t>chủ</w:t>
      </w:r>
      <w:proofErr w:type="spellEnd"/>
      <w:r w:rsidR="003672CC" w:rsidRPr="00064DB1">
        <w:rPr>
          <w:color w:val="auto"/>
          <w:sz w:val="28"/>
          <w:szCs w:val="28"/>
        </w:rPr>
        <w:t xml:space="preserve"> </w:t>
      </w:r>
      <w:proofErr w:type="spellStart"/>
      <w:r w:rsidR="003672CC" w:rsidRPr="00064DB1">
        <w:rPr>
          <w:color w:val="auto"/>
          <w:sz w:val="28"/>
          <w:szCs w:val="28"/>
        </w:rPr>
        <w:t>nhiệm</w:t>
      </w:r>
      <w:proofErr w:type="spellEnd"/>
      <w:r w:rsidR="003672CC" w:rsidRPr="00064DB1">
        <w:rPr>
          <w:color w:val="auto"/>
          <w:sz w:val="28"/>
          <w:szCs w:val="28"/>
        </w:rPr>
        <w:t xml:space="preserve"> </w:t>
      </w:r>
      <w:proofErr w:type="spellStart"/>
      <w:r w:rsidR="003672CC" w:rsidRPr="00064DB1">
        <w:rPr>
          <w:color w:val="auto"/>
          <w:sz w:val="28"/>
          <w:szCs w:val="28"/>
        </w:rPr>
        <w:t>và</w:t>
      </w:r>
      <w:proofErr w:type="spellEnd"/>
      <w:r w:rsidR="003672CC" w:rsidRPr="00064DB1">
        <w:rPr>
          <w:color w:val="auto"/>
          <w:sz w:val="28"/>
          <w:szCs w:val="28"/>
        </w:rPr>
        <w:t xml:space="preserve"> </w:t>
      </w:r>
      <w:proofErr w:type="spellStart"/>
      <w:r w:rsidR="003672CC" w:rsidRPr="00064DB1">
        <w:rPr>
          <w:color w:val="auto"/>
          <w:sz w:val="28"/>
          <w:szCs w:val="28"/>
        </w:rPr>
        <w:t>các</w:t>
      </w:r>
      <w:proofErr w:type="spellEnd"/>
      <w:r w:rsidR="003672CC" w:rsidRPr="00064DB1">
        <w:rPr>
          <w:color w:val="auto"/>
          <w:sz w:val="28"/>
          <w:szCs w:val="28"/>
        </w:rPr>
        <w:t xml:space="preserve"> </w:t>
      </w:r>
      <w:proofErr w:type="spellStart"/>
      <w:r w:rsidR="003672CC" w:rsidRPr="00064DB1">
        <w:rPr>
          <w:color w:val="auto"/>
          <w:sz w:val="28"/>
          <w:szCs w:val="28"/>
        </w:rPr>
        <w:t>thành</w:t>
      </w:r>
      <w:proofErr w:type="spellEnd"/>
      <w:r w:rsidR="003672CC" w:rsidRPr="00064DB1">
        <w:rPr>
          <w:color w:val="auto"/>
          <w:sz w:val="28"/>
          <w:szCs w:val="28"/>
        </w:rPr>
        <w:t xml:space="preserve"> </w:t>
      </w:r>
      <w:proofErr w:type="spellStart"/>
      <w:r w:rsidR="003672CC" w:rsidRPr="00064DB1">
        <w:rPr>
          <w:color w:val="auto"/>
          <w:sz w:val="28"/>
          <w:szCs w:val="28"/>
        </w:rPr>
        <w:t>viên</w:t>
      </w:r>
      <w:proofErr w:type="spellEnd"/>
      <w:r w:rsidR="003672CC" w:rsidRPr="00064DB1">
        <w:rPr>
          <w:color w:val="auto"/>
          <w:sz w:val="28"/>
          <w:szCs w:val="28"/>
        </w:rPr>
        <w:t xml:space="preserve"> </w:t>
      </w:r>
      <w:proofErr w:type="spellStart"/>
      <w:r w:rsidR="003672CC" w:rsidRPr="00064DB1">
        <w:rPr>
          <w:color w:val="auto"/>
          <w:sz w:val="28"/>
          <w:szCs w:val="28"/>
        </w:rPr>
        <w:t>nghiên</w:t>
      </w:r>
      <w:proofErr w:type="spellEnd"/>
      <w:r w:rsidR="003672CC" w:rsidRPr="00064DB1">
        <w:rPr>
          <w:color w:val="auto"/>
          <w:sz w:val="28"/>
          <w:szCs w:val="28"/>
        </w:rPr>
        <w:t xml:space="preserve"> </w:t>
      </w:r>
      <w:proofErr w:type="spellStart"/>
      <w:r w:rsidR="003672CC" w:rsidRPr="00064DB1">
        <w:rPr>
          <w:color w:val="auto"/>
          <w:sz w:val="28"/>
          <w:szCs w:val="28"/>
        </w:rPr>
        <w:t>cứu</w:t>
      </w:r>
      <w:proofErr w:type="spellEnd"/>
      <w:r w:rsidR="003672CC" w:rsidRPr="00064DB1">
        <w:rPr>
          <w:color w:val="auto"/>
          <w:sz w:val="28"/>
          <w:szCs w:val="28"/>
        </w:rPr>
        <w:t xml:space="preserve"> </w:t>
      </w:r>
      <w:proofErr w:type="spellStart"/>
      <w:r w:rsidR="003672CC" w:rsidRPr="00064DB1">
        <w:rPr>
          <w:color w:val="auto"/>
          <w:sz w:val="28"/>
          <w:szCs w:val="28"/>
        </w:rPr>
        <w:t>được</w:t>
      </w:r>
      <w:proofErr w:type="spellEnd"/>
      <w:r w:rsidR="003672CC" w:rsidRPr="00064DB1">
        <w:rPr>
          <w:color w:val="auto"/>
          <w:sz w:val="28"/>
          <w:szCs w:val="28"/>
        </w:rPr>
        <w:t xml:space="preserve"> </w:t>
      </w:r>
      <w:proofErr w:type="spellStart"/>
      <w:r w:rsidR="003672CC" w:rsidRPr="00064DB1">
        <w:rPr>
          <w:color w:val="auto"/>
          <w:sz w:val="28"/>
          <w:szCs w:val="28"/>
        </w:rPr>
        <w:t>cập</w:t>
      </w:r>
      <w:proofErr w:type="spellEnd"/>
      <w:r w:rsidR="003672CC" w:rsidRPr="00064DB1">
        <w:rPr>
          <w:color w:val="auto"/>
          <w:sz w:val="28"/>
          <w:szCs w:val="28"/>
        </w:rPr>
        <w:t xml:space="preserve"> </w:t>
      </w:r>
      <w:proofErr w:type="spellStart"/>
      <w:r w:rsidR="003672CC" w:rsidRPr="00064DB1">
        <w:rPr>
          <w:color w:val="auto"/>
          <w:sz w:val="28"/>
          <w:szCs w:val="28"/>
        </w:rPr>
        <w:t>nhật</w:t>
      </w:r>
      <w:proofErr w:type="spellEnd"/>
      <w:r w:rsidR="003672CC" w:rsidRPr="00064DB1">
        <w:rPr>
          <w:color w:val="auto"/>
          <w:sz w:val="28"/>
          <w:szCs w:val="28"/>
        </w:rPr>
        <w:t xml:space="preserve"> </w:t>
      </w:r>
      <w:proofErr w:type="spellStart"/>
      <w:r w:rsidR="003672CC" w:rsidRPr="00064DB1">
        <w:rPr>
          <w:color w:val="auto"/>
          <w:sz w:val="28"/>
          <w:szCs w:val="28"/>
        </w:rPr>
        <w:t>trên</w:t>
      </w:r>
      <w:proofErr w:type="spellEnd"/>
      <w:r w:rsidR="003672CC" w:rsidRPr="00064DB1">
        <w:rPr>
          <w:color w:val="auto"/>
          <w:sz w:val="28"/>
          <w:szCs w:val="28"/>
        </w:rPr>
        <w:t xml:space="preserve"> </w:t>
      </w:r>
      <w:proofErr w:type="spellStart"/>
      <w:r w:rsidR="003672CC" w:rsidRPr="00064DB1">
        <w:rPr>
          <w:color w:val="auto"/>
          <w:sz w:val="28"/>
          <w:szCs w:val="28"/>
        </w:rPr>
        <w:t>Nền</w:t>
      </w:r>
      <w:proofErr w:type="spellEnd"/>
      <w:r w:rsidR="003672CC" w:rsidRPr="00064DB1">
        <w:rPr>
          <w:color w:val="auto"/>
          <w:sz w:val="28"/>
          <w:szCs w:val="28"/>
        </w:rPr>
        <w:t xml:space="preserve"> </w:t>
      </w:r>
      <w:proofErr w:type="spellStart"/>
      <w:r w:rsidR="003672CC" w:rsidRPr="00064DB1">
        <w:rPr>
          <w:color w:val="auto"/>
          <w:sz w:val="28"/>
          <w:szCs w:val="28"/>
        </w:rPr>
        <w:t>tảng</w:t>
      </w:r>
      <w:proofErr w:type="spellEnd"/>
      <w:r w:rsidR="003672CC" w:rsidRPr="00064DB1">
        <w:rPr>
          <w:color w:val="auto"/>
          <w:sz w:val="28"/>
          <w:szCs w:val="28"/>
        </w:rPr>
        <w:t xml:space="preserve"> </w:t>
      </w:r>
      <w:proofErr w:type="spellStart"/>
      <w:r w:rsidR="003672CC" w:rsidRPr="00064DB1">
        <w:rPr>
          <w:color w:val="auto"/>
          <w:sz w:val="28"/>
          <w:szCs w:val="28"/>
        </w:rPr>
        <w:t>số</w:t>
      </w:r>
      <w:proofErr w:type="spellEnd"/>
      <w:r w:rsidR="003672CC" w:rsidRPr="00064DB1">
        <w:rPr>
          <w:color w:val="auto"/>
          <w:sz w:val="28"/>
          <w:szCs w:val="28"/>
        </w:rPr>
        <w:t xml:space="preserve"> </w:t>
      </w:r>
      <w:proofErr w:type="spellStart"/>
      <w:r w:rsidR="003672CC" w:rsidRPr="00064DB1">
        <w:rPr>
          <w:color w:val="auto"/>
          <w:sz w:val="28"/>
          <w:szCs w:val="28"/>
        </w:rPr>
        <w:t>quản</w:t>
      </w:r>
      <w:proofErr w:type="spellEnd"/>
      <w:r w:rsidR="003672CC" w:rsidRPr="00064DB1">
        <w:rPr>
          <w:color w:val="auto"/>
          <w:sz w:val="28"/>
          <w:szCs w:val="28"/>
        </w:rPr>
        <w:t xml:space="preserve"> </w:t>
      </w:r>
      <w:proofErr w:type="spellStart"/>
      <w:r w:rsidR="003672CC" w:rsidRPr="00064DB1">
        <w:rPr>
          <w:color w:val="auto"/>
          <w:sz w:val="28"/>
          <w:szCs w:val="28"/>
        </w:rPr>
        <w:t>lý</w:t>
      </w:r>
      <w:proofErr w:type="spellEnd"/>
      <w:r w:rsidR="003672CC" w:rsidRPr="00064DB1">
        <w:rPr>
          <w:color w:val="auto"/>
          <w:sz w:val="28"/>
          <w:szCs w:val="28"/>
        </w:rPr>
        <w:t xml:space="preserve"> khoa </w:t>
      </w:r>
      <w:proofErr w:type="spellStart"/>
      <w:r w:rsidR="003672CC" w:rsidRPr="00064DB1">
        <w:rPr>
          <w:color w:val="auto"/>
          <w:sz w:val="28"/>
          <w:szCs w:val="28"/>
        </w:rPr>
        <w:t>học</w:t>
      </w:r>
      <w:proofErr w:type="spellEnd"/>
      <w:r w:rsidR="003672CC" w:rsidRPr="00064DB1">
        <w:rPr>
          <w:color w:val="auto"/>
          <w:sz w:val="28"/>
          <w:szCs w:val="28"/>
        </w:rPr>
        <w:t xml:space="preserve">, </w:t>
      </w:r>
      <w:proofErr w:type="spellStart"/>
      <w:r w:rsidR="003672CC" w:rsidRPr="00064DB1">
        <w:rPr>
          <w:color w:val="auto"/>
          <w:sz w:val="28"/>
          <w:szCs w:val="28"/>
        </w:rPr>
        <w:t>công</w:t>
      </w:r>
      <w:proofErr w:type="spellEnd"/>
      <w:r w:rsidR="003672CC" w:rsidRPr="00064DB1">
        <w:rPr>
          <w:color w:val="auto"/>
          <w:sz w:val="28"/>
          <w:szCs w:val="28"/>
        </w:rPr>
        <w:t xml:space="preserve"> </w:t>
      </w:r>
      <w:proofErr w:type="spellStart"/>
      <w:r w:rsidR="003672CC" w:rsidRPr="00064DB1">
        <w:rPr>
          <w:color w:val="auto"/>
          <w:sz w:val="28"/>
          <w:szCs w:val="28"/>
        </w:rPr>
        <w:t>nghệ</w:t>
      </w:r>
      <w:proofErr w:type="spellEnd"/>
      <w:r w:rsidR="003672CC" w:rsidRPr="00064DB1">
        <w:rPr>
          <w:color w:val="auto"/>
          <w:sz w:val="28"/>
          <w:szCs w:val="28"/>
        </w:rPr>
        <w:t xml:space="preserve"> </w:t>
      </w:r>
      <w:proofErr w:type="spellStart"/>
      <w:r w:rsidR="003672CC" w:rsidRPr="00064DB1">
        <w:rPr>
          <w:color w:val="auto"/>
          <w:sz w:val="28"/>
          <w:szCs w:val="28"/>
        </w:rPr>
        <w:t>và</w:t>
      </w:r>
      <w:proofErr w:type="spellEnd"/>
      <w:r w:rsidR="003672CC" w:rsidRPr="00064DB1">
        <w:rPr>
          <w:color w:val="auto"/>
          <w:sz w:val="28"/>
          <w:szCs w:val="28"/>
        </w:rPr>
        <w:t xml:space="preserve"> </w:t>
      </w:r>
      <w:proofErr w:type="spellStart"/>
      <w:r w:rsidR="003672CC" w:rsidRPr="00064DB1">
        <w:rPr>
          <w:color w:val="auto"/>
          <w:sz w:val="28"/>
          <w:szCs w:val="28"/>
        </w:rPr>
        <w:t>đổi</w:t>
      </w:r>
      <w:proofErr w:type="spellEnd"/>
      <w:r w:rsidR="003672CC" w:rsidRPr="00064DB1">
        <w:rPr>
          <w:color w:val="auto"/>
          <w:sz w:val="28"/>
          <w:szCs w:val="28"/>
        </w:rPr>
        <w:t xml:space="preserve"> </w:t>
      </w:r>
      <w:proofErr w:type="spellStart"/>
      <w:r w:rsidR="003672CC" w:rsidRPr="00064DB1">
        <w:rPr>
          <w:color w:val="auto"/>
          <w:sz w:val="28"/>
          <w:szCs w:val="28"/>
        </w:rPr>
        <w:t>mới</w:t>
      </w:r>
      <w:proofErr w:type="spellEnd"/>
      <w:r w:rsidR="003672CC" w:rsidRPr="00064DB1">
        <w:rPr>
          <w:color w:val="auto"/>
          <w:sz w:val="28"/>
          <w:szCs w:val="28"/>
        </w:rPr>
        <w:t xml:space="preserve"> </w:t>
      </w:r>
      <w:proofErr w:type="spellStart"/>
      <w:r w:rsidR="003672CC" w:rsidRPr="00064DB1">
        <w:rPr>
          <w:color w:val="auto"/>
          <w:sz w:val="28"/>
          <w:szCs w:val="28"/>
        </w:rPr>
        <w:t>sáng</w:t>
      </w:r>
      <w:proofErr w:type="spellEnd"/>
      <w:r w:rsidR="003672CC" w:rsidRPr="00064DB1">
        <w:rPr>
          <w:color w:val="auto"/>
          <w:sz w:val="28"/>
          <w:szCs w:val="28"/>
        </w:rPr>
        <w:t xml:space="preserve"> </w:t>
      </w:r>
      <w:proofErr w:type="spellStart"/>
      <w:r w:rsidR="003672CC" w:rsidRPr="00064DB1">
        <w:rPr>
          <w:color w:val="auto"/>
          <w:sz w:val="28"/>
          <w:szCs w:val="28"/>
        </w:rPr>
        <w:t>tạo</w:t>
      </w:r>
      <w:proofErr w:type="spellEnd"/>
      <w:r w:rsidR="003672CC" w:rsidRPr="00064DB1">
        <w:rPr>
          <w:color w:val="auto"/>
          <w:sz w:val="28"/>
          <w:szCs w:val="28"/>
        </w:rPr>
        <w:t xml:space="preserve"> </w:t>
      </w:r>
      <w:proofErr w:type="spellStart"/>
      <w:r w:rsidR="003672CC" w:rsidRPr="00064DB1">
        <w:rPr>
          <w:color w:val="auto"/>
          <w:sz w:val="28"/>
          <w:szCs w:val="28"/>
        </w:rPr>
        <w:t>quốc</w:t>
      </w:r>
      <w:proofErr w:type="spellEnd"/>
      <w:r w:rsidR="003672CC" w:rsidRPr="00064DB1">
        <w:rPr>
          <w:color w:val="auto"/>
          <w:sz w:val="28"/>
          <w:szCs w:val="28"/>
        </w:rPr>
        <w:t xml:space="preserve"> </w:t>
      </w:r>
      <w:proofErr w:type="spellStart"/>
      <w:r w:rsidR="003672CC" w:rsidRPr="00064DB1">
        <w:rPr>
          <w:color w:val="auto"/>
          <w:sz w:val="28"/>
          <w:szCs w:val="28"/>
        </w:rPr>
        <w:t>gia</w:t>
      </w:r>
      <w:proofErr w:type="spellEnd"/>
      <w:r w:rsidR="003672CC" w:rsidRPr="00064DB1">
        <w:rPr>
          <w:color w:val="auto"/>
          <w:sz w:val="28"/>
          <w:szCs w:val="28"/>
        </w:rPr>
        <w:t xml:space="preserve"> </w:t>
      </w:r>
      <w:proofErr w:type="spellStart"/>
      <w:r w:rsidR="003672CC" w:rsidRPr="00064DB1">
        <w:rPr>
          <w:color w:val="auto"/>
          <w:sz w:val="28"/>
          <w:szCs w:val="28"/>
        </w:rPr>
        <w:t>theo</w:t>
      </w:r>
      <w:proofErr w:type="spellEnd"/>
      <w:r w:rsidR="003672CC" w:rsidRPr="00064DB1">
        <w:rPr>
          <w:color w:val="auto"/>
          <w:sz w:val="28"/>
          <w:szCs w:val="28"/>
        </w:rPr>
        <w:t xml:space="preserve"> </w:t>
      </w:r>
      <w:proofErr w:type="spellStart"/>
      <w:r w:rsidR="003672CC" w:rsidRPr="00064DB1">
        <w:rPr>
          <w:color w:val="auto"/>
          <w:sz w:val="28"/>
          <w:szCs w:val="28"/>
        </w:rPr>
        <w:t>quy</w:t>
      </w:r>
      <w:proofErr w:type="spellEnd"/>
      <w:r w:rsidR="003672CC" w:rsidRPr="00064DB1">
        <w:rPr>
          <w:color w:val="auto"/>
          <w:sz w:val="28"/>
          <w:szCs w:val="28"/>
        </w:rPr>
        <w:t xml:space="preserve"> </w:t>
      </w:r>
      <w:proofErr w:type="spellStart"/>
      <w:r w:rsidR="003672CC" w:rsidRPr="00064DB1">
        <w:rPr>
          <w:color w:val="auto"/>
          <w:sz w:val="28"/>
          <w:szCs w:val="28"/>
        </w:rPr>
        <w:t>định</w:t>
      </w:r>
      <w:proofErr w:type="spellEnd"/>
      <w:r w:rsidR="003672CC" w:rsidRPr="00064DB1">
        <w:rPr>
          <w:color w:val="auto"/>
          <w:sz w:val="28"/>
          <w:szCs w:val="28"/>
        </w:rPr>
        <w:t>.</w:t>
      </w:r>
    </w:p>
    <w:p w14:paraId="7B5B3E7E" w14:textId="524EEAFE" w:rsidR="00B65ACF" w:rsidRPr="00064DB1" w:rsidRDefault="00286C8F" w:rsidP="00A52503">
      <w:pPr>
        <w:spacing w:after="60" w:line="380" w:lineRule="exact"/>
        <w:ind w:firstLine="567"/>
        <w:jc w:val="both"/>
        <w:rPr>
          <w:color w:val="auto"/>
          <w:sz w:val="28"/>
          <w:szCs w:val="28"/>
        </w:rPr>
      </w:pPr>
      <w:r w:rsidRPr="00064DB1">
        <w:rPr>
          <w:color w:val="auto"/>
          <w:sz w:val="28"/>
          <w:szCs w:val="28"/>
        </w:rPr>
        <w:t xml:space="preserve">f) </w:t>
      </w:r>
      <w:proofErr w:type="spellStart"/>
      <w:r w:rsidRPr="00064DB1">
        <w:rPr>
          <w:color w:val="auto"/>
          <w:sz w:val="28"/>
          <w:szCs w:val="28"/>
        </w:rPr>
        <w:t>Dự</w:t>
      </w:r>
      <w:proofErr w:type="spellEnd"/>
      <w:r w:rsidRPr="00064DB1">
        <w:rPr>
          <w:color w:val="auto"/>
          <w:sz w:val="28"/>
          <w:szCs w:val="28"/>
        </w:rPr>
        <w:t xml:space="preserve"> </w:t>
      </w:r>
      <w:proofErr w:type="spellStart"/>
      <w:r w:rsidRPr="00064DB1">
        <w:rPr>
          <w:color w:val="auto"/>
          <w:sz w:val="28"/>
          <w:szCs w:val="28"/>
        </w:rPr>
        <w:t>toán</w:t>
      </w:r>
      <w:proofErr w:type="spellEnd"/>
      <w:r w:rsidRPr="00064DB1">
        <w:rPr>
          <w:color w:val="auto"/>
          <w:sz w:val="28"/>
          <w:szCs w:val="28"/>
        </w:rPr>
        <w:t xml:space="preserve"> </w:t>
      </w:r>
      <w:proofErr w:type="spellStart"/>
      <w:r w:rsidRPr="00064DB1">
        <w:rPr>
          <w:color w:val="auto"/>
          <w:sz w:val="28"/>
          <w:szCs w:val="28"/>
        </w:rPr>
        <w:t>kinh</w:t>
      </w:r>
      <w:proofErr w:type="spellEnd"/>
      <w:r w:rsidRPr="00064DB1">
        <w:rPr>
          <w:color w:val="auto"/>
          <w:sz w:val="28"/>
          <w:szCs w:val="28"/>
        </w:rPr>
        <w:t xml:space="preserve"> </w:t>
      </w:r>
      <w:proofErr w:type="spellStart"/>
      <w:r w:rsidRPr="00064DB1">
        <w:rPr>
          <w:color w:val="auto"/>
          <w:sz w:val="28"/>
          <w:szCs w:val="28"/>
        </w:rPr>
        <w:t>phí</w:t>
      </w:r>
      <w:proofErr w:type="spellEnd"/>
      <w:r w:rsidRPr="00064DB1">
        <w:rPr>
          <w:color w:val="auto"/>
          <w:sz w:val="28"/>
          <w:szCs w:val="28"/>
        </w:rPr>
        <w:t xml:space="preserve"> </w:t>
      </w: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Pr="00064DB1">
        <w:rPr>
          <w:color w:val="auto"/>
          <w:sz w:val="28"/>
          <w:szCs w:val="28"/>
        </w:rPr>
        <w:t>nhiệm</w:t>
      </w:r>
      <w:proofErr w:type="spellEnd"/>
      <w:r w:rsidRPr="00064DB1">
        <w:rPr>
          <w:color w:val="auto"/>
          <w:sz w:val="28"/>
          <w:szCs w:val="28"/>
        </w:rPr>
        <w:t xml:space="preserve"> </w:t>
      </w:r>
      <w:proofErr w:type="spellStart"/>
      <w:r w:rsidRPr="00064DB1">
        <w:rPr>
          <w:color w:val="auto"/>
          <w:sz w:val="28"/>
          <w:szCs w:val="28"/>
        </w:rPr>
        <w:t>vụ</w:t>
      </w:r>
      <w:proofErr w:type="spellEnd"/>
      <w:r w:rsidRPr="00064DB1">
        <w:rPr>
          <w:color w:val="auto"/>
          <w:sz w:val="28"/>
          <w:szCs w:val="28"/>
        </w:rPr>
        <w:t xml:space="preserve"> </w:t>
      </w:r>
      <w:proofErr w:type="spellStart"/>
      <w:r w:rsidRPr="00064DB1">
        <w:rPr>
          <w:color w:val="auto"/>
          <w:sz w:val="28"/>
          <w:szCs w:val="28"/>
        </w:rPr>
        <w:t>theo</w:t>
      </w:r>
      <w:proofErr w:type="spellEnd"/>
      <w:r w:rsidRPr="00064DB1">
        <w:rPr>
          <w:color w:val="auto"/>
          <w:sz w:val="28"/>
          <w:szCs w:val="28"/>
        </w:rPr>
        <w:t xml:space="preserve"> </w:t>
      </w:r>
      <w:proofErr w:type="spellStart"/>
      <w:r w:rsidRPr="00064DB1">
        <w:rPr>
          <w:color w:val="auto"/>
          <w:sz w:val="28"/>
          <w:szCs w:val="28"/>
        </w:rPr>
        <w:t>Biểu</w:t>
      </w:r>
      <w:proofErr w:type="spellEnd"/>
      <w:r w:rsidRPr="00064DB1">
        <w:rPr>
          <w:color w:val="auto"/>
          <w:sz w:val="28"/>
          <w:szCs w:val="28"/>
        </w:rPr>
        <w:t xml:space="preserve"> </w:t>
      </w:r>
      <w:proofErr w:type="spellStart"/>
      <w:r w:rsidRPr="00064DB1">
        <w:rPr>
          <w:color w:val="auto"/>
          <w:sz w:val="28"/>
          <w:szCs w:val="28"/>
        </w:rPr>
        <w:t>mẫu</w:t>
      </w:r>
      <w:proofErr w:type="spellEnd"/>
      <w:r w:rsidRPr="00064DB1">
        <w:rPr>
          <w:color w:val="auto"/>
          <w:sz w:val="28"/>
          <w:szCs w:val="28"/>
        </w:rPr>
        <w:t xml:space="preserve"> BM-15 ban </w:t>
      </w:r>
      <w:proofErr w:type="spellStart"/>
      <w:r w:rsidRPr="00064DB1">
        <w:rPr>
          <w:color w:val="auto"/>
          <w:sz w:val="28"/>
          <w:szCs w:val="28"/>
        </w:rPr>
        <w:t>hành</w:t>
      </w:r>
      <w:proofErr w:type="spellEnd"/>
      <w:r w:rsidRPr="00064DB1">
        <w:rPr>
          <w:color w:val="auto"/>
          <w:sz w:val="28"/>
          <w:szCs w:val="28"/>
        </w:rPr>
        <w:t xml:space="preserve"> </w:t>
      </w:r>
      <w:proofErr w:type="spellStart"/>
      <w:r w:rsidRPr="00064DB1">
        <w:rPr>
          <w:color w:val="auto"/>
          <w:sz w:val="28"/>
          <w:szCs w:val="28"/>
        </w:rPr>
        <w:t>kèm</w:t>
      </w:r>
      <w:proofErr w:type="spellEnd"/>
      <w:r w:rsidRPr="00064DB1">
        <w:rPr>
          <w:color w:val="auto"/>
          <w:sz w:val="28"/>
          <w:szCs w:val="28"/>
        </w:rPr>
        <w:t xml:space="preserve"> </w:t>
      </w:r>
      <w:proofErr w:type="spellStart"/>
      <w:r w:rsidRPr="00064DB1">
        <w:rPr>
          <w:color w:val="auto"/>
          <w:sz w:val="28"/>
          <w:szCs w:val="28"/>
        </w:rPr>
        <w:t>theo</w:t>
      </w:r>
      <w:proofErr w:type="spellEnd"/>
      <w:r w:rsidRPr="00064DB1">
        <w:rPr>
          <w:color w:val="auto"/>
          <w:sz w:val="28"/>
          <w:szCs w:val="28"/>
        </w:rPr>
        <w:t xml:space="preserve"> Thông </w:t>
      </w:r>
      <w:proofErr w:type="spellStart"/>
      <w:r w:rsidRPr="00064DB1">
        <w:rPr>
          <w:color w:val="auto"/>
          <w:sz w:val="28"/>
          <w:szCs w:val="28"/>
        </w:rPr>
        <w:t>tư</w:t>
      </w:r>
      <w:proofErr w:type="spellEnd"/>
      <w:r w:rsidRPr="00064DB1">
        <w:rPr>
          <w:color w:val="auto"/>
          <w:sz w:val="28"/>
          <w:szCs w:val="28"/>
        </w:rPr>
        <w:t xml:space="preserve"> </w:t>
      </w:r>
      <w:proofErr w:type="spellStart"/>
      <w:r w:rsidRPr="00064DB1">
        <w:rPr>
          <w:color w:val="auto"/>
          <w:sz w:val="28"/>
          <w:szCs w:val="28"/>
        </w:rPr>
        <w:t>số</w:t>
      </w:r>
      <w:proofErr w:type="spellEnd"/>
      <w:r w:rsidRPr="00064DB1">
        <w:rPr>
          <w:color w:val="auto"/>
          <w:sz w:val="28"/>
          <w:szCs w:val="28"/>
        </w:rPr>
        <w:t xml:space="preserve"> 36/2025/TT-BKHCN, do </w:t>
      </w:r>
      <w:proofErr w:type="spellStart"/>
      <w:r w:rsidRPr="00064DB1">
        <w:rPr>
          <w:color w:val="auto"/>
          <w:sz w:val="28"/>
          <w:szCs w:val="28"/>
        </w:rPr>
        <w:t>tổ</w:t>
      </w:r>
      <w:proofErr w:type="spellEnd"/>
      <w:r w:rsidRPr="00064DB1">
        <w:rPr>
          <w:color w:val="auto"/>
          <w:sz w:val="28"/>
          <w:szCs w:val="28"/>
        </w:rPr>
        <w:t xml:space="preserve"> </w:t>
      </w:r>
      <w:proofErr w:type="spellStart"/>
      <w:r w:rsidRPr="00064DB1">
        <w:rPr>
          <w:color w:val="auto"/>
          <w:sz w:val="28"/>
          <w:szCs w:val="28"/>
        </w:rPr>
        <w:t>chức</w:t>
      </w:r>
      <w:proofErr w:type="spellEnd"/>
      <w:r w:rsidRPr="00064DB1">
        <w:rPr>
          <w:color w:val="auto"/>
          <w:sz w:val="28"/>
          <w:szCs w:val="28"/>
        </w:rPr>
        <w:t xml:space="preserve"> </w:t>
      </w:r>
      <w:proofErr w:type="spellStart"/>
      <w:r w:rsidRPr="00064DB1">
        <w:rPr>
          <w:color w:val="auto"/>
          <w:sz w:val="28"/>
          <w:szCs w:val="28"/>
        </w:rPr>
        <w:t>đăng</w:t>
      </w:r>
      <w:proofErr w:type="spellEnd"/>
      <w:r w:rsidRPr="00064DB1">
        <w:rPr>
          <w:color w:val="auto"/>
          <w:sz w:val="28"/>
          <w:szCs w:val="28"/>
        </w:rPr>
        <w:t xml:space="preserve"> </w:t>
      </w:r>
      <w:proofErr w:type="spellStart"/>
      <w:r w:rsidRPr="00064DB1">
        <w:rPr>
          <w:color w:val="auto"/>
          <w:sz w:val="28"/>
          <w:szCs w:val="28"/>
        </w:rPr>
        <w:t>ký</w:t>
      </w:r>
      <w:proofErr w:type="spellEnd"/>
      <w:r w:rsidRPr="00064DB1">
        <w:rPr>
          <w:color w:val="auto"/>
          <w:sz w:val="28"/>
          <w:szCs w:val="28"/>
        </w:rPr>
        <w:t xml:space="preserve"> </w:t>
      </w:r>
      <w:proofErr w:type="spellStart"/>
      <w:r w:rsidRPr="00064DB1">
        <w:rPr>
          <w:color w:val="auto"/>
          <w:sz w:val="28"/>
          <w:szCs w:val="28"/>
        </w:rPr>
        <w:t>chủ</w:t>
      </w:r>
      <w:proofErr w:type="spellEnd"/>
      <w:r w:rsidRPr="00064DB1">
        <w:rPr>
          <w:color w:val="auto"/>
          <w:sz w:val="28"/>
          <w:szCs w:val="28"/>
        </w:rPr>
        <w:t xml:space="preserve"> </w:t>
      </w:r>
      <w:proofErr w:type="spellStart"/>
      <w:r w:rsidRPr="00064DB1">
        <w:rPr>
          <w:color w:val="auto"/>
          <w:sz w:val="28"/>
          <w:szCs w:val="28"/>
        </w:rPr>
        <w:t>trì</w:t>
      </w:r>
      <w:proofErr w:type="spellEnd"/>
      <w:r w:rsidRPr="00064DB1">
        <w:rPr>
          <w:color w:val="auto"/>
          <w:sz w:val="28"/>
          <w:szCs w:val="28"/>
        </w:rPr>
        <w:t xml:space="preserve"> </w:t>
      </w:r>
      <w:proofErr w:type="spellStart"/>
      <w:r w:rsidRPr="00064DB1">
        <w:rPr>
          <w:color w:val="auto"/>
          <w:sz w:val="28"/>
          <w:szCs w:val="28"/>
        </w:rPr>
        <w:t>xây</w:t>
      </w:r>
      <w:proofErr w:type="spellEnd"/>
      <w:r w:rsidRPr="00064DB1">
        <w:rPr>
          <w:color w:val="auto"/>
          <w:sz w:val="28"/>
          <w:szCs w:val="28"/>
        </w:rPr>
        <w:t xml:space="preserve"> </w:t>
      </w:r>
      <w:proofErr w:type="spellStart"/>
      <w:r w:rsidRPr="00064DB1">
        <w:rPr>
          <w:color w:val="auto"/>
          <w:sz w:val="28"/>
          <w:szCs w:val="28"/>
        </w:rPr>
        <w:t>dựng</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w:t>
      </w:r>
      <w:proofErr w:type="spellStart"/>
      <w:r w:rsidRPr="00064DB1">
        <w:rPr>
          <w:color w:val="auto"/>
          <w:sz w:val="28"/>
          <w:szCs w:val="28"/>
        </w:rPr>
        <w:t>gửi</w:t>
      </w:r>
      <w:proofErr w:type="spellEnd"/>
      <w:r w:rsidRPr="00064DB1">
        <w:rPr>
          <w:color w:val="auto"/>
          <w:sz w:val="28"/>
          <w:szCs w:val="28"/>
        </w:rPr>
        <w:t xml:space="preserve"> </w:t>
      </w:r>
      <w:proofErr w:type="spellStart"/>
      <w:r w:rsidRPr="00064DB1">
        <w:rPr>
          <w:color w:val="auto"/>
          <w:sz w:val="28"/>
          <w:szCs w:val="28"/>
        </w:rPr>
        <w:t>kèm</w:t>
      </w:r>
      <w:proofErr w:type="spellEnd"/>
      <w:r w:rsidRPr="00064DB1">
        <w:rPr>
          <w:color w:val="auto"/>
          <w:sz w:val="28"/>
          <w:szCs w:val="28"/>
        </w:rPr>
        <w:t xml:space="preserve"> </w:t>
      </w:r>
      <w:proofErr w:type="spellStart"/>
      <w:r w:rsidRPr="00064DB1">
        <w:rPr>
          <w:color w:val="auto"/>
          <w:sz w:val="28"/>
          <w:szCs w:val="28"/>
        </w:rPr>
        <w:t>hồ</w:t>
      </w:r>
      <w:proofErr w:type="spellEnd"/>
      <w:r w:rsidRPr="00064DB1">
        <w:rPr>
          <w:color w:val="auto"/>
          <w:sz w:val="28"/>
          <w:szCs w:val="28"/>
        </w:rPr>
        <w:t xml:space="preserve"> </w:t>
      </w:r>
      <w:proofErr w:type="spellStart"/>
      <w:r w:rsidRPr="00064DB1">
        <w:rPr>
          <w:color w:val="auto"/>
          <w:sz w:val="28"/>
          <w:szCs w:val="28"/>
        </w:rPr>
        <w:t>sơ</w:t>
      </w:r>
      <w:proofErr w:type="spellEnd"/>
      <w:r w:rsidRPr="00064DB1">
        <w:rPr>
          <w:color w:val="auto"/>
          <w:sz w:val="28"/>
          <w:szCs w:val="28"/>
        </w:rPr>
        <w:t xml:space="preserve"> </w:t>
      </w:r>
      <w:proofErr w:type="spellStart"/>
      <w:r w:rsidRPr="00064DB1">
        <w:rPr>
          <w:color w:val="auto"/>
          <w:sz w:val="28"/>
          <w:szCs w:val="28"/>
        </w:rPr>
        <w:t>thuyết</w:t>
      </w:r>
      <w:proofErr w:type="spellEnd"/>
      <w:r w:rsidRPr="00064DB1">
        <w:rPr>
          <w:color w:val="auto"/>
          <w:sz w:val="28"/>
          <w:szCs w:val="28"/>
        </w:rPr>
        <w:t xml:space="preserve"> </w:t>
      </w:r>
      <w:proofErr w:type="spellStart"/>
      <w:r w:rsidRPr="00064DB1">
        <w:rPr>
          <w:color w:val="auto"/>
          <w:sz w:val="28"/>
          <w:szCs w:val="28"/>
        </w:rPr>
        <w:t>minh</w:t>
      </w:r>
      <w:proofErr w:type="spellEnd"/>
      <w:r w:rsidRPr="00064DB1">
        <w:rPr>
          <w:color w:val="auto"/>
          <w:sz w:val="28"/>
          <w:szCs w:val="28"/>
        </w:rPr>
        <w:t xml:space="preserve">. </w:t>
      </w:r>
      <w:proofErr w:type="spellStart"/>
      <w:r w:rsidRPr="00064DB1">
        <w:rPr>
          <w:color w:val="auto"/>
          <w:sz w:val="28"/>
          <w:szCs w:val="28"/>
        </w:rPr>
        <w:t>Dự</w:t>
      </w:r>
      <w:proofErr w:type="spellEnd"/>
      <w:r w:rsidRPr="00064DB1">
        <w:rPr>
          <w:color w:val="auto"/>
          <w:sz w:val="28"/>
          <w:szCs w:val="28"/>
        </w:rPr>
        <w:t xml:space="preserve"> </w:t>
      </w:r>
      <w:proofErr w:type="spellStart"/>
      <w:r w:rsidRPr="00064DB1">
        <w:rPr>
          <w:color w:val="auto"/>
          <w:sz w:val="28"/>
          <w:szCs w:val="28"/>
        </w:rPr>
        <w:t>toán</w:t>
      </w:r>
      <w:proofErr w:type="spellEnd"/>
      <w:r w:rsidRPr="00064DB1">
        <w:rPr>
          <w:color w:val="auto"/>
          <w:sz w:val="28"/>
          <w:szCs w:val="28"/>
        </w:rPr>
        <w:t xml:space="preserve"> </w:t>
      </w:r>
      <w:proofErr w:type="spellStart"/>
      <w:r w:rsidRPr="00064DB1">
        <w:rPr>
          <w:color w:val="auto"/>
          <w:sz w:val="28"/>
          <w:szCs w:val="28"/>
        </w:rPr>
        <w:t>phải</w:t>
      </w:r>
      <w:proofErr w:type="spellEnd"/>
      <w:r w:rsidRPr="00064DB1">
        <w:rPr>
          <w:color w:val="auto"/>
          <w:sz w:val="28"/>
          <w:szCs w:val="28"/>
        </w:rPr>
        <w:t xml:space="preserve"> </w:t>
      </w:r>
      <w:proofErr w:type="spellStart"/>
      <w:r w:rsidRPr="00064DB1">
        <w:rPr>
          <w:color w:val="auto"/>
          <w:sz w:val="28"/>
          <w:szCs w:val="28"/>
        </w:rPr>
        <w:t>phù</w:t>
      </w:r>
      <w:proofErr w:type="spellEnd"/>
      <w:r w:rsidRPr="00064DB1">
        <w:rPr>
          <w:color w:val="auto"/>
          <w:sz w:val="28"/>
          <w:szCs w:val="28"/>
        </w:rPr>
        <w:t xml:space="preserve"> </w:t>
      </w:r>
      <w:proofErr w:type="spellStart"/>
      <w:r w:rsidRPr="00064DB1">
        <w:rPr>
          <w:color w:val="auto"/>
          <w:sz w:val="28"/>
          <w:szCs w:val="28"/>
        </w:rPr>
        <w:t>hợp</w:t>
      </w:r>
      <w:proofErr w:type="spellEnd"/>
      <w:r w:rsidRPr="00064DB1">
        <w:rPr>
          <w:color w:val="auto"/>
          <w:sz w:val="28"/>
          <w:szCs w:val="28"/>
        </w:rPr>
        <w:t xml:space="preserve"> </w:t>
      </w:r>
      <w:proofErr w:type="spellStart"/>
      <w:r w:rsidRPr="00064DB1">
        <w:rPr>
          <w:color w:val="auto"/>
          <w:sz w:val="28"/>
          <w:szCs w:val="28"/>
        </w:rPr>
        <w:t>với</w:t>
      </w:r>
      <w:proofErr w:type="spellEnd"/>
      <w:r w:rsidRPr="00064DB1">
        <w:rPr>
          <w:color w:val="auto"/>
          <w:sz w:val="28"/>
          <w:szCs w:val="28"/>
        </w:rPr>
        <w:t xml:space="preserve"> </w:t>
      </w:r>
      <w:proofErr w:type="spellStart"/>
      <w:r w:rsidRPr="00064DB1">
        <w:rPr>
          <w:color w:val="auto"/>
          <w:sz w:val="28"/>
          <w:szCs w:val="28"/>
        </w:rPr>
        <w:t>quy</w:t>
      </w:r>
      <w:proofErr w:type="spellEnd"/>
      <w:r w:rsidRPr="00064DB1">
        <w:rPr>
          <w:color w:val="auto"/>
          <w:sz w:val="28"/>
          <w:szCs w:val="28"/>
        </w:rPr>
        <w:t xml:space="preserve"> </w:t>
      </w:r>
      <w:proofErr w:type="spellStart"/>
      <w:r w:rsidRPr="00064DB1">
        <w:rPr>
          <w:color w:val="auto"/>
          <w:sz w:val="28"/>
          <w:szCs w:val="28"/>
        </w:rPr>
        <w:t>mô</w:t>
      </w:r>
      <w:proofErr w:type="spellEnd"/>
      <w:r w:rsidRPr="00064DB1">
        <w:rPr>
          <w:color w:val="auto"/>
          <w:sz w:val="28"/>
          <w:szCs w:val="28"/>
        </w:rPr>
        <w:t xml:space="preserve">, </w:t>
      </w:r>
      <w:proofErr w:type="spellStart"/>
      <w:r w:rsidRPr="00064DB1">
        <w:rPr>
          <w:color w:val="auto"/>
          <w:sz w:val="28"/>
          <w:szCs w:val="28"/>
        </w:rPr>
        <w:t>nội</w:t>
      </w:r>
      <w:proofErr w:type="spellEnd"/>
      <w:r w:rsidRPr="00064DB1">
        <w:rPr>
          <w:color w:val="auto"/>
          <w:sz w:val="28"/>
          <w:szCs w:val="28"/>
        </w:rPr>
        <w:t xml:space="preserve"> dung, </w:t>
      </w:r>
      <w:proofErr w:type="spellStart"/>
      <w:r w:rsidRPr="00064DB1">
        <w:rPr>
          <w:color w:val="auto"/>
          <w:sz w:val="28"/>
          <w:szCs w:val="28"/>
        </w:rPr>
        <w:t>tiến</w:t>
      </w:r>
      <w:proofErr w:type="spellEnd"/>
      <w:r w:rsidRPr="00064DB1">
        <w:rPr>
          <w:color w:val="auto"/>
          <w:sz w:val="28"/>
          <w:szCs w:val="28"/>
        </w:rPr>
        <w:t xml:space="preserve"> </w:t>
      </w:r>
      <w:proofErr w:type="spellStart"/>
      <w:r w:rsidRPr="00064DB1">
        <w:rPr>
          <w:color w:val="auto"/>
          <w:sz w:val="28"/>
          <w:szCs w:val="28"/>
        </w:rPr>
        <w:t>độ</w:t>
      </w:r>
      <w:proofErr w:type="spellEnd"/>
      <w:r w:rsidRPr="00064DB1">
        <w:rPr>
          <w:color w:val="auto"/>
          <w:sz w:val="28"/>
          <w:szCs w:val="28"/>
        </w:rPr>
        <w:t xml:space="preserve"> </w:t>
      </w: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Pr="00064DB1">
        <w:rPr>
          <w:color w:val="auto"/>
          <w:sz w:val="28"/>
          <w:szCs w:val="28"/>
        </w:rPr>
        <w:t>sản</w:t>
      </w:r>
      <w:proofErr w:type="spellEnd"/>
      <w:r w:rsidRPr="00064DB1">
        <w:rPr>
          <w:color w:val="auto"/>
          <w:sz w:val="28"/>
          <w:szCs w:val="28"/>
        </w:rPr>
        <w:t xml:space="preserve"> </w:t>
      </w:r>
      <w:proofErr w:type="spellStart"/>
      <w:r w:rsidRPr="00064DB1">
        <w:rPr>
          <w:color w:val="auto"/>
          <w:sz w:val="28"/>
          <w:szCs w:val="28"/>
        </w:rPr>
        <w:t>phẩm</w:t>
      </w:r>
      <w:proofErr w:type="spellEnd"/>
      <w:r w:rsidRPr="00064DB1">
        <w:rPr>
          <w:color w:val="auto"/>
          <w:sz w:val="28"/>
          <w:szCs w:val="28"/>
        </w:rPr>
        <w:t xml:space="preserve"> </w:t>
      </w:r>
      <w:proofErr w:type="spellStart"/>
      <w:r w:rsidRPr="00064DB1">
        <w:rPr>
          <w:color w:val="auto"/>
          <w:sz w:val="28"/>
          <w:szCs w:val="28"/>
        </w:rPr>
        <w:t>dự</w:t>
      </w:r>
      <w:proofErr w:type="spellEnd"/>
      <w:r w:rsidRPr="00064DB1">
        <w:rPr>
          <w:color w:val="auto"/>
          <w:sz w:val="28"/>
          <w:szCs w:val="28"/>
        </w:rPr>
        <w:t xml:space="preserve"> </w:t>
      </w:r>
      <w:proofErr w:type="spellStart"/>
      <w:r w:rsidRPr="00064DB1">
        <w:rPr>
          <w:color w:val="auto"/>
          <w:sz w:val="28"/>
          <w:szCs w:val="28"/>
        </w:rPr>
        <w:t>kiến</w:t>
      </w:r>
      <w:proofErr w:type="spellEnd"/>
      <w:r w:rsidRPr="00064DB1">
        <w:rPr>
          <w:color w:val="auto"/>
          <w:sz w:val="28"/>
          <w:szCs w:val="28"/>
        </w:rPr>
        <w:t xml:space="preserve"> </w:t>
      </w:r>
      <w:proofErr w:type="spellStart"/>
      <w:r w:rsidRPr="00064DB1">
        <w:rPr>
          <w:color w:val="auto"/>
          <w:sz w:val="28"/>
          <w:szCs w:val="28"/>
        </w:rPr>
        <w:t>của</w:t>
      </w:r>
      <w:proofErr w:type="spellEnd"/>
      <w:r w:rsidRPr="00064DB1">
        <w:rPr>
          <w:color w:val="auto"/>
          <w:sz w:val="28"/>
          <w:szCs w:val="28"/>
        </w:rPr>
        <w:t xml:space="preserve"> </w:t>
      </w:r>
      <w:proofErr w:type="spellStart"/>
      <w:r w:rsidRPr="00064DB1">
        <w:rPr>
          <w:color w:val="auto"/>
          <w:sz w:val="28"/>
          <w:szCs w:val="28"/>
        </w:rPr>
        <w:t>nhiệm</w:t>
      </w:r>
      <w:proofErr w:type="spellEnd"/>
      <w:r w:rsidRPr="00064DB1">
        <w:rPr>
          <w:color w:val="auto"/>
          <w:sz w:val="28"/>
          <w:szCs w:val="28"/>
        </w:rPr>
        <w:t xml:space="preserve"> </w:t>
      </w:r>
      <w:proofErr w:type="spellStart"/>
      <w:r w:rsidRPr="00064DB1">
        <w:rPr>
          <w:color w:val="auto"/>
          <w:sz w:val="28"/>
          <w:szCs w:val="28"/>
        </w:rPr>
        <w:t>vụ</w:t>
      </w:r>
      <w:proofErr w:type="spellEnd"/>
      <w:r w:rsidRPr="00064DB1">
        <w:rPr>
          <w:color w:val="auto"/>
          <w:sz w:val="28"/>
          <w:szCs w:val="28"/>
        </w:rPr>
        <w:t xml:space="preserve">; </w:t>
      </w:r>
      <w:proofErr w:type="spellStart"/>
      <w:r w:rsidR="00A52503" w:rsidRPr="00064DB1">
        <w:rPr>
          <w:color w:val="auto"/>
          <w:sz w:val="28"/>
          <w:szCs w:val="28"/>
        </w:rPr>
        <w:t>Nghị</w:t>
      </w:r>
      <w:proofErr w:type="spellEnd"/>
      <w:r w:rsidR="00A52503" w:rsidRPr="00064DB1">
        <w:rPr>
          <w:color w:val="auto"/>
          <w:sz w:val="28"/>
          <w:szCs w:val="28"/>
        </w:rPr>
        <w:t xml:space="preserve"> </w:t>
      </w:r>
      <w:proofErr w:type="spellStart"/>
      <w:r w:rsidR="00A52503" w:rsidRPr="00064DB1">
        <w:rPr>
          <w:color w:val="auto"/>
          <w:sz w:val="28"/>
          <w:szCs w:val="28"/>
        </w:rPr>
        <w:t>quyết</w:t>
      </w:r>
      <w:proofErr w:type="spellEnd"/>
      <w:r w:rsidR="00A52503" w:rsidRPr="00064DB1">
        <w:rPr>
          <w:color w:val="auto"/>
          <w:sz w:val="28"/>
          <w:szCs w:val="28"/>
        </w:rPr>
        <w:t xml:space="preserve"> </w:t>
      </w:r>
      <w:proofErr w:type="spellStart"/>
      <w:r w:rsidR="00A52503" w:rsidRPr="00064DB1">
        <w:rPr>
          <w:color w:val="auto"/>
          <w:sz w:val="28"/>
          <w:szCs w:val="28"/>
        </w:rPr>
        <w:t>số</w:t>
      </w:r>
      <w:proofErr w:type="spellEnd"/>
      <w:r w:rsidR="00A52503" w:rsidRPr="00064DB1">
        <w:rPr>
          <w:color w:val="auto"/>
          <w:sz w:val="28"/>
          <w:szCs w:val="28"/>
        </w:rPr>
        <w:t xml:space="preserve"> 14/2026/NQ-HĐND </w:t>
      </w:r>
      <w:proofErr w:type="spellStart"/>
      <w:r w:rsidR="00A52503" w:rsidRPr="00064DB1">
        <w:rPr>
          <w:color w:val="auto"/>
          <w:sz w:val="28"/>
          <w:szCs w:val="28"/>
        </w:rPr>
        <w:t>ngày</w:t>
      </w:r>
      <w:proofErr w:type="spellEnd"/>
      <w:r w:rsidR="00A52503" w:rsidRPr="00064DB1">
        <w:rPr>
          <w:color w:val="auto"/>
          <w:sz w:val="28"/>
          <w:szCs w:val="28"/>
        </w:rPr>
        <w:t xml:space="preserve"> 09/7/2026 </w:t>
      </w:r>
      <w:proofErr w:type="spellStart"/>
      <w:r w:rsidR="00A52503" w:rsidRPr="00064DB1">
        <w:rPr>
          <w:color w:val="auto"/>
          <w:sz w:val="28"/>
          <w:szCs w:val="28"/>
        </w:rPr>
        <w:t>của</w:t>
      </w:r>
      <w:proofErr w:type="spellEnd"/>
      <w:r w:rsidR="00A52503" w:rsidRPr="00064DB1">
        <w:rPr>
          <w:color w:val="auto"/>
          <w:sz w:val="28"/>
          <w:szCs w:val="28"/>
        </w:rPr>
        <w:t xml:space="preserve"> </w:t>
      </w:r>
      <w:proofErr w:type="spellStart"/>
      <w:r w:rsidR="00A52503" w:rsidRPr="00064DB1">
        <w:rPr>
          <w:color w:val="auto"/>
          <w:sz w:val="28"/>
          <w:szCs w:val="28"/>
        </w:rPr>
        <w:t>Hội</w:t>
      </w:r>
      <w:proofErr w:type="spellEnd"/>
      <w:r w:rsidR="00A52503" w:rsidRPr="00064DB1">
        <w:rPr>
          <w:color w:val="auto"/>
          <w:sz w:val="28"/>
          <w:szCs w:val="28"/>
        </w:rPr>
        <w:t xml:space="preserve"> </w:t>
      </w:r>
      <w:proofErr w:type="spellStart"/>
      <w:r w:rsidR="00A52503" w:rsidRPr="00064DB1">
        <w:rPr>
          <w:color w:val="auto"/>
          <w:sz w:val="28"/>
          <w:szCs w:val="28"/>
        </w:rPr>
        <w:t>đồng</w:t>
      </w:r>
      <w:proofErr w:type="spellEnd"/>
      <w:r w:rsidR="00A52503" w:rsidRPr="00064DB1">
        <w:rPr>
          <w:color w:val="auto"/>
          <w:sz w:val="28"/>
          <w:szCs w:val="28"/>
        </w:rPr>
        <w:t xml:space="preserve"> </w:t>
      </w:r>
      <w:proofErr w:type="spellStart"/>
      <w:r w:rsidR="00A52503" w:rsidRPr="00064DB1">
        <w:rPr>
          <w:color w:val="auto"/>
          <w:sz w:val="28"/>
          <w:szCs w:val="28"/>
        </w:rPr>
        <w:t>nhân</w:t>
      </w:r>
      <w:proofErr w:type="spellEnd"/>
      <w:r w:rsidR="00A52503" w:rsidRPr="00064DB1">
        <w:rPr>
          <w:color w:val="auto"/>
          <w:sz w:val="28"/>
          <w:szCs w:val="28"/>
        </w:rPr>
        <w:t xml:space="preserve"> </w:t>
      </w:r>
      <w:proofErr w:type="spellStart"/>
      <w:r w:rsidR="00A52503" w:rsidRPr="00064DB1">
        <w:rPr>
          <w:color w:val="auto"/>
          <w:sz w:val="28"/>
          <w:szCs w:val="28"/>
        </w:rPr>
        <w:t>dân</w:t>
      </w:r>
      <w:proofErr w:type="spellEnd"/>
      <w:r w:rsidR="00A52503" w:rsidRPr="00064DB1">
        <w:rPr>
          <w:color w:val="auto"/>
          <w:sz w:val="28"/>
          <w:szCs w:val="28"/>
        </w:rPr>
        <w:t xml:space="preserve"> </w:t>
      </w:r>
      <w:proofErr w:type="spellStart"/>
      <w:r w:rsidR="00A52503" w:rsidRPr="00064DB1">
        <w:rPr>
          <w:color w:val="auto"/>
          <w:sz w:val="28"/>
          <w:szCs w:val="28"/>
        </w:rPr>
        <w:t>thành</w:t>
      </w:r>
      <w:proofErr w:type="spellEnd"/>
      <w:r w:rsidR="00A52503" w:rsidRPr="00064DB1">
        <w:rPr>
          <w:color w:val="auto"/>
          <w:sz w:val="28"/>
          <w:szCs w:val="28"/>
        </w:rPr>
        <w:t xml:space="preserve"> </w:t>
      </w:r>
      <w:proofErr w:type="spellStart"/>
      <w:r w:rsidR="00A52503" w:rsidRPr="00064DB1">
        <w:rPr>
          <w:color w:val="auto"/>
          <w:sz w:val="28"/>
          <w:szCs w:val="28"/>
        </w:rPr>
        <w:t>phố</w:t>
      </w:r>
      <w:proofErr w:type="spellEnd"/>
      <w:r w:rsidR="00A52503" w:rsidRPr="00064DB1">
        <w:rPr>
          <w:color w:val="auto"/>
          <w:sz w:val="28"/>
          <w:szCs w:val="28"/>
        </w:rPr>
        <w:t xml:space="preserve"> </w:t>
      </w:r>
      <w:proofErr w:type="spellStart"/>
      <w:r w:rsidR="00A52503" w:rsidRPr="00064DB1">
        <w:rPr>
          <w:color w:val="auto"/>
          <w:sz w:val="28"/>
          <w:szCs w:val="28"/>
        </w:rPr>
        <w:t>Đồng</w:t>
      </w:r>
      <w:proofErr w:type="spellEnd"/>
      <w:r w:rsidR="00A52503" w:rsidRPr="00064DB1">
        <w:rPr>
          <w:color w:val="auto"/>
          <w:sz w:val="28"/>
          <w:szCs w:val="28"/>
        </w:rPr>
        <w:t xml:space="preserve"> Nai; </w:t>
      </w:r>
      <w:proofErr w:type="spellStart"/>
      <w:r w:rsidR="00A52503" w:rsidRPr="00064DB1">
        <w:rPr>
          <w:color w:val="auto"/>
          <w:sz w:val="28"/>
          <w:szCs w:val="28"/>
        </w:rPr>
        <w:t>các</w:t>
      </w:r>
      <w:proofErr w:type="spellEnd"/>
      <w:r w:rsidR="00A52503" w:rsidRPr="00064DB1">
        <w:rPr>
          <w:color w:val="auto"/>
          <w:sz w:val="28"/>
          <w:szCs w:val="28"/>
        </w:rPr>
        <w:t xml:space="preserve"> </w:t>
      </w:r>
      <w:proofErr w:type="spellStart"/>
      <w:r w:rsidR="00A52503" w:rsidRPr="00064DB1">
        <w:rPr>
          <w:color w:val="auto"/>
          <w:sz w:val="28"/>
          <w:szCs w:val="28"/>
        </w:rPr>
        <w:t>định</w:t>
      </w:r>
      <w:proofErr w:type="spellEnd"/>
      <w:r w:rsidR="00A52503" w:rsidRPr="00064DB1">
        <w:rPr>
          <w:color w:val="auto"/>
          <w:sz w:val="28"/>
          <w:szCs w:val="28"/>
        </w:rPr>
        <w:t xml:space="preserve"> </w:t>
      </w:r>
      <w:proofErr w:type="spellStart"/>
      <w:r w:rsidR="00A52503" w:rsidRPr="00064DB1">
        <w:rPr>
          <w:color w:val="auto"/>
          <w:sz w:val="28"/>
          <w:szCs w:val="28"/>
        </w:rPr>
        <w:t>mức</w:t>
      </w:r>
      <w:proofErr w:type="spellEnd"/>
      <w:r w:rsidR="00A52503" w:rsidRPr="00064DB1">
        <w:rPr>
          <w:color w:val="auto"/>
          <w:sz w:val="28"/>
          <w:szCs w:val="28"/>
        </w:rPr>
        <w:t xml:space="preserve"> </w:t>
      </w:r>
      <w:proofErr w:type="spellStart"/>
      <w:r w:rsidR="00A52503" w:rsidRPr="00064DB1">
        <w:rPr>
          <w:color w:val="auto"/>
          <w:sz w:val="28"/>
          <w:szCs w:val="28"/>
        </w:rPr>
        <w:t>kinh</w:t>
      </w:r>
      <w:proofErr w:type="spellEnd"/>
      <w:r w:rsidR="00A52503" w:rsidRPr="00064DB1">
        <w:rPr>
          <w:color w:val="auto"/>
          <w:sz w:val="28"/>
          <w:szCs w:val="28"/>
        </w:rPr>
        <w:t xml:space="preserve"> </w:t>
      </w:r>
      <w:proofErr w:type="spellStart"/>
      <w:r w:rsidR="00A52503" w:rsidRPr="00064DB1">
        <w:rPr>
          <w:color w:val="auto"/>
          <w:sz w:val="28"/>
          <w:szCs w:val="28"/>
        </w:rPr>
        <w:t>tế</w:t>
      </w:r>
      <w:proofErr w:type="spellEnd"/>
      <w:r w:rsidR="00A52503" w:rsidRPr="00064DB1">
        <w:rPr>
          <w:color w:val="auto"/>
          <w:sz w:val="28"/>
          <w:szCs w:val="28"/>
        </w:rPr>
        <w:t xml:space="preserve"> - </w:t>
      </w:r>
      <w:proofErr w:type="spellStart"/>
      <w:r w:rsidR="00A52503" w:rsidRPr="00064DB1">
        <w:rPr>
          <w:color w:val="auto"/>
          <w:sz w:val="28"/>
          <w:szCs w:val="28"/>
        </w:rPr>
        <w:t>kỹ</w:t>
      </w:r>
      <w:proofErr w:type="spellEnd"/>
      <w:r w:rsidR="00A52503" w:rsidRPr="00064DB1">
        <w:rPr>
          <w:color w:val="auto"/>
          <w:sz w:val="28"/>
          <w:szCs w:val="28"/>
        </w:rPr>
        <w:t xml:space="preserve"> </w:t>
      </w:r>
      <w:proofErr w:type="spellStart"/>
      <w:r w:rsidR="00A52503" w:rsidRPr="00064DB1">
        <w:rPr>
          <w:color w:val="auto"/>
          <w:sz w:val="28"/>
          <w:szCs w:val="28"/>
        </w:rPr>
        <w:t>thuật</w:t>
      </w:r>
      <w:proofErr w:type="spellEnd"/>
      <w:r w:rsidR="00A52503" w:rsidRPr="00064DB1">
        <w:rPr>
          <w:color w:val="auto"/>
          <w:sz w:val="28"/>
          <w:szCs w:val="28"/>
        </w:rPr>
        <w:t xml:space="preserve">, </w:t>
      </w:r>
      <w:proofErr w:type="spellStart"/>
      <w:r w:rsidR="00A52503" w:rsidRPr="00064DB1">
        <w:rPr>
          <w:color w:val="auto"/>
          <w:sz w:val="28"/>
          <w:szCs w:val="28"/>
        </w:rPr>
        <w:t>chế</w:t>
      </w:r>
      <w:proofErr w:type="spellEnd"/>
      <w:r w:rsidR="00A52503" w:rsidRPr="00064DB1">
        <w:rPr>
          <w:color w:val="auto"/>
          <w:sz w:val="28"/>
          <w:szCs w:val="28"/>
        </w:rPr>
        <w:t xml:space="preserve"> </w:t>
      </w:r>
      <w:proofErr w:type="spellStart"/>
      <w:r w:rsidR="00A52503" w:rsidRPr="00064DB1">
        <w:rPr>
          <w:color w:val="auto"/>
          <w:sz w:val="28"/>
          <w:szCs w:val="28"/>
        </w:rPr>
        <w:t>độ</w:t>
      </w:r>
      <w:proofErr w:type="spellEnd"/>
      <w:r w:rsidR="00A52503" w:rsidRPr="00064DB1">
        <w:rPr>
          <w:color w:val="auto"/>
          <w:sz w:val="28"/>
          <w:szCs w:val="28"/>
        </w:rPr>
        <w:t xml:space="preserve">, </w:t>
      </w:r>
      <w:proofErr w:type="spellStart"/>
      <w:r w:rsidR="00A52503" w:rsidRPr="00064DB1">
        <w:rPr>
          <w:color w:val="auto"/>
          <w:sz w:val="28"/>
          <w:szCs w:val="28"/>
        </w:rPr>
        <w:t>định</w:t>
      </w:r>
      <w:proofErr w:type="spellEnd"/>
      <w:r w:rsidR="00A52503" w:rsidRPr="00064DB1">
        <w:rPr>
          <w:color w:val="auto"/>
          <w:sz w:val="28"/>
          <w:szCs w:val="28"/>
        </w:rPr>
        <w:t xml:space="preserve"> </w:t>
      </w:r>
      <w:proofErr w:type="spellStart"/>
      <w:r w:rsidR="00A52503" w:rsidRPr="00064DB1">
        <w:rPr>
          <w:color w:val="auto"/>
          <w:sz w:val="28"/>
          <w:szCs w:val="28"/>
        </w:rPr>
        <w:t>mức</w:t>
      </w:r>
      <w:proofErr w:type="spellEnd"/>
      <w:r w:rsidR="00A52503" w:rsidRPr="00064DB1">
        <w:rPr>
          <w:color w:val="auto"/>
          <w:sz w:val="28"/>
          <w:szCs w:val="28"/>
        </w:rPr>
        <w:t xml:space="preserve"> chi </w:t>
      </w:r>
      <w:proofErr w:type="spellStart"/>
      <w:r w:rsidR="00A52503" w:rsidRPr="00064DB1">
        <w:rPr>
          <w:color w:val="auto"/>
          <w:sz w:val="28"/>
          <w:szCs w:val="28"/>
        </w:rPr>
        <w:t>và</w:t>
      </w:r>
      <w:proofErr w:type="spellEnd"/>
      <w:r w:rsidR="00A52503" w:rsidRPr="00064DB1">
        <w:rPr>
          <w:color w:val="auto"/>
          <w:sz w:val="28"/>
          <w:szCs w:val="28"/>
        </w:rPr>
        <w:t xml:space="preserve"> </w:t>
      </w:r>
      <w:proofErr w:type="spellStart"/>
      <w:r w:rsidR="00A52503" w:rsidRPr="00064DB1">
        <w:rPr>
          <w:color w:val="auto"/>
          <w:sz w:val="28"/>
          <w:szCs w:val="28"/>
        </w:rPr>
        <w:t>các</w:t>
      </w:r>
      <w:proofErr w:type="spellEnd"/>
      <w:r w:rsidR="00A52503" w:rsidRPr="00064DB1">
        <w:rPr>
          <w:color w:val="auto"/>
          <w:sz w:val="28"/>
          <w:szCs w:val="28"/>
        </w:rPr>
        <w:t xml:space="preserve"> </w:t>
      </w:r>
      <w:proofErr w:type="spellStart"/>
      <w:r w:rsidR="00A52503" w:rsidRPr="00064DB1">
        <w:rPr>
          <w:color w:val="auto"/>
          <w:sz w:val="28"/>
          <w:szCs w:val="28"/>
        </w:rPr>
        <w:t>quy</w:t>
      </w:r>
      <w:proofErr w:type="spellEnd"/>
      <w:r w:rsidR="00A52503" w:rsidRPr="00064DB1">
        <w:rPr>
          <w:color w:val="auto"/>
          <w:sz w:val="28"/>
          <w:szCs w:val="28"/>
        </w:rPr>
        <w:t xml:space="preserve"> </w:t>
      </w:r>
      <w:proofErr w:type="spellStart"/>
      <w:r w:rsidR="00A52503" w:rsidRPr="00064DB1">
        <w:rPr>
          <w:color w:val="auto"/>
          <w:sz w:val="28"/>
          <w:szCs w:val="28"/>
        </w:rPr>
        <w:t>định</w:t>
      </w:r>
      <w:proofErr w:type="spellEnd"/>
      <w:r w:rsidR="00A52503" w:rsidRPr="00064DB1">
        <w:rPr>
          <w:color w:val="auto"/>
          <w:sz w:val="28"/>
          <w:szCs w:val="28"/>
        </w:rPr>
        <w:t xml:space="preserve"> </w:t>
      </w:r>
      <w:proofErr w:type="spellStart"/>
      <w:r w:rsidR="00A52503" w:rsidRPr="00064DB1">
        <w:rPr>
          <w:color w:val="auto"/>
          <w:sz w:val="28"/>
          <w:szCs w:val="28"/>
        </w:rPr>
        <w:t>hiện</w:t>
      </w:r>
      <w:proofErr w:type="spellEnd"/>
      <w:r w:rsidR="00A52503" w:rsidRPr="00064DB1">
        <w:rPr>
          <w:color w:val="auto"/>
          <w:sz w:val="28"/>
          <w:szCs w:val="28"/>
        </w:rPr>
        <w:t xml:space="preserve"> </w:t>
      </w:r>
      <w:proofErr w:type="spellStart"/>
      <w:r w:rsidR="00A52503" w:rsidRPr="00064DB1">
        <w:rPr>
          <w:color w:val="auto"/>
          <w:sz w:val="28"/>
          <w:szCs w:val="28"/>
        </w:rPr>
        <w:t>hành</w:t>
      </w:r>
      <w:proofErr w:type="spellEnd"/>
      <w:r w:rsidR="00A52503" w:rsidRPr="00064DB1">
        <w:rPr>
          <w:color w:val="auto"/>
          <w:sz w:val="28"/>
          <w:szCs w:val="28"/>
        </w:rPr>
        <w:t xml:space="preserve"> </w:t>
      </w:r>
      <w:proofErr w:type="spellStart"/>
      <w:r w:rsidR="00A52503" w:rsidRPr="00064DB1">
        <w:rPr>
          <w:color w:val="auto"/>
          <w:sz w:val="28"/>
          <w:szCs w:val="28"/>
        </w:rPr>
        <w:t>của</w:t>
      </w:r>
      <w:proofErr w:type="spellEnd"/>
      <w:r w:rsidR="00A52503" w:rsidRPr="00064DB1">
        <w:rPr>
          <w:color w:val="auto"/>
          <w:sz w:val="28"/>
          <w:szCs w:val="28"/>
        </w:rPr>
        <w:t xml:space="preserve"> </w:t>
      </w:r>
      <w:proofErr w:type="spellStart"/>
      <w:r w:rsidR="00A52503" w:rsidRPr="00064DB1">
        <w:rPr>
          <w:color w:val="auto"/>
          <w:sz w:val="28"/>
          <w:szCs w:val="28"/>
        </w:rPr>
        <w:t>pháp</w:t>
      </w:r>
      <w:proofErr w:type="spellEnd"/>
      <w:r w:rsidR="00A52503" w:rsidRPr="00064DB1">
        <w:rPr>
          <w:color w:val="auto"/>
          <w:sz w:val="28"/>
          <w:szCs w:val="28"/>
        </w:rPr>
        <w:t xml:space="preserve"> </w:t>
      </w:r>
      <w:proofErr w:type="spellStart"/>
      <w:r w:rsidR="00A52503" w:rsidRPr="00064DB1">
        <w:rPr>
          <w:color w:val="auto"/>
          <w:sz w:val="28"/>
          <w:szCs w:val="28"/>
        </w:rPr>
        <w:t>luật</w:t>
      </w:r>
      <w:proofErr w:type="spellEnd"/>
      <w:r w:rsidR="00A52503" w:rsidRPr="00064DB1">
        <w:rPr>
          <w:color w:val="auto"/>
          <w:sz w:val="28"/>
          <w:szCs w:val="28"/>
        </w:rPr>
        <w:t xml:space="preserve"> </w:t>
      </w:r>
      <w:proofErr w:type="spellStart"/>
      <w:r w:rsidR="00A52503" w:rsidRPr="00064DB1">
        <w:rPr>
          <w:color w:val="auto"/>
          <w:sz w:val="28"/>
          <w:szCs w:val="28"/>
        </w:rPr>
        <w:t>về</w:t>
      </w:r>
      <w:proofErr w:type="spellEnd"/>
      <w:r w:rsidR="00A52503" w:rsidRPr="00064DB1">
        <w:rPr>
          <w:color w:val="auto"/>
          <w:sz w:val="28"/>
          <w:szCs w:val="28"/>
        </w:rPr>
        <w:t xml:space="preserve"> </w:t>
      </w:r>
      <w:proofErr w:type="spellStart"/>
      <w:r w:rsidR="00A52503" w:rsidRPr="00064DB1">
        <w:rPr>
          <w:color w:val="auto"/>
          <w:sz w:val="28"/>
          <w:szCs w:val="28"/>
        </w:rPr>
        <w:t>tài</w:t>
      </w:r>
      <w:proofErr w:type="spellEnd"/>
      <w:r w:rsidR="00A52503" w:rsidRPr="00064DB1">
        <w:rPr>
          <w:color w:val="auto"/>
          <w:sz w:val="28"/>
          <w:szCs w:val="28"/>
        </w:rPr>
        <w:t xml:space="preserve"> </w:t>
      </w:r>
      <w:proofErr w:type="spellStart"/>
      <w:r w:rsidR="00A52503" w:rsidRPr="00064DB1">
        <w:rPr>
          <w:color w:val="auto"/>
          <w:sz w:val="28"/>
          <w:szCs w:val="28"/>
        </w:rPr>
        <w:t>chính</w:t>
      </w:r>
      <w:proofErr w:type="spellEnd"/>
      <w:r w:rsidR="00A52503" w:rsidRPr="00064DB1">
        <w:rPr>
          <w:color w:val="auto"/>
          <w:sz w:val="28"/>
          <w:szCs w:val="28"/>
        </w:rPr>
        <w:t xml:space="preserve">, </w:t>
      </w:r>
      <w:proofErr w:type="spellStart"/>
      <w:r w:rsidR="00A52503" w:rsidRPr="00064DB1">
        <w:rPr>
          <w:color w:val="auto"/>
          <w:sz w:val="28"/>
          <w:szCs w:val="28"/>
        </w:rPr>
        <w:t>ngân</w:t>
      </w:r>
      <w:proofErr w:type="spellEnd"/>
      <w:r w:rsidR="00A52503" w:rsidRPr="00064DB1">
        <w:rPr>
          <w:color w:val="auto"/>
          <w:sz w:val="28"/>
          <w:szCs w:val="28"/>
        </w:rPr>
        <w:t xml:space="preserve"> </w:t>
      </w:r>
      <w:proofErr w:type="spellStart"/>
      <w:r w:rsidR="00A52503" w:rsidRPr="00064DB1">
        <w:rPr>
          <w:color w:val="auto"/>
          <w:sz w:val="28"/>
          <w:szCs w:val="28"/>
        </w:rPr>
        <w:t>sách</w:t>
      </w:r>
      <w:proofErr w:type="spellEnd"/>
      <w:r w:rsidR="00A52503" w:rsidRPr="00064DB1">
        <w:rPr>
          <w:color w:val="auto"/>
          <w:sz w:val="28"/>
          <w:szCs w:val="28"/>
        </w:rPr>
        <w:t xml:space="preserve"> </w:t>
      </w:r>
      <w:proofErr w:type="spellStart"/>
      <w:r w:rsidR="00A52503" w:rsidRPr="00064DB1">
        <w:rPr>
          <w:color w:val="auto"/>
          <w:sz w:val="28"/>
          <w:szCs w:val="28"/>
        </w:rPr>
        <w:t>nhà</w:t>
      </w:r>
      <w:proofErr w:type="spellEnd"/>
      <w:r w:rsidR="00A52503" w:rsidRPr="00064DB1">
        <w:rPr>
          <w:color w:val="auto"/>
          <w:sz w:val="28"/>
          <w:szCs w:val="28"/>
        </w:rPr>
        <w:t xml:space="preserve"> </w:t>
      </w:r>
      <w:proofErr w:type="spellStart"/>
      <w:r w:rsidR="00A52503" w:rsidRPr="00064DB1">
        <w:rPr>
          <w:color w:val="auto"/>
          <w:sz w:val="28"/>
          <w:szCs w:val="28"/>
        </w:rPr>
        <w:t>nước</w:t>
      </w:r>
      <w:proofErr w:type="spellEnd"/>
      <w:r w:rsidR="00A52503" w:rsidRPr="00064DB1">
        <w:rPr>
          <w:color w:val="auto"/>
          <w:sz w:val="28"/>
          <w:szCs w:val="28"/>
        </w:rPr>
        <w:t xml:space="preserve">, khoa </w:t>
      </w:r>
      <w:proofErr w:type="spellStart"/>
      <w:r w:rsidR="00A52503" w:rsidRPr="00064DB1">
        <w:rPr>
          <w:color w:val="auto"/>
          <w:sz w:val="28"/>
          <w:szCs w:val="28"/>
        </w:rPr>
        <w:t>học</w:t>
      </w:r>
      <w:proofErr w:type="spellEnd"/>
      <w:r w:rsidR="00A52503" w:rsidRPr="00064DB1">
        <w:rPr>
          <w:color w:val="auto"/>
          <w:sz w:val="28"/>
          <w:szCs w:val="28"/>
        </w:rPr>
        <w:t xml:space="preserve">, </w:t>
      </w:r>
      <w:proofErr w:type="spellStart"/>
      <w:r w:rsidR="00A52503" w:rsidRPr="00064DB1">
        <w:rPr>
          <w:color w:val="auto"/>
          <w:sz w:val="28"/>
          <w:szCs w:val="28"/>
        </w:rPr>
        <w:t>công</w:t>
      </w:r>
      <w:proofErr w:type="spellEnd"/>
      <w:r w:rsidR="00A52503" w:rsidRPr="00064DB1">
        <w:rPr>
          <w:color w:val="auto"/>
          <w:sz w:val="28"/>
          <w:szCs w:val="28"/>
        </w:rPr>
        <w:t xml:space="preserve"> </w:t>
      </w:r>
      <w:proofErr w:type="spellStart"/>
      <w:r w:rsidR="00A52503" w:rsidRPr="00064DB1">
        <w:rPr>
          <w:color w:val="auto"/>
          <w:sz w:val="28"/>
          <w:szCs w:val="28"/>
        </w:rPr>
        <w:t>nghệ</w:t>
      </w:r>
      <w:proofErr w:type="spellEnd"/>
      <w:r w:rsidR="00A52503" w:rsidRPr="00064DB1">
        <w:rPr>
          <w:color w:val="auto"/>
          <w:sz w:val="28"/>
          <w:szCs w:val="28"/>
        </w:rPr>
        <w:t xml:space="preserve"> </w:t>
      </w:r>
      <w:proofErr w:type="spellStart"/>
      <w:r w:rsidR="00A52503" w:rsidRPr="00064DB1">
        <w:rPr>
          <w:color w:val="auto"/>
          <w:sz w:val="28"/>
          <w:szCs w:val="28"/>
        </w:rPr>
        <w:t>và</w:t>
      </w:r>
      <w:proofErr w:type="spellEnd"/>
      <w:r w:rsidR="00A52503" w:rsidRPr="00064DB1">
        <w:rPr>
          <w:color w:val="auto"/>
          <w:sz w:val="28"/>
          <w:szCs w:val="28"/>
        </w:rPr>
        <w:t xml:space="preserve"> </w:t>
      </w:r>
      <w:proofErr w:type="spellStart"/>
      <w:r w:rsidR="00A52503" w:rsidRPr="00064DB1">
        <w:rPr>
          <w:color w:val="auto"/>
          <w:sz w:val="28"/>
          <w:szCs w:val="28"/>
        </w:rPr>
        <w:t>đổi</w:t>
      </w:r>
      <w:proofErr w:type="spellEnd"/>
      <w:r w:rsidR="00A52503" w:rsidRPr="00064DB1">
        <w:rPr>
          <w:color w:val="auto"/>
          <w:sz w:val="28"/>
          <w:szCs w:val="28"/>
        </w:rPr>
        <w:t xml:space="preserve"> </w:t>
      </w:r>
      <w:proofErr w:type="spellStart"/>
      <w:r w:rsidR="00A52503" w:rsidRPr="00064DB1">
        <w:rPr>
          <w:color w:val="auto"/>
          <w:sz w:val="28"/>
          <w:szCs w:val="28"/>
        </w:rPr>
        <w:t>mới</w:t>
      </w:r>
      <w:proofErr w:type="spellEnd"/>
      <w:r w:rsidR="00A52503" w:rsidRPr="00064DB1">
        <w:rPr>
          <w:color w:val="auto"/>
          <w:sz w:val="28"/>
          <w:szCs w:val="28"/>
        </w:rPr>
        <w:t xml:space="preserve"> </w:t>
      </w:r>
      <w:proofErr w:type="spellStart"/>
      <w:r w:rsidR="00A52503" w:rsidRPr="00064DB1">
        <w:rPr>
          <w:color w:val="auto"/>
          <w:sz w:val="28"/>
          <w:szCs w:val="28"/>
        </w:rPr>
        <w:t>sáng</w:t>
      </w:r>
      <w:proofErr w:type="spellEnd"/>
      <w:r w:rsidR="00A52503" w:rsidRPr="00064DB1">
        <w:rPr>
          <w:color w:val="auto"/>
          <w:sz w:val="28"/>
          <w:szCs w:val="28"/>
        </w:rPr>
        <w:t xml:space="preserve"> </w:t>
      </w:r>
      <w:proofErr w:type="spellStart"/>
      <w:r w:rsidR="00A52503" w:rsidRPr="00064DB1">
        <w:rPr>
          <w:color w:val="auto"/>
          <w:sz w:val="28"/>
          <w:szCs w:val="28"/>
        </w:rPr>
        <w:t>tạo</w:t>
      </w:r>
      <w:proofErr w:type="spellEnd"/>
      <w:r w:rsidR="00A52503" w:rsidRPr="00064DB1">
        <w:rPr>
          <w:color w:val="auto"/>
          <w:sz w:val="28"/>
          <w:szCs w:val="28"/>
        </w:rPr>
        <w:t xml:space="preserve">, </w:t>
      </w:r>
      <w:proofErr w:type="spellStart"/>
      <w:r w:rsidR="00A52503" w:rsidRPr="00064DB1">
        <w:rPr>
          <w:color w:val="auto"/>
          <w:sz w:val="28"/>
          <w:szCs w:val="28"/>
        </w:rPr>
        <w:t>trong</w:t>
      </w:r>
      <w:proofErr w:type="spellEnd"/>
      <w:r w:rsidR="00A52503" w:rsidRPr="00064DB1">
        <w:rPr>
          <w:color w:val="auto"/>
          <w:sz w:val="28"/>
          <w:szCs w:val="28"/>
        </w:rPr>
        <w:t xml:space="preserve"> </w:t>
      </w:r>
      <w:proofErr w:type="spellStart"/>
      <w:r w:rsidR="00A52503" w:rsidRPr="00064DB1">
        <w:rPr>
          <w:color w:val="auto"/>
          <w:sz w:val="28"/>
          <w:szCs w:val="28"/>
        </w:rPr>
        <w:t>đó</w:t>
      </w:r>
      <w:proofErr w:type="spellEnd"/>
      <w:r w:rsidR="00A52503" w:rsidRPr="00064DB1">
        <w:rPr>
          <w:color w:val="auto"/>
          <w:sz w:val="28"/>
          <w:szCs w:val="28"/>
        </w:rPr>
        <w:t xml:space="preserve"> </w:t>
      </w:r>
      <w:proofErr w:type="spellStart"/>
      <w:r w:rsidR="00A52503" w:rsidRPr="00064DB1">
        <w:rPr>
          <w:color w:val="auto"/>
          <w:sz w:val="28"/>
          <w:szCs w:val="28"/>
        </w:rPr>
        <w:t>có</w:t>
      </w:r>
      <w:proofErr w:type="spellEnd"/>
      <w:r w:rsidR="00A52503" w:rsidRPr="00064DB1">
        <w:rPr>
          <w:color w:val="auto"/>
          <w:sz w:val="28"/>
          <w:szCs w:val="28"/>
        </w:rPr>
        <w:t xml:space="preserve"> </w:t>
      </w:r>
      <w:proofErr w:type="spellStart"/>
      <w:r w:rsidR="00A52503" w:rsidRPr="00064DB1">
        <w:rPr>
          <w:color w:val="auto"/>
          <w:sz w:val="28"/>
          <w:szCs w:val="28"/>
        </w:rPr>
        <w:t>Nghị</w:t>
      </w:r>
      <w:proofErr w:type="spellEnd"/>
      <w:r w:rsidR="00A52503" w:rsidRPr="00064DB1">
        <w:rPr>
          <w:color w:val="auto"/>
          <w:sz w:val="28"/>
          <w:szCs w:val="28"/>
        </w:rPr>
        <w:t xml:space="preserve"> </w:t>
      </w:r>
      <w:proofErr w:type="spellStart"/>
      <w:r w:rsidR="00A52503" w:rsidRPr="00064DB1">
        <w:rPr>
          <w:color w:val="auto"/>
          <w:sz w:val="28"/>
          <w:szCs w:val="28"/>
        </w:rPr>
        <w:t>định</w:t>
      </w:r>
      <w:proofErr w:type="spellEnd"/>
      <w:r w:rsidR="00A52503" w:rsidRPr="00064DB1">
        <w:rPr>
          <w:color w:val="auto"/>
          <w:sz w:val="28"/>
          <w:szCs w:val="28"/>
        </w:rPr>
        <w:t xml:space="preserve"> </w:t>
      </w:r>
      <w:proofErr w:type="spellStart"/>
      <w:r w:rsidR="00A52503" w:rsidRPr="00064DB1">
        <w:rPr>
          <w:color w:val="auto"/>
          <w:sz w:val="28"/>
          <w:szCs w:val="28"/>
        </w:rPr>
        <w:t>số</w:t>
      </w:r>
      <w:proofErr w:type="spellEnd"/>
      <w:r w:rsidR="00A52503" w:rsidRPr="00064DB1">
        <w:rPr>
          <w:color w:val="auto"/>
          <w:sz w:val="28"/>
          <w:szCs w:val="28"/>
        </w:rPr>
        <w:t xml:space="preserve"> 265/2025/NĐ-CP</w:t>
      </w:r>
      <w:r w:rsidR="007D6463" w:rsidRPr="00064DB1">
        <w:rPr>
          <w:color w:val="auto"/>
          <w:sz w:val="28"/>
          <w:szCs w:val="28"/>
        </w:rPr>
        <w:t xml:space="preserve"> </w:t>
      </w:r>
      <w:proofErr w:type="spellStart"/>
      <w:r w:rsidR="007D6463" w:rsidRPr="00064DB1">
        <w:rPr>
          <w:color w:val="auto"/>
          <w:sz w:val="28"/>
          <w:szCs w:val="28"/>
        </w:rPr>
        <w:t>ngày</w:t>
      </w:r>
      <w:proofErr w:type="spellEnd"/>
      <w:r w:rsidR="007D6463" w:rsidRPr="00064DB1">
        <w:rPr>
          <w:color w:val="auto"/>
          <w:sz w:val="28"/>
          <w:szCs w:val="28"/>
        </w:rPr>
        <w:t xml:space="preserve"> 14</w:t>
      </w:r>
      <w:r w:rsidR="00AA3E0C">
        <w:rPr>
          <w:color w:val="auto"/>
          <w:sz w:val="28"/>
          <w:szCs w:val="28"/>
        </w:rPr>
        <w:t>/</w:t>
      </w:r>
      <w:r w:rsidR="007D6463" w:rsidRPr="00064DB1">
        <w:rPr>
          <w:color w:val="auto"/>
          <w:sz w:val="28"/>
          <w:szCs w:val="28"/>
        </w:rPr>
        <w:t>10</w:t>
      </w:r>
      <w:r w:rsidR="00AA3E0C">
        <w:rPr>
          <w:color w:val="auto"/>
          <w:sz w:val="28"/>
          <w:szCs w:val="28"/>
        </w:rPr>
        <w:t>/</w:t>
      </w:r>
      <w:r w:rsidR="007D6463" w:rsidRPr="00064DB1">
        <w:rPr>
          <w:color w:val="auto"/>
          <w:sz w:val="28"/>
          <w:szCs w:val="28"/>
        </w:rPr>
        <w:t xml:space="preserve">2025 </w:t>
      </w:r>
      <w:proofErr w:type="spellStart"/>
      <w:r w:rsidR="007D6463" w:rsidRPr="00064DB1">
        <w:rPr>
          <w:color w:val="auto"/>
          <w:sz w:val="28"/>
          <w:szCs w:val="28"/>
        </w:rPr>
        <w:t>của</w:t>
      </w:r>
      <w:proofErr w:type="spellEnd"/>
      <w:r w:rsidR="007D6463" w:rsidRPr="00064DB1">
        <w:rPr>
          <w:color w:val="auto"/>
          <w:sz w:val="28"/>
          <w:szCs w:val="28"/>
        </w:rPr>
        <w:t xml:space="preserve"> </w:t>
      </w:r>
      <w:proofErr w:type="spellStart"/>
      <w:r w:rsidR="007D6463" w:rsidRPr="00064DB1">
        <w:rPr>
          <w:color w:val="auto"/>
          <w:sz w:val="28"/>
          <w:szCs w:val="28"/>
        </w:rPr>
        <w:t>Chính</w:t>
      </w:r>
      <w:proofErr w:type="spellEnd"/>
      <w:r w:rsidR="007D6463" w:rsidRPr="00064DB1">
        <w:rPr>
          <w:color w:val="auto"/>
          <w:sz w:val="28"/>
          <w:szCs w:val="28"/>
        </w:rPr>
        <w:t xml:space="preserve"> Phủ</w:t>
      </w:r>
      <w:r w:rsidR="00A52503" w:rsidRPr="00064DB1">
        <w:rPr>
          <w:color w:val="auto"/>
          <w:sz w:val="28"/>
          <w:szCs w:val="28"/>
        </w:rPr>
        <w:t xml:space="preserve">, Thông </w:t>
      </w:r>
      <w:proofErr w:type="spellStart"/>
      <w:r w:rsidR="00A52503" w:rsidRPr="00064DB1">
        <w:rPr>
          <w:color w:val="auto"/>
          <w:sz w:val="28"/>
          <w:szCs w:val="28"/>
        </w:rPr>
        <w:t>tư</w:t>
      </w:r>
      <w:proofErr w:type="spellEnd"/>
      <w:r w:rsidR="00A52503" w:rsidRPr="00064DB1">
        <w:rPr>
          <w:color w:val="auto"/>
          <w:sz w:val="28"/>
          <w:szCs w:val="28"/>
        </w:rPr>
        <w:t xml:space="preserve"> </w:t>
      </w:r>
      <w:proofErr w:type="spellStart"/>
      <w:r w:rsidR="00A52503" w:rsidRPr="00064DB1">
        <w:rPr>
          <w:color w:val="auto"/>
          <w:sz w:val="28"/>
          <w:szCs w:val="28"/>
        </w:rPr>
        <w:t>số</w:t>
      </w:r>
      <w:proofErr w:type="spellEnd"/>
      <w:r w:rsidR="00A52503" w:rsidRPr="00064DB1">
        <w:rPr>
          <w:color w:val="auto"/>
          <w:sz w:val="28"/>
          <w:szCs w:val="28"/>
        </w:rPr>
        <w:t xml:space="preserve"> 39/2025/TT-BKHCN</w:t>
      </w:r>
      <w:r w:rsidR="007D6463" w:rsidRPr="00064DB1">
        <w:rPr>
          <w:color w:val="auto"/>
          <w:sz w:val="28"/>
          <w:szCs w:val="28"/>
        </w:rPr>
        <w:t xml:space="preserve"> </w:t>
      </w:r>
      <w:proofErr w:type="spellStart"/>
      <w:r w:rsidR="007D6463" w:rsidRPr="00064DB1">
        <w:rPr>
          <w:color w:val="auto"/>
          <w:sz w:val="28"/>
          <w:szCs w:val="28"/>
        </w:rPr>
        <w:t>ngày</w:t>
      </w:r>
      <w:proofErr w:type="spellEnd"/>
      <w:r w:rsidR="007D6463" w:rsidRPr="00064DB1">
        <w:rPr>
          <w:color w:val="auto"/>
          <w:sz w:val="28"/>
          <w:szCs w:val="28"/>
        </w:rPr>
        <w:t xml:space="preserve"> 30</w:t>
      </w:r>
      <w:r w:rsidR="00AA3E0C">
        <w:rPr>
          <w:color w:val="auto"/>
          <w:sz w:val="28"/>
          <w:szCs w:val="28"/>
        </w:rPr>
        <w:t>/</w:t>
      </w:r>
      <w:r w:rsidR="007D6463" w:rsidRPr="00064DB1">
        <w:rPr>
          <w:color w:val="auto"/>
          <w:sz w:val="28"/>
          <w:szCs w:val="28"/>
        </w:rPr>
        <w:t>11</w:t>
      </w:r>
      <w:r w:rsidR="00AA3E0C">
        <w:rPr>
          <w:color w:val="auto"/>
          <w:sz w:val="28"/>
          <w:szCs w:val="28"/>
        </w:rPr>
        <w:t>/</w:t>
      </w:r>
      <w:r w:rsidR="007D6463" w:rsidRPr="00064DB1">
        <w:rPr>
          <w:color w:val="auto"/>
          <w:sz w:val="28"/>
          <w:szCs w:val="28"/>
        </w:rPr>
        <w:t xml:space="preserve">2025 </w:t>
      </w:r>
      <w:proofErr w:type="spellStart"/>
      <w:r w:rsidR="007D6463" w:rsidRPr="00064DB1">
        <w:rPr>
          <w:color w:val="auto"/>
          <w:sz w:val="28"/>
          <w:szCs w:val="28"/>
        </w:rPr>
        <w:t>của</w:t>
      </w:r>
      <w:proofErr w:type="spellEnd"/>
      <w:r w:rsidR="007D6463" w:rsidRPr="00064DB1">
        <w:rPr>
          <w:color w:val="auto"/>
          <w:sz w:val="28"/>
          <w:szCs w:val="28"/>
        </w:rPr>
        <w:t xml:space="preserve"> </w:t>
      </w:r>
      <w:proofErr w:type="spellStart"/>
      <w:r w:rsidR="007D6463" w:rsidRPr="00064DB1">
        <w:rPr>
          <w:color w:val="auto"/>
          <w:sz w:val="28"/>
          <w:szCs w:val="28"/>
        </w:rPr>
        <w:t>Bộ</w:t>
      </w:r>
      <w:proofErr w:type="spellEnd"/>
      <w:r w:rsidR="007D6463" w:rsidRPr="00064DB1">
        <w:rPr>
          <w:color w:val="auto"/>
          <w:sz w:val="28"/>
          <w:szCs w:val="28"/>
        </w:rPr>
        <w:t xml:space="preserve"> </w:t>
      </w:r>
      <w:proofErr w:type="spellStart"/>
      <w:r w:rsidR="007D6463" w:rsidRPr="00064DB1">
        <w:rPr>
          <w:color w:val="auto"/>
          <w:sz w:val="28"/>
          <w:szCs w:val="28"/>
        </w:rPr>
        <w:t>trưởng</w:t>
      </w:r>
      <w:proofErr w:type="spellEnd"/>
      <w:r w:rsidR="007D6463" w:rsidRPr="00064DB1">
        <w:rPr>
          <w:color w:val="auto"/>
          <w:sz w:val="28"/>
          <w:szCs w:val="28"/>
        </w:rPr>
        <w:t xml:space="preserve"> </w:t>
      </w:r>
      <w:proofErr w:type="spellStart"/>
      <w:r w:rsidR="007D6463" w:rsidRPr="00064DB1">
        <w:rPr>
          <w:color w:val="auto"/>
          <w:sz w:val="28"/>
          <w:szCs w:val="28"/>
        </w:rPr>
        <w:t>Bộ</w:t>
      </w:r>
      <w:proofErr w:type="spellEnd"/>
      <w:r w:rsidR="007D6463" w:rsidRPr="00064DB1">
        <w:rPr>
          <w:color w:val="auto"/>
          <w:sz w:val="28"/>
          <w:szCs w:val="28"/>
        </w:rPr>
        <w:t xml:space="preserve"> Khoa </w:t>
      </w:r>
      <w:proofErr w:type="spellStart"/>
      <w:r w:rsidR="007D6463" w:rsidRPr="00064DB1">
        <w:rPr>
          <w:color w:val="auto"/>
          <w:sz w:val="28"/>
          <w:szCs w:val="28"/>
        </w:rPr>
        <w:t>học</w:t>
      </w:r>
      <w:proofErr w:type="spellEnd"/>
      <w:r w:rsidR="007D6463" w:rsidRPr="00064DB1">
        <w:rPr>
          <w:color w:val="auto"/>
          <w:sz w:val="28"/>
          <w:szCs w:val="28"/>
        </w:rPr>
        <w:t xml:space="preserve"> </w:t>
      </w:r>
      <w:proofErr w:type="spellStart"/>
      <w:r w:rsidR="007D6463" w:rsidRPr="00064DB1">
        <w:rPr>
          <w:color w:val="auto"/>
          <w:sz w:val="28"/>
          <w:szCs w:val="28"/>
        </w:rPr>
        <w:t>và</w:t>
      </w:r>
      <w:proofErr w:type="spellEnd"/>
      <w:r w:rsidR="007D6463" w:rsidRPr="00064DB1">
        <w:rPr>
          <w:color w:val="auto"/>
          <w:sz w:val="28"/>
          <w:szCs w:val="28"/>
        </w:rPr>
        <w:t xml:space="preserve"> Công </w:t>
      </w:r>
      <w:proofErr w:type="spellStart"/>
      <w:r w:rsidR="007D6463" w:rsidRPr="00064DB1">
        <w:rPr>
          <w:color w:val="auto"/>
          <w:sz w:val="28"/>
          <w:szCs w:val="28"/>
        </w:rPr>
        <w:t>nghệ</w:t>
      </w:r>
      <w:proofErr w:type="spellEnd"/>
      <w:r w:rsidR="00042002" w:rsidRPr="00064DB1">
        <w:rPr>
          <w:color w:val="auto"/>
          <w:sz w:val="28"/>
          <w:szCs w:val="28"/>
        </w:rPr>
        <w:t xml:space="preserve"> </w:t>
      </w:r>
      <w:r w:rsidR="00042002" w:rsidRPr="00064DB1">
        <w:rPr>
          <w:i/>
          <w:iCs/>
          <w:color w:val="auto"/>
          <w:sz w:val="28"/>
          <w:szCs w:val="28"/>
        </w:rPr>
        <w:t>(</w:t>
      </w:r>
      <w:proofErr w:type="spellStart"/>
      <w:r w:rsidRPr="00064DB1">
        <w:rPr>
          <w:i/>
          <w:iCs/>
          <w:color w:val="auto"/>
          <w:sz w:val="28"/>
          <w:szCs w:val="28"/>
        </w:rPr>
        <w:t>Đối</w:t>
      </w:r>
      <w:proofErr w:type="spellEnd"/>
      <w:r w:rsidRPr="00064DB1">
        <w:rPr>
          <w:i/>
          <w:iCs/>
          <w:color w:val="auto"/>
          <w:sz w:val="28"/>
          <w:szCs w:val="28"/>
        </w:rPr>
        <w:t xml:space="preserve"> </w:t>
      </w:r>
      <w:proofErr w:type="spellStart"/>
      <w:r w:rsidRPr="00064DB1">
        <w:rPr>
          <w:i/>
          <w:iCs/>
          <w:color w:val="auto"/>
          <w:sz w:val="28"/>
          <w:szCs w:val="28"/>
        </w:rPr>
        <w:t>với</w:t>
      </w:r>
      <w:proofErr w:type="spellEnd"/>
      <w:r w:rsidRPr="00064DB1">
        <w:rPr>
          <w:i/>
          <w:iCs/>
          <w:color w:val="auto"/>
          <w:sz w:val="28"/>
          <w:szCs w:val="28"/>
        </w:rPr>
        <w:t xml:space="preserve"> </w:t>
      </w:r>
      <w:proofErr w:type="spellStart"/>
      <w:r w:rsidRPr="00064DB1">
        <w:rPr>
          <w:i/>
          <w:iCs/>
          <w:color w:val="auto"/>
          <w:sz w:val="28"/>
          <w:szCs w:val="28"/>
        </w:rPr>
        <w:t>các</w:t>
      </w:r>
      <w:proofErr w:type="spellEnd"/>
      <w:r w:rsidRPr="00064DB1">
        <w:rPr>
          <w:i/>
          <w:iCs/>
          <w:color w:val="auto"/>
          <w:sz w:val="28"/>
          <w:szCs w:val="28"/>
        </w:rPr>
        <w:t xml:space="preserve"> </w:t>
      </w:r>
      <w:proofErr w:type="spellStart"/>
      <w:r w:rsidRPr="00064DB1">
        <w:rPr>
          <w:i/>
          <w:iCs/>
          <w:color w:val="auto"/>
          <w:sz w:val="28"/>
          <w:szCs w:val="28"/>
        </w:rPr>
        <w:t>nội</w:t>
      </w:r>
      <w:proofErr w:type="spellEnd"/>
      <w:r w:rsidRPr="00064DB1">
        <w:rPr>
          <w:i/>
          <w:iCs/>
          <w:color w:val="auto"/>
          <w:sz w:val="28"/>
          <w:szCs w:val="28"/>
        </w:rPr>
        <w:t xml:space="preserve"> dung chi </w:t>
      </w:r>
      <w:proofErr w:type="spellStart"/>
      <w:r w:rsidRPr="00064DB1">
        <w:rPr>
          <w:i/>
          <w:iCs/>
          <w:color w:val="auto"/>
          <w:sz w:val="28"/>
          <w:szCs w:val="28"/>
        </w:rPr>
        <w:t>chưa</w:t>
      </w:r>
      <w:proofErr w:type="spellEnd"/>
      <w:r w:rsidRPr="00064DB1">
        <w:rPr>
          <w:i/>
          <w:iCs/>
          <w:color w:val="auto"/>
          <w:sz w:val="28"/>
          <w:szCs w:val="28"/>
        </w:rPr>
        <w:t xml:space="preserve"> </w:t>
      </w:r>
      <w:proofErr w:type="spellStart"/>
      <w:r w:rsidRPr="00064DB1">
        <w:rPr>
          <w:i/>
          <w:iCs/>
          <w:color w:val="auto"/>
          <w:sz w:val="28"/>
          <w:szCs w:val="28"/>
        </w:rPr>
        <w:t>có</w:t>
      </w:r>
      <w:proofErr w:type="spellEnd"/>
      <w:r w:rsidRPr="00064DB1">
        <w:rPr>
          <w:i/>
          <w:iCs/>
          <w:color w:val="auto"/>
          <w:sz w:val="28"/>
          <w:szCs w:val="28"/>
        </w:rPr>
        <w:t xml:space="preserve"> </w:t>
      </w:r>
      <w:proofErr w:type="spellStart"/>
      <w:r w:rsidRPr="00064DB1">
        <w:rPr>
          <w:i/>
          <w:iCs/>
          <w:color w:val="auto"/>
          <w:sz w:val="28"/>
          <w:szCs w:val="28"/>
        </w:rPr>
        <w:t>định</w:t>
      </w:r>
      <w:proofErr w:type="spellEnd"/>
      <w:r w:rsidRPr="00064DB1">
        <w:rPr>
          <w:i/>
          <w:iCs/>
          <w:color w:val="auto"/>
          <w:sz w:val="28"/>
          <w:szCs w:val="28"/>
        </w:rPr>
        <w:t xml:space="preserve"> </w:t>
      </w:r>
      <w:proofErr w:type="spellStart"/>
      <w:r w:rsidRPr="00064DB1">
        <w:rPr>
          <w:i/>
          <w:iCs/>
          <w:color w:val="auto"/>
          <w:sz w:val="28"/>
          <w:szCs w:val="28"/>
        </w:rPr>
        <w:t>mức</w:t>
      </w:r>
      <w:proofErr w:type="spellEnd"/>
      <w:r w:rsidRPr="00064DB1">
        <w:rPr>
          <w:i/>
          <w:iCs/>
          <w:color w:val="auto"/>
          <w:sz w:val="28"/>
          <w:szCs w:val="28"/>
        </w:rPr>
        <w:t xml:space="preserve"> </w:t>
      </w:r>
      <w:proofErr w:type="spellStart"/>
      <w:r w:rsidRPr="00064DB1">
        <w:rPr>
          <w:i/>
          <w:iCs/>
          <w:color w:val="auto"/>
          <w:sz w:val="28"/>
          <w:szCs w:val="28"/>
        </w:rPr>
        <w:t>cụ</w:t>
      </w:r>
      <w:proofErr w:type="spellEnd"/>
      <w:r w:rsidRPr="00064DB1">
        <w:rPr>
          <w:i/>
          <w:iCs/>
          <w:color w:val="auto"/>
          <w:sz w:val="28"/>
          <w:szCs w:val="28"/>
        </w:rPr>
        <w:t xml:space="preserve"> </w:t>
      </w:r>
      <w:proofErr w:type="spellStart"/>
      <w:r w:rsidRPr="00064DB1">
        <w:rPr>
          <w:i/>
          <w:iCs/>
          <w:color w:val="auto"/>
          <w:sz w:val="28"/>
          <w:szCs w:val="28"/>
        </w:rPr>
        <w:t>thể</w:t>
      </w:r>
      <w:proofErr w:type="spellEnd"/>
      <w:r w:rsidRPr="00064DB1">
        <w:rPr>
          <w:i/>
          <w:iCs/>
          <w:color w:val="auto"/>
          <w:sz w:val="28"/>
          <w:szCs w:val="28"/>
        </w:rPr>
        <w:t xml:space="preserve">, </w:t>
      </w:r>
      <w:proofErr w:type="spellStart"/>
      <w:r w:rsidRPr="00064DB1">
        <w:rPr>
          <w:i/>
          <w:iCs/>
          <w:color w:val="auto"/>
          <w:sz w:val="28"/>
          <w:szCs w:val="28"/>
        </w:rPr>
        <w:t>tổ</w:t>
      </w:r>
      <w:proofErr w:type="spellEnd"/>
      <w:r w:rsidRPr="00064DB1">
        <w:rPr>
          <w:i/>
          <w:iCs/>
          <w:color w:val="auto"/>
          <w:sz w:val="28"/>
          <w:szCs w:val="28"/>
        </w:rPr>
        <w:t xml:space="preserve"> </w:t>
      </w:r>
      <w:proofErr w:type="spellStart"/>
      <w:r w:rsidRPr="00064DB1">
        <w:rPr>
          <w:i/>
          <w:iCs/>
          <w:color w:val="auto"/>
          <w:sz w:val="28"/>
          <w:szCs w:val="28"/>
        </w:rPr>
        <w:t>chức</w:t>
      </w:r>
      <w:proofErr w:type="spellEnd"/>
      <w:r w:rsidRPr="00064DB1">
        <w:rPr>
          <w:i/>
          <w:iCs/>
          <w:color w:val="auto"/>
          <w:sz w:val="28"/>
          <w:szCs w:val="28"/>
        </w:rPr>
        <w:t xml:space="preserve"> </w:t>
      </w:r>
      <w:proofErr w:type="spellStart"/>
      <w:r w:rsidRPr="00064DB1">
        <w:rPr>
          <w:i/>
          <w:iCs/>
          <w:color w:val="auto"/>
          <w:sz w:val="28"/>
          <w:szCs w:val="28"/>
        </w:rPr>
        <w:t>đăng</w:t>
      </w:r>
      <w:proofErr w:type="spellEnd"/>
      <w:r w:rsidRPr="00064DB1">
        <w:rPr>
          <w:i/>
          <w:iCs/>
          <w:color w:val="auto"/>
          <w:sz w:val="28"/>
          <w:szCs w:val="28"/>
        </w:rPr>
        <w:t xml:space="preserve"> </w:t>
      </w:r>
      <w:proofErr w:type="spellStart"/>
      <w:r w:rsidRPr="00064DB1">
        <w:rPr>
          <w:i/>
          <w:iCs/>
          <w:color w:val="auto"/>
          <w:sz w:val="28"/>
          <w:szCs w:val="28"/>
        </w:rPr>
        <w:t>ký</w:t>
      </w:r>
      <w:proofErr w:type="spellEnd"/>
      <w:r w:rsidRPr="00064DB1">
        <w:rPr>
          <w:i/>
          <w:iCs/>
          <w:color w:val="auto"/>
          <w:sz w:val="28"/>
          <w:szCs w:val="28"/>
        </w:rPr>
        <w:t xml:space="preserve"> </w:t>
      </w:r>
      <w:proofErr w:type="spellStart"/>
      <w:r w:rsidRPr="00064DB1">
        <w:rPr>
          <w:i/>
          <w:iCs/>
          <w:color w:val="auto"/>
          <w:sz w:val="28"/>
          <w:szCs w:val="28"/>
        </w:rPr>
        <w:t>chủ</w:t>
      </w:r>
      <w:proofErr w:type="spellEnd"/>
      <w:r w:rsidRPr="00064DB1">
        <w:rPr>
          <w:i/>
          <w:iCs/>
          <w:color w:val="auto"/>
          <w:sz w:val="28"/>
          <w:szCs w:val="28"/>
        </w:rPr>
        <w:t xml:space="preserve"> </w:t>
      </w:r>
      <w:proofErr w:type="spellStart"/>
      <w:r w:rsidRPr="00064DB1">
        <w:rPr>
          <w:i/>
          <w:iCs/>
          <w:color w:val="auto"/>
          <w:sz w:val="28"/>
          <w:szCs w:val="28"/>
        </w:rPr>
        <w:t>trì</w:t>
      </w:r>
      <w:proofErr w:type="spellEnd"/>
      <w:r w:rsidRPr="00064DB1">
        <w:rPr>
          <w:i/>
          <w:iCs/>
          <w:color w:val="auto"/>
          <w:sz w:val="28"/>
          <w:szCs w:val="28"/>
        </w:rPr>
        <w:t xml:space="preserve"> </w:t>
      </w:r>
      <w:proofErr w:type="spellStart"/>
      <w:r w:rsidRPr="00064DB1">
        <w:rPr>
          <w:i/>
          <w:iCs/>
          <w:color w:val="auto"/>
          <w:sz w:val="28"/>
          <w:szCs w:val="28"/>
        </w:rPr>
        <w:t>phải</w:t>
      </w:r>
      <w:proofErr w:type="spellEnd"/>
      <w:r w:rsidRPr="00064DB1">
        <w:rPr>
          <w:i/>
          <w:iCs/>
          <w:color w:val="auto"/>
          <w:sz w:val="28"/>
          <w:szCs w:val="28"/>
        </w:rPr>
        <w:t xml:space="preserve"> </w:t>
      </w:r>
      <w:proofErr w:type="spellStart"/>
      <w:r w:rsidRPr="00064DB1">
        <w:rPr>
          <w:i/>
          <w:iCs/>
          <w:color w:val="auto"/>
          <w:sz w:val="28"/>
          <w:szCs w:val="28"/>
        </w:rPr>
        <w:t>thuyết</w:t>
      </w:r>
      <w:proofErr w:type="spellEnd"/>
      <w:r w:rsidRPr="00064DB1">
        <w:rPr>
          <w:i/>
          <w:iCs/>
          <w:color w:val="auto"/>
          <w:sz w:val="28"/>
          <w:szCs w:val="28"/>
        </w:rPr>
        <w:t xml:space="preserve"> </w:t>
      </w:r>
      <w:proofErr w:type="spellStart"/>
      <w:r w:rsidRPr="00064DB1">
        <w:rPr>
          <w:i/>
          <w:iCs/>
          <w:color w:val="auto"/>
          <w:sz w:val="28"/>
          <w:szCs w:val="28"/>
        </w:rPr>
        <w:t>minh</w:t>
      </w:r>
      <w:proofErr w:type="spellEnd"/>
      <w:r w:rsidRPr="00064DB1">
        <w:rPr>
          <w:i/>
          <w:iCs/>
          <w:color w:val="auto"/>
          <w:sz w:val="28"/>
          <w:szCs w:val="28"/>
        </w:rPr>
        <w:t xml:space="preserve"> </w:t>
      </w:r>
      <w:proofErr w:type="spellStart"/>
      <w:r w:rsidRPr="00064DB1">
        <w:rPr>
          <w:i/>
          <w:iCs/>
          <w:color w:val="auto"/>
          <w:sz w:val="28"/>
          <w:szCs w:val="28"/>
        </w:rPr>
        <w:t>rõ</w:t>
      </w:r>
      <w:proofErr w:type="spellEnd"/>
      <w:r w:rsidRPr="00064DB1">
        <w:rPr>
          <w:i/>
          <w:iCs/>
          <w:color w:val="auto"/>
          <w:sz w:val="28"/>
          <w:szCs w:val="28"/>
        </w:rPr>
        <w:t xml:space="preserve"> </w:t>
      </w:r>
      <w:proofErr w:type="spellStart"/>
      <w:r w:rsidRPr="00064DB1">
        <w:rPr>
          <w:i/>
          <w:iCs/>
          <w:color w:val="auto"/>
          <w:sz w:val="28"/>
          <w:szCs w:val="28"/>
        </w:rPr>
        <w:t>căn</w:t>
      </w:r>
      <w:proofErr w:type="spellEnd"/>
      <w:r w:rsidRPr="00064DB1">
        <w:rPr>
          <w:i/>
          <w:iCs/>
          <w:color w:val="auto"/>
          <w:sz w:val="28"/>
          <w:szCs w:val="28"/>
        </w:rPr>
        <w:t xml:space="preserve"> </w:t>
      </w:r>
      <w:proofErr w:type="spellStart"/>
      <w:r w:rsidRPr="00064DB1">
        <w:rPr>
          <w:i/>
          <w:iCs/>
          <w:color w:val="auto"/>
          <w:sz w:val="28"/>
          <w:szCs w:val="28"/>
        </w:rPr>
        <w:t>cứ</w:t>
      </w:r>
      <w:proofErr w:type="spellEnd"/>
      <w:r w:rsidRPr="00064DB1">
        <w:rPr>
          <w:i/>
          <w:iCs/>
          <w:color w:val="auto"/>
          <w:sz w:val="28"/>
          <w:szCs w:val="28"/>
        </w:rPr>
        <w:t xml:space="preserve"> </w:t>
      </w:r>
      <w:proofErr w:type="spellStart"/>
      <w:r w:rsidRPr="00064DB1">
        <w:rPr>
          <w:i/>
          <w:iCs/>
          <w:color w:val="auto"/>
          <w:sz w:val="28"/>
          <w:szCs w:val="28"/>
        </w:rPr>
        <w:t>và</w:t>
      </w:r>
      <w:proofErr w:type="spellEnd"/>
      <w:r w:rsidRPr="00064DB1">
        <w:rPr>
          <w:i/>
          <w:iCs/>
          <w:color w:val="auto"/>
          <w:sz w:val="28"/>
          <w:szCs w:val="28"/>
        </w:rPr>
        <w:t xml:space="preserve"> </w:t>
      </w:r>
      <w:proofErr w:type="spellStart"/>
      <w:r w:rsidRPr="00064DB1">
        <w:rPr>
          <w:i/>
          <w:iCs/>
          <w:color w:val="auto"/>
          <w:sz w:val="28"/>
          <w:szCs w:val="28"/>
        </w:rPr>
        <w:t>phương</w:t>
      </w:r>
      <w:proofErr w:type="spellEnd"/>
      <w:r w:rsidRPr="00064DB1">
        <w:rPr>
          <w:i/>
          <w:iCs/>
          <w:color w:val="auto"/>
          <w:sz w:val="28"/>
          <w:szCs w:val="28"/>
        </w:rPr>
        <w:t xml:space="preserve"> </w:t>
      </w:r>
      <w:proofErr w:type="spellStart"/>
      <w:r w:rsidRPr="00064DB1">
        <w:rPr>
          <w:i/>
          <w:iCs/>
          <w:color w:val="auto"/>
          <w:sz w:val="28"/>
          <w:szCs w:val="28"/>
        </w:rPr>
        <w:t>pháp</w:t>
      </w:r>
      <w:proofErr w:type="spellEnd"/>
      <w:r w:rsidRPr="00064DB1">
        <w:rPr>
          <w:i/>
          <w:iCs/>
          <w:color w:val="auto"/>
          <w:sz w:val="28"/>
          <w:szCs w:val="28"/>
        </w:rPr>
        <w:t xml:space="preserve"> </w:t>
      </w:r>
      <w:proofErr w:type="spellStart"/>
      <w:r w:rsidRPr="00064DB1">
        <w:rPr>
          <w:i/>
          <w:iCs/>
          <w:color w:val="auto"/>
          <w:sz w:val="28"/>
          <w:szCs w:val="28"/>
        </w:rPr>
        <w:t>xác</w:t>
      </w:r>
      <w:proofErr w:type="spellEnd"/>
      <w:r w:rsidRPr="00064DB1">
        <w:rPr>
          <w:i/>
          <w:iCs/>
          <w:color w:val="auto"/>
          <w:sz w:val="28"/>
          <w:szCs w:val="28"/>
        </w:rPr>
        <w:t xml:space="preserve"> </w:t>
      </w:r>
      <w:proofErr w:type="spellStart"/>
      <w:r w:rsidRPr="00064DB1">
        <w:rPr>
          <w:i/>
          <w:iCs/>
          <w:color w:val="auto"/>
          <w:sz w:val="28"/>
          <w:szCs w:val="28"/>
        </w:rPr>
        <w:t>định</w:t>
      </w:r>
      <w:proofErr w:type="spellEnd"/>
      <w:r w:rsidRPr="00064DB1">
        <w:rPr>
          <w:i/>
          <w:iCs/>
          <w:color w:val="auto"/>
          <w:sz w:val="28"/>
          <w:szCs w:val="28"/>
        </w:rPr>
        <w:t xml:space="preserve"> </w:t>
      </w:r>
      <w:proofErr w:type="spellStart"/>
      <w:r w:rsidRPr="00064DB1">
        <w:rPr>
          <w:i/>
          <w:iCs/>
          <w:color w:val="auto"/>
          <w:sz w:val="28"/>
          <w:szCs w:val="28"/>
        </w:rPr>
        <w:t>dự</w:t>
      </w:r>
      <w:proofErr w:type="spellEnd"/>
      <w:r w:rsidRPr="00064DB1">
        <w:rPr>
          <w:i/>
          <w:iCs/>
          <w:color w:val="auto"/>
          <w:sz w:val="28"/>
          <w:szCs w:val="28"/>
        </w:rPr>
        <w:t xml:space="preserve"> </w:t>
      </w:r>
      <w:proofErr w:type="spellStart"/>
      <w:r w:rsidRPr="00064DB1">
        <w:rPr>
          <w:i/>
          <w:iCs/>
          <w:color w:val="auto"/>
          <w:sz w:val="28"/>
          <w:szCs w:val="28"/>
        </w:rPr>
        <w:t>toán</w:t>
      </w:r>
      <w:proofErr w:type="spellEnd"/>
      <w:r w:rsidRPr="00064DB1">
        <w:rPr>
          <w:i/>
          <w:iCs/>
          <w:color w:val="auto"/>
          <w:sz w:val="28"/>
          <w:szCs w:val="28"/>
        </w:rPr>
        <w:t xml:space="preserve">. </w:t>
      </w:r>
      <w:proofErr w:type="spellStart"/>
      <w:r w:rsidRPr="00064DB1">
        <w:rPr>
          <w:i/>
          <w:iCs/>
          <w:color w:val="auto"/>
          <w:sz w:val="28"/>
          <w:szCs w:val="28"/>
        </w:rPr>
        <w:t>Dự</w:t>
      </w:r>
      <w:proofErr w:type="spellEnd"/>
      <w:r w:rsidRPr="00064DB1">
        <w:rPr>
          <w:i/>
          <w:iCs/>
          <w:color w:val="auto"/>
          <w:sz w:val="28"/>
          <w:szCs w:val="28"/>
        </w:rPr>
        <w:t xml:space="preserve"> </w:t>
      </w:r>
      <w:proofErr w:type="spellStart"/>
      <w:r w:rsidRPr="00064DB1">
        <w:rPr>
          <w:i/>
          <w:iCs/>
          <w:color w:val="auto"/>
          <w:sz w:val="28"/>
          <w:szCs w:val="28"/>
        </w:rPr>
        <w:t>toán</w:t>
      </w:r>
      <w:proofErr w:type="spellEnd"/>
      <w:r w:rsidRPr="00064DB1">
        <w:rPr>
          <w:i/>
          <w:iCs/>
          <w:color w:val="auto"/>
          <w:sz w:val="28"/>
          <w:szCs w:val="28"/>
        </w:rPr>
        <w:t xml:space="preserve"> do </w:t>
      </w:r>
      <w:proofErr w:type="spellStart"/>
      <w:r w:rsidRPr="00064DB1">
        <w:rPr>
          <w:i/>
          <w:iCs/>
          <w:color w:val="auto"/>
          <w:sz w:val="28"/>
          <w:szCs w:val="28"/>
        </w:rPr>
        <w:t>tổ</w:t>
      </w:r>
      <w:proofErr w:type="spellEnd"/>
      <w:r w:rsidRPr="00064DB1">
        <w:rPr>
          <w:i/>
          <w:iCs/>
          <w:color w:val="auto"/>
          <w:sz w:val="28"/>
          <w:szCs w:val="28"/>
        </w:rPr>
        <w:t xml:space="preserve"> </w:t>
      </w:r>
      <w:proofErr w:type="spellStart"/>
      <w:r w:rsidRPr="00064DB1">
        <w:rPr>
          <w:i/>
          <w:iCs/>
          <w:color w:val="auto"/>
          <w:sz w:val="28"/>
          <w:szCs w:val="28"/>
        </w:rPr>
        <w:t>chức</w:t>
      </w:r>
      <w:proofErr w:type="spellEnd"/>
      <w:r w:rsidRPr="00064DB1">
        <w:rPr>
          <w:i/>
          <w:iCs/>
          <w:color w:val="auto"/>
          <w:sz w:val="28"/>
          <w:szCs w:val="28"/>
        </w:rPr>
        <w:t xml:space="preserve"> </w:t>
      </w:r>
      <w:proofErr w:type="spellStart"/>
      <w:r w:rsidRPr="00064DB1">
        <w:rPr>
          <w:i/>
          <w:iCs/>
          <w:color w:val="auto"/>
          <w:sz w:val="28"/>
          <w:szCs w:val="28"/>
        </w:rPr>
        <w:t>đăng</w:t>
      </w:r>
      <w:proofErr w:type="spellEnd"/>
      <w:r w:rsidRPr="00064DB1">
        <w:rPr>
          <w:i/>
          <w:iCs/>
          <w:color w:val="auto"/>
          <w:sz w:val="28"/>
          <w:szCs w:val="28"/>
        </w:rPr>
        <w:t xml:space="preserve"> </w:t>
      </w:r>
      <w:proofErr w:type="spellStart"/>
      <w:r w:rsidRPr="00064DB1">
        <w:rPr>
          <w:i/>
          <w:iCs/>
          <w:color w:val="auto"/>
          <w:sz w:val="28"/>
          <w:szCs w:val="28"/>
        </w:rPr>
        <w:t>ký</w:t>
      </w:r>
      <w:proofErr w:type="spellEnd"/>
      <w:r w:rsidRPr="00064DB1">
        <w:rPr>
          <w:i/>
          <w:iCs/>
          <w:color w:val="auto"/>
          <w:sz w:val="28"/>
          <w:szCs w:val="28"/>
        </w:rPr>
        <w:t xml:space="preserve"> </w:t>
      </w:r>
      <w:proofErr w:type="spellStart"/>
      <w:r w:rsidRPr="00064DB1">
        <w:rPr>
          <w:i/>
          <w:iCs/>
          <w:color w:val="auto"/>
          <w:sz w:val="28"/>
          <w:szCs w:val="28"/>
        </w:rPr>
        <w:t>chủ</w:t>
      </w:r>
      <w:proofErr w:type="spellEnd"/>
      <w:r w:rsidRPr="00064DB1">
        <w:rPr>
          <w:i/>
          <w:iCs/>
          <w:color w:val="auto"/>
          <w:sz w:val="28"/>
          <w:szCs w:val="28"/>
        </w:rPr>
        <w:t xml:space="preserve"> </w:t>
      </w:r>
      <w:proofErr w:type="spellStart"/>
      <w:r w:rsidRPr="00064DB1">
        <w:rPr>
          <w:i/>
          <w:iCs/>
          <w:color w:val="auto"/>
          <w:sz w:val="28"/>
          <w:szCs w:val="28"/>
        </w:rPr>
        <w:t>trì</w:t>
      </w:r>
      <w:proofErr w:type="spellEnd"/>
      <w:r w:rsidRPr="00064DB1">
        <w:rPr>
          <w:i/>
          <w:iCs/>
          <w:color w:val="auto"/>
          <w:sz w:val="28"/>
          <w:szCs w:val="28"/>
        </w:rPr>
        <w:t xml:space="preserve"> </w:t>
      </w:r>
      <w:proofErr w:type="spellStart"/>
      <w:r w:rsidRPr="00064DB1">
        <w:rPr>
          <w:i/>
          <w:iCs/>
          <w:color w:val="auto"/>
          <w:sz w:val="28"/>
          <w:szCs w:val="28"/>
        </w:rPr>
        <w:t>đề</w:t>
      </w:r>
      <w:proofErr w:type="spellEnd"/>
      <w:r w:rsidRPr="00064DB1">
        <w:rPr>
          <w:i/>
          <w:iCs/>
          <w:color w:val="auto"/>
          <w:sz w:val="28"/>
          <w:szCs w:val="28"/>
        </w:rPr>
        <w:t xml:space="preserve"> </w:t>
      </w:r>
      <w:proofErr w:type="spellStart"/>
      <w:r w:rsidRPr="00064DB1">
        <w:rPr>
          <w:i/>
          <w:iCs/>
          <w:color w:val="auto"/>
          <w:sz w:val="28"/>
          <w:szCs w:val="28"/>
        </w:rPr>
        <w:t>xuất</w:t>
      </w:r>
      <w:proofErr w:type="spellEnd"/>
      <w:r w:rsidRPr="00064DB1">
        <w:rPr>
          <w:i/>
          <w:iCs/>
          <w:color w:val="auto"/>
          <w:sz w:val="28"/>
          <w:szCs w:val="28"/>
        </w:rPr>
        <w:t xml:space="preserve"> </w:t>
      </w:r>
      <w:proofErr w:type="spellStart"/>
      <w:r w:rsidRPr="00064DB1">
        <w:rPr>
          <w:i/>
          <w:iCs/>
          <w:color w:val="auto"/>
          <w:sz w:val="28"/>
          <w:szCs w:val="28"/>
        </w:rPr>
        <w:t>là</w:t>
      </w:r>
      <w:proofErr w:type="spellEnd"/>
      <w:r w:rsidRPr="00064DB1">
        <w:rPr>
          <w:i/>
          <w:iCs/>
          <w:color w:val="auto"/>
          <w:sz w:val="28"/>
          <w:szCs w:val="28"/>
        </w:rPr>
        <w:t xml:space="preserve"> </w:t>
      </w:r>
      <w:proofErr w:type="spellStart"/>
      <w:r w:rsidRPr="00064DB1">
        <w:rPr>
          <w:i/>
          <w:iCs/>
          <w:color w:val="auto"/>
          <w:sz w:val="28"/>
          <w:szCs w:val="28"/>
        </w:rPr>
        <w:t>cơ</w:t>
      </w:r>
      <w:proofErr w:type="spellEnd"/>
      <w:r w:rsidRPr="00064DB1">
        <w:rPr>
          <w:i/>
          <w:iCs/>
          <w:color w:val="auto"/>
          <w:sz w:val="28"/>
          <w:szCs w:val="28"/>
        </w:rPr>
        <w:t xml:space="preserve"> </w:t>
      </w:r>
      <w:proofErr w:type="spellStart"/>
      <w:r w:rsidRPr="00064DB1">
        <w:rPr>
          <w:i/>
          <w:iCs/>
          <w:color w:val="auto"/>
          <w:sz w:val="28"/>
          <w:szCs w:val="28"/>
        </w:rPr>
        <w:t>sở</w:t>
      </w:r>
      <w:proofErr w:type="spellEnd"/>
      <w:r w:rsidRPr="00064DB1">
        <w:rPr>
          <w:i/>
          <w:iCs/>
          <w:color w:val="auto"/>
          <w:sz w:val="28"/>
          <w:szCs w:val="28"/>
        </w:rPr>
        <w:t xml:space="preserve"> </w:t>
      </w:r>
      <w:proofErr w:type="spellStart"/>
      <w:r w:rsidRPr="00064DB1">
        <w:rPr>
          <w:i/>
          <w:iCs/>
          <w:color w:val="auto"/>
          <w:sz w:val="28"/>
          <w:szCs w:val="28"/>
        </w:rPr>
        <w:t>phục</w:t>
      </w:r>
      <w:proofErr w:type="spellEnd"/>
      <w:r w:rsidRPr="00064DB1">
        <w:rPr>
          <w:i/>
          <w:iCs/>
          <w:color w:val="auto"/>
          <w:sz w:val="28"/>
          <w:szCs w:val="28"/>
        </w:rPr>
        <w:t xml:space="preserve"> </w:t>
      </w:r>
      <w:proofErr w:type="spellStart"/>
      <w:r w:rsidRPr="00064DB1">
        <w:rPr>
          <w:i/>
          <w:iCs/>
          <w:color w:val="auto"/>
          <w:sz w:val="28"/>
          <w:szCs w:val="28"/>
        </w:rPr>
        <w:t>vụ</w:t>
      </w:r>
      <w:proofErr w:type="spellEnd"/>
      <w:r w:rsidRPr="00064DB1">
        <w:rPr>
          <w:i/>
          <w:iCs/>
          <w:color w:val="auto"/>
          <w:sz w:val="28"/>
          <w:szCs w:val="28"/>
        </w:rPr>
        <w:t xml:space="preserve"> </w:t>
      </w:r>
      <w:proofErr w:type="spellStart"/>
      <w:r w:rsidRPr="00064DB1">
        <w:rPr>
          <w:i/>
          <w:iCs/>
          <w:color w:val="auto"/>
          <w:sz w:val="28"/>
          <w:szCs w:val="28"/>
        </w:rPr>
        <w:t>việc</w:t>
      </w:r>
      <w:proofErr w:type="spellEnd"/>
      <w:r w:rsidRPr="00064DB1">
        <w:rPr>
          <w:i/>
          <w:iCs/>
          <w:color w:val="auto"/>
          <w:sz w:val="28"/>
          <w:szCs w:val="28"/>
        </w:rPr>
        <w:t xml:space="preserve"> </w:t>
      </w:r>
      <w:proofErr w:type="spellStart"/>
      <w:r w:rsidRPr="00064DB1">
        <w:rPr>
          <w:i/>
          <w:iCs/>
          <w:color w:val="auto"/>
          <w:sz w:val="28"/>
          <w:szCs w:val="28"/>
        </w:rPr>
        <w:t>xem</w:t>
      </w:r>
      <w:proofErr w:type="spellEnd"/>
      <w:r w:rsidRPr="00064DB1">
        <w:rPr>
          <w:i/>
          <w:iCs/>
          <w:color w:val="auto"/>
          <w:sz w:val="28"/>
          <w:szCs w:val="28"/>
        </w:rPr>
        <w:t xml:space="preserve"> </w:t>
      </w:r>
      <w:proofErr w:type="spellStart"/>
      <w:r w:rsidRPr="00064DB1">
        <w:rPr>
          <w:i/>
          <w:iCs/>
          <w:color w:val="auto"/>
          <w:sz w:val="28"/>
          <w:szCs w:val="28"/>
        </w:rPr>
        <w:t>xét</w:t>
      </w:r>
      <w:proofErr w:type="spellEnd"/>
      <w:r w:rsidRPr="00064DB1">
        <w:rPr>
          <w:i/>
          <w:iCs/>
          <w:color w:val="auto"/>
          <w:sz w:val="28"/>
          <w:szCs w:val="28"/>
        </w:rPr>
        <w:t xml:space="preserve">, </w:t>
      </w:r>
      <w:proofErr w:type="spellStart"/>
      <w:r w:rsidRPr="00064DB1">
        <w:rPr>
          <w:i/>
          <w:iCs/>
          <w:color w:val="auto"/>
          <w:sz w:val="28"/>
          <w:szCs w:val="28"/>
        </w:rPr>
        <w:t>thẩm</w:t>
      </w:r>
      <w:proofErr w:type="spellEnd"/>
      <w:r w:rsidRPr="00064DB1">
        <w:rPr>
          <w:i/>
          <w:iCs/>
          <w:color w:val="auto"/>
          <w:sz w:val="28"/>
          <w:szCs w:val="28"/>
        </w:rPr>
        <w:t xml:space="preserve"> </w:t>
      </w:r>
      <w:proofErr w:type="spellStart"/>
      <w:r w:rsidRPr="00064DB1">
        <w:rPr>
          <w:i/>
          <w:iCs/>
          <w:color w:val="auto"/>
          <w:sz w:val="28"/>
          <w:szCs w:val="28"/>
        </w:rPr>
        <w:t>định</w:t>
      </w:r>
      <w:proofErr w:type="spellEnd"/>
      <w:r w:rsidRPr="00064DB1">
        <w:rPr>
          <w:i/>
          <w:iCs/>
          <w:color w:val="auto"/>
          <w:sz w:val="28"/>
          <w:szCs w:val="28"/>
        </w:rPr>
        <w:t xml:space="preserve"> </w:t>
      </w:r>
      <w:proofErr w:type="spellStart"/>
      <w:r w:rsidRPr="00064DB1">
        <w:rPr>
          <w:i/>
          <w:iCs/>
          <w:color w:val="auto"/>
          <w:sz w:val="28"/>
          <w:szCs w:val="28"/>
        </w:rPr>
        <w:t>và</w:t>
      </w:r>
      <w:proofErr w:type="spellEnd"/>
      <w:r w:rsidRPr="00064DB1">
        <w:rPr>
          <w:i/>
          <w:iCs/>
          <w:color w:val="auto"/>
          <w:sz w:val="28"/>
          <w:szCs w:val="28"/>
        </w:rPr>
        <w:t xml:space="preserve"> </w:t>
      </w:r>
      <w:proofErr w:type="spellStart"/>
      <w:r w:rsidRPr="00064DB1">
        <w:rPr>
          <w:i/>
          <w:iCs/>
          <w:color w:val="auto"/>
          <w:sz w:val="28"/>
          <w:szCs w:val="28"/>
        </w:rPr>
        <w:t>hoàn</w:t>
      </w:r>
      <w:proofErr w:type="spellEnd"/>
      <w:r w:rsidRPr="00064DB1">
        <w:rPr>
          <w:i/>
          <w:iCs/>
          <w:color w:val="auto"/>
          <w:sz w:val="28"/>
          <w:szCs w:val="28"/>
        </w:rPr>
        <w:t xml:space="preserve"> </w:t>
      </w:r>
      <w:proofErr w:type="spellStart"/>
      <w:r w:rsidRPr="00064DB1">
        <w:rPr>
          <w:i/>
          <w:iCs/>
          <w:color w:val="auto"/>
          <w:sz w:val="28"/>
          <w:szCs w:val="28"/>
        </w:rPr>
        <w:t>thiện</w:t>
      </w:r>
      <w:proofErr w:type="spellEnd"/>
      <w:r w:rsidRPr="00064DB1">
        <w:rPr>
          <w:i/>
          <w:iCs/>
          <w:color w:val="auto"/>
          <w:sz w:val="28"/>
          <w:szCs w:val="28"/>
        </w:rPr>
        <w:t xml:space="preserve"> </w:t>
      </w:r>
      <w:proofErr w:type="spellStart"/>
      <w:r w:rsidRPr="00064DB1">
        <w:rPr>
          <w:i/>
          <w:iCs/>
          <w:color w:val="auto"/>
          <w:sz w:val="28"/>
          <w:szCs w:val="28"/>
        </w:rPr>
        <w:t>dự</w:t>
      </w:r>
      <w:proofErr w:type="spellEnd"/>
      <w:r w:rsidRPr="00064DB1">
        <w:rPr>
          <w:i/>
          <w:iCs/>
          <w:color w:val="auto"/>
          <w:sz w:val="28"/>
          <w:szCs w:val="28"/>
        </w:rPr>
        <w:t xml:space="preserve"> </w:t>
      </w:r>
      <w:proofErr w:type="spellStart"/>
      <w:r w:rsidRPr="00064DB1">
        <w:rPr>
          <w:i/>
          <w:iCs/>
          <w:color w:val="auto"/>
          <w:sz w:val="28"/>
          <w:szCs w:val="28"/>
        </w:rPr>
        <w:t>toán</w:t>
      </w:r>
      <w:proofErr w:type="spellEnd"/>
      <w:r w:rsidRPr="00064DB1">
        <w:rPr>
          <w:i/>
          <w:iCs/>
          <w:color w:val="auto"/>
          <w:sz w:val="28"/>
          <w:szCs w:val="28"/>
        </w:rPr>
        <w:t xml:space="preserve"> </w:t>
      </w:r>
      <w:proofErr w:type="spellStart"/>
      <w:r w:rsidRPr="00064DB1">
        <w:rPr>
          <w:i/>
          <w:iCs/>
          <w:color w:val="auto"/>
          <w:sz w:val="28"/>
          <w:szCs w:val="28"/>
        </w:rPr>
        <w:t>kinh</w:t>
      </w:r>
      <w:proofErr w:type="spellEnd"/>
      <w:r w:rsidRPr="00064DB1">
        <w:rPr>
          <w:i/>
          <w:iCs/>
          <w:color w:val="auto"/>
          <w:sz w:val="28"/>
          <w:szCs w:val="28"/>
        </w:rPr>
        <w:t xml:space="preserve"> </w:t>
      </w:r>
      <w:proofErr w:type="spellStart"/>
      <w:r w:rsidRPr="00064DB1">
        <w:rPr>
          <w:i/>
          <w:iCs/>
          <w:color w:val="auto"/>
          <w:sz w:val="28"/>
          <w:szCs w:val="28"/>
        </w:rPr>
        <w:t>phí</w:t>
      </w:r>
      <w:proofErr w:type="spellEnd"/>
      <w:r w:rsidRPr="00064DB1">
        <w:rPr>
          <w:i/>
          <w:iCs/>
          <w:color w:val="auto"/>
          <w:sz w:val="28"/>
          <w:szCs w:val="28"/>
        </w:rPr>
        <w:t xml:space="preserve">; </w:t>
      </w:r>
      <w:proofErr w:type="spellStart"/>
      <w:r w:rsidRPr="00064DB1">
        <w:rPr>
          <w:i/>
          <w:iCs/>
          <w:color w:val="auto"/>
          <w:sz w:val="28"/>
          <w:szCs w:val="28"/>
        </w:rPr>
        <w:t>mức</w:t>
      </w:r>
      <w:proofErr w:type="spellEnd"/>
      <w:r w:rsidRPr="00064DB1">
        <w:rPr>
          <w:i/>
          <w:iCs/>
          <w:color w:val="auto"/>
          <w:sz w:val="28"/>
          <w:szCs w:val="28"/>
        </w:rPr>
        <w:t xml:space="preserve"> </w:t>
      </w:r>
      <w:proofErr w:type="spellStart"/>
      <w:r w:rsidRPr="00064DB1">
        <w:rPr>
          <w:i/>
          <w:iCs/>
          <w:color w:val="auto"/>
          <w:sz w:val="28"/>
          <w:szCs w:val="28"/>
        </w:rPr>
        <w:t>kinh</w:t>
      </w:r>
      <w:proofErr w:type="spellEnd"/>
      <w:r w:rsidRPr="00064DB1">
        <w:rPr>
          <w:i/>
          <w:iCs/>
          <w:color w:val="auto"/>
          <w:sz w:val="28"/>
          <w:szCs w:val="28"/>
        </w:rPr>
        <w:t xml:space="preserve"> </w:t>
      </w:r>
      <w:proofErr w:type="spellStart"/>
      <w:r w:rsidRPr="00064DB1">
        <w:rPr>
          <w:i/>
          <w:iCs/>
          <w:color w:val="auto"/>
          <w:sz w:val="28"/>
          <w:szCs w:val="28"/>
        </w:rPr>
        <w:t>phí</w:t>
      </w:r>
      <w:proofErr w:type="spellEnd"/>
      <w:r w:rsidRPr="00064DB1">
        <w:rPr>
          <w:i/>
          <w:iCs/>
          <w:color w:val="auto"/>
          <w:sz w:val="28"/>
          <w:szCs w:val="28"/>
        </w:rPr>
        <w:t xml:space="preserve"> </w:t>
      </w:r>
      <w:proofErr w:type="spellStart"/>
      <w:r w:rsidRPr="00064DB1">
        <w:rPr>
          <w:i/>
          <w:iCs/>
          <w:color w:val="auto"/>
          <w:sz w:val="28"/>
          <w:szCs w:val="28"/>
        </w:rPr>
        <w:t>thực</w:t>
      </w:r>
      <w:proofErr w:type="spellEnd"/>
      <w:r w:rsidRPr="00064DB1">
        <w:rPr>
          <w:i/>
          <w:iCs/>
          <w:color w:val="auto"/>
          <w:sz w:val="28"/>
          <w:szCs w:val="28"/>
        </w:rPr>
        <w:t xml:space="preserve"> </w:t>
      </w:r>
      <w:proofErr w:type="spellStart"/>
      <w:r w:rsidRPr="00064DB1">
        <w:rPr>
          <w:i/>
          <w:iCs/>
          <w:color w:val="auto"/>
          <w:sz w:val="28"/>
          <w:szCs w:val="28"/>
        </w:rPr>
        <w:t>hiện</w:t>
      </w:r>
      <w:proofErr w:type="spellEnd"/>
      <w:r w:rsidRPr="00064DB1">
        <w:rPr>
          <w:i/>
          <w:iCs/>
          <w:color w:val="auto"/>
          <w:sz w:val="28"/>
          <w:szCs w:val="28"/>
        </w:rPr>
        <w:t xml:space="preserve"> </w:t>
      </w:r>
      <w:proofErr w:type="spellStart"/>
      <w:r w:rsidRPr="00064DB1">
        <w:rPr>
          <w:i/>
          <w:iCs/>
          <w:color w:val="auto"/>
          <w:sz w:val="28"/>
          <w:szCs w:val="28"/>
        </w:rPr>
        <w:t>nhiệm</w:t>
      </w:r>
      <w:proofErr w:type="spellEnd"/>
      <w:r w:rsidRPr="00064DB1">
        <w:rPr>
          <w:i/>
          <w:iCs/>
          <w:color w:val="auto"/>
          <w:sz w:val="28"/>
          <w:szCs w:val="28"/>
        </w:rPr>
        <w:t xml:space="preserve"> </w:t>
      </w:r>
      <w:proofErr w:type="spellStart"/>
      <w:r w:rsidRPr="00064DB1">
        <w:rPr>
          <w:i/>
          <w:iCs/>
          <w:color w:val="auto"/>
          <w:sz w:val="28"/>
          <w:szCs w:val="28"/>
        </w:rPr>
        <w:t>vụ</w:t>
      </w:r>
      <w:proofErr w:type="spellEnd"/>
      <w:r w:rsidRPr="00064DB1">
        <w:rPr>
          <w:i/>
          <w:iCs/>
          <w:color w:val="auto"/>
          <w:sz w:val="28"/>
          <w:szCs w:val="28"/>
        </w:rPr>
        <w:t xml:space="preserve"> </w:t>
      </w:r>
      <w:proofErr w:type="spellStart"/>
      <w:r w:rsidRPr="00064DB1">
        <w:rPr>
          <w:i/>
          <w:iCs/>
          <w:color w:val="auto"/>
          <w:sz w:val="28"/>
          <w:szCs w:val="28"/>
        </w:rPr>
        <w:t>được</w:t>
      </w:r>
      <w:proofErr w:type="spellEnd"/>
      <w:r w:rsidRPr="00064DB1">
        <w:rPr>
          <w:i/>
          <w:iCs/>
          <w:color w:val="auto"/>
          <w:sz w:val="28"/>
          <w:szCs w:val="28"/>
        </w:rPr>
        <w:t xml:space="preserve"> </w:t>
      </w:r>
      <w:proofErr w:type="spellStart"/>
      <w:r w:rsidRPr="00064DB1">
        <w:rPr>
          <w:i/>
          <w:iCs/>
          <w:color w:val="auto"/>
          <w:sz w:val="28"/>
          <w:szCs w:val="28"/>
        </w:rPr>
        <w:t>xác</w:t>
      </w:r>
      <w:proofErr w:type="spellEnd"/>
      <w:r w:rsidRPr="00064DB1">
        <w:rPr>
          <w:i/>
          <w:iCs/>
          <w:color w:val="auto"/>
          <w:sz w:val="28"/>
          <w:szCs w:val="28"/>
        </w:rPr>
        <w:t xml:space="preserve"> </w:t>
      </w:r>
      <w:proofErr w:type="spellStart"/>
      <w:r w:rsidRPr="00064DB1">
        <w:rPr>
          <w:i/>
          <w:iCs/>
          <w:color w:val="auto"/>
          <w:sz w:val="28"/>
          <w:szCs w:val="28"/>
        </w:rPr>
        <w:t>định</w:t>
      </w:r>
      <w:proofErr w:type="spellEnd"/>
      <w:r w:rsidRPr="00064DB1">
        <w:rPr>
          <w:i/>
          <w:iCs/>
          <w:color w:val="auto"/>
          <w:sz w:val="28"/>
          <w:szCs w:val="28"/>
        </w:rPr>
        <w:t xml:space="preserve"> </w:t>
      </w:r>
      <w:proofErr w:type="spellStart"/>
      <w:r w:rsidRPr="00064DB1">
        <w:rPr>
          <w:i/>
          <w:iCs/>
          <w:color w:val="auto"/>
          <w:sz w:val="28"/>
          <w:szCs w:val="28"/>
        </w:rPr>
        <w:t>theo</w:t>
      </w:r>
      <w:proofErr w:type="spellEnd"/>
      <w:r w:rsidRPr="00064DB1">
        <w:rPr>
          <w:i/>
          <w:iCs/>
          <w:color w:val="auto"/>
          <w:sz w:val="28"/>
          <w:szCs w:val="28"/>
        </w:rPr>
        <w:t xml:space="preserve"> </w:t>
      </w:r>
      <w:proofErr w:type="spellStart"/>
      <w:r w:rsidRPr="00064DB1">
        <w:rPr>
          <w:i/>
          <w:iCs/>
          <w:color w:val="auto"/>
          <w:sz w:val="28"/>
          <w:szCs w:val="28"/>
        </w:rPr>
        <w:t>kết</w:t>
      </w:r>
      <w:proofErr w:type="spellEnd"/>
      <w:r w:rsidRPr="00064DB1">
        <w:rPr>
          <w:i/>
          <w:iCs/>
          <w:color w:val="auto"/>
          <w:sz w:val="28"/>
          <w:szCs w:val="28"/>
        </w:rPr>
        <w:t xml:space="preserve"> </w:t>
      </w:r>
      <w:proofErr w:type="spellStart"/>
      <w:r w:rsidRPr="00064DB1">
        <w:rPr>
          <w:i/>
          <w:iCs/>
          <w:color w:val="auto"/>
          <w:sz w:val="28"/>
          <w:szCs w:val="28"/>
        </w:rPr>
        <w:t>quả</w:t>
      </w:r>
      <w:proofErr w:type="spellEnd"/>
      <w:r w:rsidRPr="00064DB1">
        <w:rPr>
          <w:i/>
          <w:iCs/>
          <w:color w:val="auto"/>
          <w:sz w:val="28"/>
          <w:szCs w:val="28"/>
        </w:rPr>
        <w:t xml:space="preserve"> </w:t>
      </w:r>
      <w:proofErr w:type="spellStart"/>
      <w:r w:rsidRPr="00064DB1">
        <w:rPr>
          <w:i/>
          <w:iCs/>
          <w:color w:val="auto"/>
          <w:sz w:val="28"/>
          <w:szCs w:val="28"/>
        </w:rPr>
        <w:t>thẩm</w:t>
      </w:r>
      <w:proofErr w:type="spellEnd"/>
      <w:r w:rsidRPr="00064DB1">
        <w:rPr>
          <w:i/>
          <w:iCs/>
          <w:color w:val="auto"/>
          <w:sz w:val="28"/>
          <w:szCs w:val="28"/>
        </w:rPr>
        <w:t xml:space="preserve"> </w:t>
      </w:r>
      <w:proofErr w:type="spellStart"/>
      <w:r w:rsidRPr="00064DB1">
        <w:rPr>
          <w:i/>
          <w:iCs/>
          <w:color w:val="auto"/>
          <w:sz w:val="28"/>
          <w:szCs w:val="28"/>
        </w:rPr>
        <w:t>định</w:t>
      </w:r>
      <w:proofErr w:type="spellEnd"/>
      <w:r w:rsidRPr="00064DB1">
        <w:rPr>
          <w:i/>
          <w:iCs/>
          <w:color w:val="auto"/>
          <w:sz w:val="28"/>
          <w:szCs w:val="28"/>
        </w:rPr>
        <w:t xml:space="preserve"> </w:t>
      </w:r>
      <w:proofErr w:type="spellStart"/>
      <w:r w:rsidRPr="00064DB1">
        <w:rPr>
          <w:i/>
          <w:iCs/>
          <w:color w:val="auto"/>
          <w:sz w:val="28"/>
          <w:szCs w:val="28"/>
        </w:rPr>
        <w:t>và</w:t>
      </w:r>
      <w:proofErr w:type="spellEnd"/>
      <w:r w:rsidRPr="00064DB1">
        <w:rPr>
          <w:i/>
          <w:iCs/>
          <w:color w:val="auto"/>
          <w:sz w:val="28"/>
          <w:szCs w:val="28"/>
        </w:rPr>
        <w:t xml:space="preserve"> </w:t>
      </w:r>
      <w:proofErr w:type="spellStart"/>
      <w:r w:rsidRPr="00064DB1">
        <w:rPr>
          <w:i/>
          <w:iCs/>
          <w:color w:val="auto"/>
          <w:sz w:val="28"/>
          <w:szCs w:val="28"/>
        </w:rPr>
        <w:t>quyết</w:t>
      </w:r>
      <w:proofErr w:type="spellEnd"/>
      <w:r w:rsidRPr="00064DB1">
        <w:rPr>
          <w:i/>
          <w:iCs/>
          <w:color w:val="auto"/>
          <w:sz w:val="28"/>
          <w:szCs w:val="28"/>
        </w:rPr>
        <w:t xml:space="preserve"> </w:t>
      </w:r>
      <w:proofErr w:type="spellStart"/>
      <w:r w:rsidRPr="00064DB1">
        <w:rPr>
          <w:i/>
          <w:iCs/>
          <w:color w:val="auto"/>
          <w:sz w:val="28"/>
          <w:szCs w:val="28"/>
        </w:rPr>
        <w:t>định</w:t>
      </w:r>
      <w:proofErr w:type="spellEnd"/>
      <w:r w:rsidRPr="00064DB1">
        <w:rPr>
          <w:i/>
          <w:iCs/>
          <w:color w:val="auto"/>
          <w:sz w:val="28"/>
          <w:szCs w:val="28"/>
        </w:rPr>
        <w:t xml:space="preserve"> </w:t>
      </w:r>
      <w:proofErr w:type="spellStart"/>
      <w:r w:rsidRPr="00064DB1">
        <w:rPr>
          <w:i/>
          <w:iCs/>
          <w:color w:val="auto"/>
          <w:sz w:val="28"/>
          <w:szCs w:val="28"/>
        </w:rPr>
        <w:t>của</w:t>
      </w:r>
      <w:proofErr w:type="spellEnd"/>
      <w:r w:rsidRPr="00064DB1">
        <w:rPr>
          <w:i/>
          <w:iCs/>
          <w:color w:val="auto"/>
          <w:sz w:val="28"/>
          <w:szCs w:val="28"/>
        </w:rPr>
        <w:t xml:space="preserve"> </w:t>
      </w:r>
      <w:proofErr w:type="spellStart"/>
      <w:r w:rsidRPr="00064DB1">
        <w:rPr>
          <w:i/>
          <w:iCs/>
          <w:color w:val="auto"/>
          <w:sz w:val="28"/>
          <w:szCs w:val="28"/>
        </w:rPr>
        <w:t>cấp</w:t>
      </w:r>
      <w:proofErr w:type="spellEnd"/>
      <w:r w:rsidRPr="00064DB1">
        <w:rPr>
          <w:i/>
          <w:iCs/>
          <w:color w:val="auto"/>
          <w:sz w:val="28"/>
          <w:szCs w:val="28"/>
        </w:rPr>
        <w:t xml:space="preserve"> </w:t>
      </w:r>
      <w:proofErr w:type="spellStart"/>
      <w:r w:rsidRPr="00064DB1">
        <w:rPr>
          <w:i/>
          <w:iCs/>
          <w:color w:val="auto"/>
          <w:sz w:val="28"/>
          <w:szCs w:val="28"/>
        </w:rPr>
        <w:t>có</w:t>
      </w:r>
      <w:proofErr w:type="spellEnd"/>
      <w:r w:rsidRPr="00064DB1">
        <w:rPr>
          <w:i/>
          <w:iCs/>
          <w:color w:val="auto"/>
          <w:sz w:val="28"/>
          <w:szCs w:val="28"/>
        </w:rPr>
        <w:t xml:space="preserve"> </w:t>
      </w:r>
      <w:proofErr w:type="spellStart"/>
      <w:r w:rsidRPr="00064DB1">
        <w:rPr>
          <w:i/>
          <w:iCs/>
          <w:color w:val="auto"/>
          <w:sz w:val="28"/>
          <w:szCs w:val="28"/>
        </w:rPr>
        <w:t>thẩm</w:t>
      </w:r>
      <w:proofErr w:type="spellEnd"/>
      <w:r w:rsidRPr="00064DB1">
        <w:rPr>
          <w:i/>
          <w:iCs/>
          <w:color w:val="auto"/>
          <w:sz w:val="28"/>
          <w:szCs w:val="28"/>
        </w:rPr>
        <w:t xml:space="preserve"> </w:t>
      </w:r>
      <w:proofErr w:type="spellStart"/>
      <w:r w:rsidRPr="00064DB1">
        <w:rPr>
          <w:i/>
          <w:iCs/>
          <w:color w:val="auto"/>
          <w:sz w:val="28"/>
          <w:szCs w:val="28"/>
        </w:rPr>
        <w:t>quyền</w:t>
      </w:r>
      <w:proofErr w:type="spellEnd"/>
      <w:r w:rsidR="00042002" w:rsidRPr="00064DB1">
        <w:rPr>
          <w:i/>
          <w:iCs/>
          <w:color w:val="auto"/>
          <w:sz w:val="28"/>
          <w:szCs w:val="28"/>
        </w:rPr>
        <w:t>)</w:t>
      </w:r>
      <w:r w:rsidRPr="00064DB1">
        <w:rPr>
          <w:color w:val="auto"/>
          <w:sz w:val="28"/>
          <w:szCs w:val="28"/>
        </w:rPr>
        <w:t>.</w:t>
      </w:r>
    </w:p>
    <w:p w14:paraId="78FA4A6C" w14:textId="52117E5C" w:rsidR="00DC174C" w:rsidRPr="00064DB1" w:rsidRDefault="00286C8F" w:rsidP="005E0F6E">
      <w:pPr>
        <w:spacing w:after="60" w:line="380" w:lineRule="exact"/>
        <w:ind w:firstLine="567"/>
        <w:jc w:val="both"/>
        <w:rPr>
          <w:color w:val="auto"/>
          <w:sz w:val="28"/>
          <w:szCs w:val="28"/>
        </w:rPr>
      </w:pPr>
      <w:r w:rsidRPr="00064DB1">
        <w:rPr>
          <w:color w:val="auto"/>
          <w:sz w:val="28"/>
          <w:szCs w:val="28"/>
        </w:rPr>
        <w:t>g</w:t>
      </w:r>
      <w:r w:rsidR="00156F24" w:rsidRPr="00064DB1">
        <w:rPr>
          <w:color w:val="auto"/>
          <w:sz w:val="28"/>
          <w:szCs w:val="28"/>
        </w:rPr>
        <w:t xml:space="preserve">) Tài </w:t>
      </w:r>
      <w:proofErr w:type="spellStart"/>
      <w:r w:rsidR="00156F24" w:rsidRPr="00064DB1">
        <w:rPr>
          <w:color w:val="auto"/>
          <w:sz w:val="28"/>
          <w:szCs w:val="28"/>
        </w:rPr>
        <w:t>liệu</w:t>
      </w:r>
      <w:proofErr w:type="spellEnd"/>
      <w:r w:rsidR="00156F24" w:rsidRPr="00064DB1">
        <w:rPr>
          <w:color w:val="auto"/>
          <w:sz w:val="28"/>
          <w:szCs w:val="28"/>
        </w:rPr>
        <w:t xml:space="preserve"> </w:t>
      </w:r>
      <w:proofErr w:type="spellStart"/>
      <w:r w:rsidR="00156F24" w:rsidRPr="00064DB1">
        <w:rPr>
          <w:color w:val="auto"/>
          <w:sz w:val="28"/>
          <w:szCs w:val="28"/>
        </w:rPr>
        <w:t>thể</w:t>
      </w:r>
      <w:proofErr w:type="spellEnd"/>
      <w:r w:rsidR="00156F24" w:rsidRPr="00064DB1">
        <w:rPr>
          <w:color w:val="auto"/>
          <w:sz w:val="28"/>
          <w:szCs w:val="28"/>
        </w:rPr>
        <w:t xml:space="preserve"> </w:t>
      </w:r>
      <w:proofErr w:type="spellStart"/>
      <w:r w:rsidR="00156F24" w:rsidRPr="00064DB1">
        <w:rPr>
          <w:color w:val="auto"/>
          <w:sz w:val="28"/>
          <w:szCs w:val="28"/>
        </w:rPr>
        <w:t>hiện</w:t>
      </w:r>
      <w:proofErr w:type="spellEnd"/>
      <w:r w:rsidR="00156F24" w:rsidRPr="00064DB1">
        <w:rPr>
          <w:color w:val="auto"/>
          <w:sz w:val="28"/>
          <w:szCs w:val="28"/>
        </w:rPr>
        <w:t xml:space="preserve"> </w:t>
      </w:r>
      <w:proofErr w:type="spellStart"/>
      <w:r w:rsidR="00156F24" w:rsidRPr="00064DB1">
        <w:rPr>
          <w:color w:val="auto"/>
          <w:sz w:val="28"/>
          <w:szCs w:val="28"/>
        </w:rPr>
        <w:t>phương</w:t>
      </w:r>
      <w:proofErr w:type="spellEnd"/>
      <w:r w:rsidR="00156F24" w:rsidRPr="00064DB1">
        <w:rPr>
          <w:color w:val="auto"/>
          <w:sz w:val="28"/>
          <w:szCs w:val="28"/>
        </w:rPr>
        <w:t xml:space="preserve"> </w:t>
      </w:r>
      <w:proofErr w:type="spellStart"/>
      <w:r w:rsidR="00156F24" w:rsidRPr="00064DB1">
        <w:rPr>
          <w:color w:val="auto"/>
          <w:sz w:val="28"/>
          <w:szCs w:val="28"/>
        </w:rPr>
        <w:t>án</w:t>
      </w:r>
      <w:proofErr w:type="spellEnd"/>
      <w:r w:rsidR="00156F24" w:rsidRPr="00064DB1">
        <w:rPr>
          <w:color w:val="auto"/>
          <w:sz w:val="28"/>
          <w:szCs w:val="28"/>
        </w:rPr>
        <w:t xml:space="preserve"> </w:t>
      </w:r>
      <w:proofErr w:type="spellStart"/>
      <w:r w:rsidR="00156F24" w:rsidRPr="00064DB1">
        <w:rPr>
          <w:color w:val="auto"/>
          <w:sz w:val="28"/>
          <w:szCs w:val="28"/>
        </w:rPr>
        <w:t>huy</w:t>
      </w:r>
      <w:proofErr w:type="spellEnd"/>
      <w:r w:rsidR="00156F24" w:rsidRPr="00064DB1">
        <w:rPr>
          <w:color w:val="auto"/>
          <w:sz w:val="28"/>
          <w:szCs w:val="28"/>
        </w:rPr>
        <w:t xml:space="preserve"> </w:t>
      </w:r>
      <w:proofErr w:type="spellStart"/>
      <w:r w:rsidR="00156F24" w:rsidRPr="00064DB1">
        <w:rPr>
          <w:color w:val="auto"/>
          <w:sz w:val="28"/>
          <w:szCs w:val="28"/>
        </w:rPr>
        <w:t>động</w:t>
      </w:r>
      <w:proofErr w:type="spellEnd"/>
      <w:r w:rsidR="00156F24" w:rsidRPr="00064DB1">
        <w:rPr>
          <w:color w:val="auto"/>
          <w:sz w:val="28"/>
          <w:szCs w:val="28"/>
        </w:rPr>
        <w:t xml:space="preserve"> </w:t>
      </w:r>
      <w:proofErr w:type="spellStart"/>
      <w:r w:rsidR="00156F24" w:rsidRPr="00064DB1">
        <w:rPr>
          <w:color w:val="auto"/>
          <w:sz w:val="28"/>
          <w:szCs w:val="28"/>
        </w:rPr>
        <w:t>vốn</w:t>
      </w:r>
      <w:proofErr w:type="spellEnd"/>
      <w:r w:rsidR="00156F24" w:rsidRPr="00064DB1">
        <w:rPr>
          <w:color w:val="auto"/>
          <w:sz w:val="28"/>
          <w:szCs w:val="28"/>
        </w:rPr>
        <w:t xml:space="preserve"> </w:t>
      </w:r>
      <w:proofErr w:type="spellStart"/>
      <w:r w:rsidR="00156F24" w:rsidRPr="00064DB1">
        <w:rPr>
          <w:color w:val="auto"/>
          <w:sz w:val="28"/>
          <w:szCs w:val="28"/>
        </w:rPr>
        <w:t>đối</w:t>
      </w:r>
      <w:proofErr w:type="spellEnd"/>
      <w:r w:rsidR="00156F24" w:rsidRPr="00064DB1">
        <w:rPr>
          <w:color w:val="auto"/>
          <w:sz w:val="28"/>
          <w:szCs w:val="28"/>
        </w:rPr>
        <w:t xml:space="preserve"> </w:t>
      </w:r>
      <w:proofErr w:type="spellStart"/>
      <w:r w:rsidR="00156F24" w:rsidRPr="00064DB1">
        <w:rPr>
          <w:color w:val="auto"/>
          <w:sz w:val="28"/>
          <w:szCs w:val="28"/>
        </w:rPr>
        <w:t>ứng</w:t>
      </w:r>
      <w:proofErr w:type="spellEnd"/>
      <w:r w:rsidR="00156F24" w:rsidRPr="00064DB1">
        <w:rPr>
          <w:color w:val="auto"/>
          <w:sz w:val="28"/>
          <w:szCs w:val="28"/>
        </w:rPr>
        <w:t xml:space="preserve"> </w:t>
      </w:r>
      <w:r w:rsidR="00B65ACF" w:rsidRPr="00064DB1">
        <w:rPr>
          <w:color w:val="auto"/>
          <w:sz w:val="28"/>
          <w:szCs w:val="28"/>
        </w:rPr>
        <w:t>(</w:t>
      </w:r>
      <w:proofErr w:type="spellStart"/>
      <w:r w:rsidR="00B65ACF" w:rsidRPr="00064DB1">
        <w:rPr>
          <w:color w:val="auto"/>
          <w:sz w:val="28"/>
          <w:szCs w:val="28"/>
        </w:rPr>
        <w:t>nếu</w:t>
      </w:r>
      <w:proofErr w:type="spellEnd"/>
      <w:r w:rsidR="00B65ACF" w:rsidRPr="00064DB1">
        <w:rPr>
          <w:color w:val="auto"/>
          <w:sz w:val="28"/>
          <w:szCs w:val="28"/>
        </w:rPr>
        <w:t xml:space="preserve"> </w:t>
      </w:r>
      <w:proofErr w:type="spellStart"/>
      <w:r w:rsidR="00B65ACF" w:rsidRPr="00064DB1">
        <w:rPr>
          <w:color w:val="auto"/>
          <w:sz w:val="28"/>
          <w:szCs w:val="28"/>
        </w:rPr>
        <w:t>có</w:t>
      </w:r>
      <w:proofErr w:type="spellEnd"/>
      <w:r w:rsidR="00B65ACF" w:rsidRPr="00064DB1">
        <w:rPr>
          <w:color w:val="auto"/>
          <w:sz w:val="28"/>
          <w:szCs w:val="28"/>
        </w:rPr>
        <w:t xml:space="preserve">) </w:t>
      </w:r>
      <w:proofErr w:type="spellStart"/>
      <w:r w:rsidR="00156F24" w:rsidRPr="00064DB1">
        <w:rPr>
          <w:color w:val="auto"/>
          <w:sz w:val="28"/>
          <w:szCs w:val="28"/>
        </w:rPr>
        <w:t>phù</w:t>
      </w:r>
      <w:proofErr w:type="spellEnd"/>
      <w:r w:rsidR="00156F24" w:rsidRPr="00064DB1">
        <w:rPr>
          <w:color w:val="auto"/>
          <w:sz w:val="28"/>
          <w:szCs w:val="28"/>
        </w:rPr>
        <w:t xml:space="preserve"> </w:t>
      </w:r>
      <w:proofErr w:type="spellStart"/>
      <w:r w:rsidR="00156F24" w:rsidRPr="00064DB1">
        <w:rPr>
          <w:color w:val="auto"/>
          <w:sz w:val="28"/>
          <w:szCs w:val="28"/>
        </w:rPr>
        <w:t>hợp</w:t>
      </w:r>
      <w:proofErr w:type="spellEnd"/>
      <w:r w:rsidR="00156F24" w:rsidRPr="00064DB1">
        <w:rPr>
          <w:color w:val="auto"/>
          <w:sz w:val="28"/>
          <w:szCs w:val="28"/>
        </w:rPr>
        <w:t xml:space="preserve"> </w:t>
      </w:r>
      <w:proofErr w:type="spellStart"/>
      <w:r w:rsidR="00156F24" w:rsidRPr="00064DB1">
        <w:rPr>
          <w:color w:val="auto"/>
          <w:sz w:val="28"/>
          <w:szCs w:val="28"/>
        </w:rPr>
        <w:t>với</w:t>
      </w:r>
      <w:proofErr w:type="spellEnd"/>
      <w:r w:rsidR="00156F24" w:rsidRPr="00064DB1">
        <w:rPr>
          <w:color w:val="auto"/>
          <w:sz w:val="28"/>
          <w:szCs w:val="28"/>
        </w:rPr>
        <w:t xml:space="preserve"> </w:t>
      </w:r>
      <w:proofErr w:type="spellStart"/>
      <w:r w:rsidR="00156F24" w:rsidRPr="00064DB1">
        <w:rPr>
          <w:color w:val="auto"/>
          <w:sz w:val="28"/>
          <w:szCs w:val="28"/>
        </w:rPr>
        <w:t>từng</w:t>
      </w:r>
      <w:proofErr w:type="spellEnd"/>
      <w:r w:rsidR="00156F24" w:rsidRPr="00064DB1">
        <w:rPr>
          <w:color w:val="auto"/>
          <w:sz w:val="28"/>
          <w:szCs w:val="28"/>
        </w:rPr>
        <w:t xml:space="preserve"> </w:t>
      </w:r>
      <w:proofErr w:type="spellStart"/>
      <w:r w:rsidR="00156F24" w:rsidRPr="00064DB1">
        <w:rPr>
          <w:color w:val="auto"/>
          <w:sz w:val="28"/>
          <w:szCs w:val="28"/>
        </w:rPr>
        <w:t>trường</w:t>
      </w:r>
      <w:proofErr w:type="spellEnd"/>
      <w:r w:rsidR="00156F24" w:rsidRPr="00064DB1">
        <w:rPr>
          <w:color w:val="auto"/>
          <w:sz w:val="28"/>
          <w:szCs w:val="28"/>
        </w:rPr>
        <w:t xml:space="preserve"> </w:t>
      </w:r>
      <w:proofErr w:type="spellStart"/>
      <w:r w:rsidR="00156F24" w:rsidRPr="00064DB1">
        <w:rPr>
          <w:color w:val="auto"/>
          <w:sz w:val="28"/>
          <w:szCs w:val="28"/>
        </w:rPr>
        <w:t>hợp</w:t>
      </w:r>
      <w:proofErr w:type="spellEnd"/>
      <w:r w:rsidR="00156F24" w:rsidRPr="00064DB1">
        <w:rPr>
          <w:color w:val="auto"/>
          <w:sz w:val="28"/>
          <w:szCs w:val="28"/>
        </w:rPr>
        <w:t xml:space="preserve"> </w:t>
      </w:r>
      <w:proofErr w:type="spellStart"/>
      <w:r w:rsidR="00156F24" w:rsidRPr="00064DB1">
        <w:rPr>
          <w:color w:val="auto"/>
          <w:sz w:val="28"/>
          <w:szCs w:val="28"/>
        </w:rPr>
        <w:t>cụ</w:t>
      </w:r>
      <w:proofErr w:type="spellEnd"/>
      <w:r w:rsidR="00156F24" w:rsidRPr="00064DB1">
        <w:rPr>
          <w:color w:val="auto"/>
          <w:sz w:val="28"/>
          <w:szCs w:val="28"/>
        </w:rPr>
        <w:t xml:space="preserve"> </w:t>
      </w:r>
      <w:proofErr w:type="spellStart"/>
      <w:r w:rsidR="00156F24" w:rsidRPr="00064DB1">
        <w:rPr>
          <w:color w:val="auto"/>
          <w:sz w:val="28"/>
          <w:szCs w:val="28"/>
        </w:rPr>
        <w:t>thể</w:t>
      </w:r>
      <w:proofErr w:type="spellEnd"/>
      <w:r w:rsidR="00156F24" w:rsidRPr="00064DB1">
        <w:rPr>
          <w:color w:val="auto"/>
          <w:sz w:val="28"/>
          <w:szCs w:val="28"/>
        </w:rPr>
        <w:t>:</w:t>
      </w:r>
    </w:p>
    <w:p w14:paraId="35060A3F" w14:textId="77777777" w:rsidR="00DC174C" w:rsidRPr="00064DB1" w:rsidRDefault="00000000" w:rsidP="005E0F6E">
      <w:pPr>
        <w:spacing w:after="60" w:line="380" w:lineRule="exact"/>
        <w:ind w:firstLine="567"/>
        <w:jc w:val="both"/>
        <w:rPr>
          <w:color w:val="auto"/>
          <w:sz w:val="28"/>
          <w:szCs w:val="28"/>
        </w:rPr>
      </w:pPr>
      <w:r w:rsidRPr="00064DB1">
        <w:rPr>
          <w:color w:val="auto"/>
          <w:sz w:val="28"/>
          <w:szCs w:val="28"/>
        </w:rPr>
        <w:t xml:space="preserve">- </w:t>
      </w:r>
      <w:proofErr w:type="spellStart"/>
      <w:r w:rsidRPr="00064DB1">
        <w:rPr>
          <w:color w:val="auto"/>
          <w:sz w:val="28"/>
          <w:szCs w:val="28"/>
        </w:rPr>
        <w:t>Đối</w:t>
      </w:r>
      <w:proofErr w:type="spellEnd"/>
      <w:r w:rsidRPr="00064DB1">
        <w:rPr>
          <w:color w:val="auto"/>
          <w:sz w:val="28"/>
          <w:szCs w:val="28"/>
        </w:rPr>
        <w:t xml:space="preserve"> </w:t>
      </w:r>
      <w:proofErr w:type="spellStart"/>
      <w:r w:rsidRPr="00064DB1">
        <w:rPr>
          <w:color w:val="auto"/>
          <w:sz w:val="28"/>
          <w:szCs w:val="28"/>
        </w:rPr>
        <w:t>với</w:t>
      </w:r>
      <w:proofErr w:type="spellEnd"/>
      <w:r w:rsidRPr="00064DB1">
        <w:rPr>
          <w:color w:val="auto"/>
          <w:sz w:val="28"/>
          <w:szCs w:val="28"/>
        </w:rPr>
        <w:t xml:space="preserve"> </w:t>
      </w:r>
      <w:proofErr w:type="spellStart"/>
      <w:r w:rsidRPr="00064DB1">
        <w:rPr>
          <w:color w:val="auto"/>
          <w:sz w:val="28"/>
          <w:szCs w:val="28"/>
        </w:rPr>
        <w:t>trường</w:t>
      </w:r>
      <w:proofErr w:type="spellEnd"/>
      <w:r w:rsidRPr="00064DB1">
        <w:rPr>
          <w:color w:val="auto"/>
          <w:sz w:val="28"/>
          <w:szCs w:val="28"/>
        </w:rPr>
        <w:t xml:space="preserve"> </w:t>
      </w:r>
      <w:proofErr w:type="spellStart"/>
      <w:r w:rsidRPr="00064DB1">
        <w:rPr>
          <w:color w:val="auto"/>
          <w:sz w:val="28"/>
          <w:szCs w:val="28"/>
        </w:rPr>
        <w:t>hợp</w:t>
      </w:r>
      <w:proofErr w:type="spellEnd"/>
      <w:r w:rsidRPr="00064DB1">
        <w:rPr>
          <w:color w:val="auto"/>
          <w:sz w:val="28"/>
          <w:szCs w:val="28"/>
        </w:rPr>
        <w:t xml:space="preserve"> </w:t>
      </w:r>
      <w:proofErr w:type="spellStart"/>
      <w:r w:rsidRPr="00064DB1">
        <w:rPr>
          <w:color w:val="auto"/>
          <w:sz w:val="28"/>
          <w:szCs w:val="28"/>
        </w:rPr>
        <w:t>sử</w:t>
      </w:r>
      <w:proofErr w:type="spellEnd"/>
      <w:r w:rsidRPr="00064DB1">
        <w:rPr>
          <w:color w:val="auto"/>
          <w:sz w:val="28"/>
          <w:szCs w:val="28"/>
        </w:rPr>
        <w:t xml:space="preserve"> </w:t>
      </w:r>
      <w:proofErr w:type="spellStart"/>
      <w:r w:rsidRPr="00064DB1">
        <w:rPr>
          <w:color w:val="auto"/>
          <w:sz w:val="28"/>
          <w:szCs w:val="28"/>
        </w:rPr>
        <w:t>dụng</w:t>
      </w:r>
      <w:proofErr w:type="spellEnd"/>
      <w:r w:rsidRPr="00064DB1">
        <w:rPr>
          <w:color w:val="auto"/>
          <w:sz w:val="28"/>
          <w:szCs w:val="28"/>
        </w:rPr>
        <w:t xml:space="preserve"> </w:t>
      </w:r>
      <w:proofErr w:type="spellStart"/>
      <w:r w:rsidRPr="00064DB1">
        <w:rPr>
          <w:color w:val="auto"/>
          <w:sz w:val="28"/>
          <w:szCs w:val="28"/>
        </w:rPr>
        <w:t>nguồn</w:t>
      </w:r>
      <w:proofErr w:type="spellEnd"/>
      <w:r w:rsidRPr="00064DB1">
        <w:rPr>
          <w:color w:val="auto"/>
          <w:sz w:val="28"/>
          <w:szCs w:val="28"/>
        </w:rPr>
        <w:t xml:space="preserve"> </w:t>
      </w:r>
      <w:proofErr w:type="spellStart"/>
      <w:r w:rsidRPr="00064DB1">
        <w:rPr>
          <w:color w:val="auto"/>
          <w:sz w:val="28"/>
          <w:szCs w:val="28"/>
        </w:rPr>
        <w:t>vốn</w:t>
      </w:r>
      <w:proofErr w:type="spellEnd"/>
      <w:r w:rsidRPr="00064DB1">
        <w:rPr>
          <w:color w:val="auto"/>
          <w:sz w:val="28"/>
          <w:szCs w:val="28"/>
        </w:rPr>
        <w:t xml:space="preserve"> </w:t>
      </w:r>
      <w:proofErr w:type="spellStart"/>
      <w:r w:rsidRPr="00064DB1">
        <w:rPr>
          <w:color w:val="auto"/>
          <w:sz w:val="28"/>
          <w:szCs w:val="28"/>
        </w:rPr>
        <w:t>tự</w:t>
      </w:r>
      <w:proofErr w:type="spellEnd"/>
      <w:r w:rsidRPr="00064DB1">
        <w:rPr>
          <w:color w:val="auto"/>
          <w:sz w:val="28"/>
          <w:szCs w:val="28"/>
        </w:rPr>
        <w:t xml:space="preserve"> </w:t>
      </w:r>
      <w:proofErr w:type="spellStart"/>
      <w:r w:rsidRPr="00064DB1">
        <w:rPr>
          <w:color w:val="auto"/>
          <w:sz w:val="28"/>
          <w:szCs w:val="28"/>
        </w:rPr>
        <w:t>có</w:t>
      </w:r>
      <w:proofErr w:type="spellEnd"/>
      <w:r w:rsidRPr="00064DB1">
        <w:rPr>
          <w:color w:val="auto"/>
          <w:sz w:val="28"/>
          <w:szCs w:val="28"/>
        </w:rPr>
        <w:t xml:space="preserve">, </w:t>
      </w:r>
      <w:proofErr w:type="spellStart"/>
      <w:r w:rsidRPr="00064DB1">
        <w:rPr>
          <w:color w:val="auto"/>
          <w:sz w:val="28"/>
          <w:szCs w:val="28"/>
        </w:rPr>
        <w:t>cần</w:t>
      </w:r>
      <w:proofErr w:type="spellEnd"/>
      <w:r w:rsidRPr="00064DB1">
        <w:rPr>
          <w:color w:val="auto"/>
          <w:sz w:val="28"/>
          <w:szCs w:val="28"/>
        </w:rPr>
        <w:t xml:space="preserve"> </w:t>
      </w:r>
      <w:proofErr w:type="spellStart"/>
      <w:r w:rsidRPr="00064DB1">
        <w:rPr>
          <w:color w:val="auto"/>
          <w:sz w:val="28"/>
          <w:szCs w:val="28"/>
        </w:rPr>
        <w:t>bổ</w:t>
      </w:r>
      <w:proofErr w:type="spellEnd"/>
      <w:r w:rsidRPr="00064DB1">
        <w:rPr>
          <w:color w:val="auto"/>
          <w:sz w:val="28"/>
          <w:szCs w:val="28"/>
        </w:rPr>
        <w:t xml:space="preserve"> sung </w:t>
      </w:r>
      <w:proofErr w:type="spellStart"/>
      <w:r w:rsidRPr="00064DB1">
        <w:rPr>
          <w:color w:val="auto"/>
          <w:sz w:val="28"/>
          <w:szCs w:val="28"/>
        </w:rPr>
        <w:t>tài</w:t>
      </w:r>
      <w:proofErr w:type="spellEnd"/>
      <w:r w:rsidRPr="00064DB1">
        <w:rPr>
          <w:color w:val="auto"/>
          <w:sz w:val="28"/>
          <w:szCs w:val="28"/>
        </w:rPr>
        <w:t xml:space="preserve"> </w:t>
      </w:r>
      <w:proofErr w:type="spellStart"/>
      <w:r w:rsidRPr="00064DB1">
        <w:rPr>
          <w:color w:val="auto"/>
          <w:sz w:val="28"/>
          <w:szCs w:val="28"/>
        </w:rPr>
        <w:t>liệu</w:t>
      </w:r>
      <w:proofErr w:type="spellEnd"/>
      <w:r w:rsidRPr="00064DB1">
        <w:rPr>
          <w:color w:val="auto"/>
          <w:sz w:val="28"/>
          <w:szCs w:val="28"/>
        </w:rPr>
        <w:t xml:space="preserve"> </w:t>
      </w:r>
      <w:proofErr w:type="spellStart"/>
      <w:r w:rsidRPr="00064DB1">
        <w:rPr>
          <w:color w:val="auto"/>
          <w:sz w:val="28"/>
          <w:szCs w:val="28"/>
        </w:rPr>
        <w:t>chứng</w:t>
      </w:r>
      <w:proofErr w:type="spellEnd"/>
      <w:r w:rsidRPr="00064DB1">
        <w:rPr>
          <w:color w:val="auto"/>
          <w:sz w:val="28"/>
          <w:szCs w:val="28"/>
        </w:rPr>
        <w:t xml:space="preserve"> </w:t>
      </w:r>
      <w:proofErr w:type="spellStart"/>
      <w:r w:rsidRPr="00064DB1">
        <w:rPr>
          <w:color w:val="auto"/>
          <w:sz w:val="28"/>
          <w:szCs w:val="28"/>
        </w:rPr>
        <w:t>minh</w:t>
      </w:r>
      <w:proofErr w:type="spellEnd"/>
      <w:r w:rsidRPr="00064DB1">
        <w:rPr>
          <w:color w:val="auto"/>
          <w:sz w:val="28"/>
          <w:szCs w:val="28"/>
        </w:rPr>
        <w:t xml:space="preserve"> </w:t>
      </w:r>
      <w:proofErr w:type="spellStart"/>
      <w:r w:rsidRPr="00064DB1">
        <w:rPr>
          <w:color w:val="auto"/>
          <w:sz w:val="28"/>
          <w:szCs w:val="28"/>
        </w:rPr>
        <w:t>nguồn</w:t>
      </w:r>
      <w:proofErr w:type="spellEnd"/>
      <w:r w:rsidRPr="00064DB1">
        <w:rPr>
          <w:color w:val="auto"/>
          <w:sz w:val="28"/>
          <w:szCs w:val="28"/>
        </w:rPr>
        <w:t xml:space="preserve"> </w:t>
      </w:r>
      <w:proofErr w:type="spellStart"/>
      <w:r w:rsidRPr="00064DB1">
        <w:rPr>
          <w:color w:val="auto"/>
          <w:sz w:val="28"/>
          <w:szCs w:val="28"/>
        </w:rPr>
        <w:t>vốn</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cam </w:t>
      </w:r>
      <w:proofErr w:type="spellStart"/>
      <w:r w:rsidRPr="00064DB1">
        <w:rPr>
          <w:color w:val="auto"/>
          <w:sz w:val="28"/>
          <w:szCs w:val="28"/>
        </w:rPr>
        <w:t>kết</w:t>
      </w:r>
      <w:proofErr w:type="spellEnd"/>
      <w:r w:rsidRPr="00064DB1">
        <w:rPr>
          <w:color w:val="auto"/>
          <w:sz w:val="28"/>
          <w:szCs w:val="28"/>
        </w:rPr>
        <w:t xml:space="preserve"> </w:t>
      </w:r>
      <w:proofErr w:type="spellStart"/>
      <w:r w:rsidRPr="00064DB1">
        <w:rPr>
          <w:color w:val="auto"/>
          <w:sz w:val="28"/>
          <w:szCs w:val="28"/>
        </w:rPr>
        <w:t>sử</w:t>
      </w:r>
      <w:proofErr w:type="spellEnd"/>
      <w:r w:rsidRPr="00064DB1">
        <w:rPr>
          <w:color w:val="auto"/>
          <w:sz w:val="28"/>
          <w:szCs w:val="28"/>
        </w:rPr>
        <w:t xml:space="preserve"> </w:t>
      </w:r>
      <w:proofErr w:type="spellStart"/>
      <w:r w:rsidRPr="00064DB1">
        <w:rPr>
          <w:color w:val="auto"/>
          <w:sz w:val="28"/>
          <w:szCs w:val="28"/>
        </w:rPr>
        <w:t>dụng</w:t>
      </w:r>
      <w:proofErr w:type="spellEnd"/>
      <w:r w:rsidRPr="00064DB1">
        <w:rPr>
          <w:color w:val="auto"/>
          <w:sz w:val="28"/>
          <w:szCs w:val="28"/>
        </w:rPr>
        <w:t xml:space="preserve"> </w:t>
      </w:r>
      <w:proofErr w:type="spellStart"/>
      <w:r w:rsidRPr="00064DB1">
        <w:rPr>
          <w:color w:val="auto"/>
          <w:sz w:val="28"/>
          <w:szCs w:val="28"/>
        </w:rPr>
        <w:t>nguồn</w:t>
      </w:r>
      <w:proofErr w:type="spellEnd"/>
      <w:r w:rsidRPr="00064DB1">
        <w:rPr>
          <w:color w:val="auto"/>
          <w:sz w:val="28"/>
          <w:szCs w:val="28"/>
        </w:rPr>
        <w:t xml:space="preserve"> </w:t>
      </w:r>
      <w:proofErr w:type="spellStart"/>
      <w:r w:rsidRPr="00064DB1">
        <w:rPr>
          <w:color w:val="auto"/>
          <w:sz w:val="28"/>
          <w:szCs w:val="28"/>
        </w:rPr>
        <w:t>vốn</w:t>
      </w:r>
      <w:proofErr w:type="spellEnd"/>
      <w:r w:rsidRPr="00064DB1">
        <w:rPr>
          <w:color w:val="auto"/>
          <w:sz w:val="28"/>
          <w:szCs w:val="28"/>
        </w:rPr>
        <w:t xml:space="preserve"> </w:t>
      </w:r>
      <w:proofErr w:type="spellStart"/>
      <w:r w:rsidRPr="00064DB1">
        <w:rPr>
          <w:color w:val="auto"/>
          <w:sz w:val="28"/>
          <w:szCs w:val="28"/>
        </w:rPr>
        <w:t>đối</w:t>
      </w:r>
      <w:proofErr w:type="spellEnd"/>
      <w:r w:rsidRPr="00064DB1">
        <w:rPr>
          <w:color w:val="auto"/>
          <w:sz w:val="28"/>
          <w:szCs w:val="28"/>
        </w:rPr>
        <w:t xml:space="preserve"> </w:t>
      </w:r>
      <w:proofErr w:type="spellStart"/>
      <w:r w:rsidRPr="00064DB1">
        <w:rPr>
          <w:color w:val="auto"/>
          <w:sz w:val="28"/>
          <w:szCs w:val="28"/>
        </w:rPr>
        <w:t>ứng</w:t>
      </w:r>
      <w:proofErr w:type="spellEnd"/>
      <w:r w:rsidRPr="00064DB1">
        <w:rPr>
          <w:color w:val="auto"/>
          <w:sz w:val="28"/>
          <w:szCs w:val="28"/>
        </w:rPr>
        <w:t xml:space="preserve"> </w:t>
      </w: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Pr="00064DB1">
        <w:rPr>
          <w:color w:val="auto"/>
          <w:sz w:val="28"/>
          <w:szCs w:val="28"/>
        </w:rPr>
        <w:t>nhiệm</w:t>
      </w:r>
      <w:proofErr w:type="spellEnd"/>
      <w:r w:rsidRPr="00064DB1">
        <w:rPr>
          <w:color w:val="auto"/>
          <w:sz w:val="28"/>
          <w:szCs w:val="28"/>
        </w:rPr>
        <w:t xml:space="preserve"> </w:t>
      </w:r>
      <w:proofErr w:type="spellStart"/>
      <w:r w:rsidRPr="00064DB1">
        <w:rPr>
          <w:color w:val="auto"/>
          <w:sz w:val="28"/>
          <w:szCs w:val="28"/>
        </w:rPr>
        <w:t>vụ</w:t>
      </w:r>
      <w:proofErr w:type="spellEnd"/>
      <w:r w:rsidRPr="00064DB1">
        <w:rPr>
          <w:color w:val="auto"/>
          <w:sz w:val="28"/>
          <w:szCs w:val="28"/>
        </w:rPr>
        <w:t>;</w:t>
      </w:r>
    </w:p>
    <w:p w14:paraId="43C3D3DA" w14:textId="77777777" w:rsidR="00DC174C" w:rsidRPr="00064DB1" w:rsidRDefault="00000000" w:rsidP="005E0F6E">
      <w:pPr>
        <w:spacing w:after="60" w:line="380" w:lineRule="exact"/>
        <w:ind w:firstLine="567"/>
        <w:jc w:val="both"/>
        <w:rPr>
          <w:color w:val="auto"/>
          <w:sz w:val="28"/>
          <w:szCs w:val="28"/>
        </w:rPr>
      </w:pPr>
      <w:r w:rsidRPr="00064DB1">
        <w:rPr>
          <w:color w:val="auto"/>
          <w:sz w:val="28"/>
          <w:szCs w:val="28"/>
        </w:rPr>
        <w:t xml:space="preserve">- </w:t>
      </w:r>
      <w:proofErr w:type="spellStart"/>
      <w:r w:rsidRPr="00064DB1">
        <w:rPr>
          <w:color w:val="auto"/>
          <w:sz w:val="28"/>
          <w:szCs w:val="28"/>
        </w:rPr>
        <w:t>Đối</w:t>
      </w:r>
      <w:proofErr w:type="spellEnd"/>
      <w:r w:rsidRPr="00064DB1">
        <w:rPr>
          <w:color w:val="auto"/>
          <w:sz w:val="28"/>
          <w:szCs w:val="28"/>
        </w:rPr>
        <w:t xml:space="preserve"> </w:t>
      </w:r>
      <w:proofErr w:type="spellStart"/>
      <w:r w:rsidRPr="00064DB1">
        <w:rPr>
          <w:color w:val="auto"/>
          <w:sz w:val="28"/>
          <w:szCs w:val="28"/>
        </w:rPr>
        <w:t>với</w:t>
      </w:r>
      <w:proofErr w:type="spellEnd"/>
      <w:r w:rsidRPr="00064DB1">
        <w:rPr>
          <w:color w:val="auto"/>
          <w:sz w:val="28"/>
          <w:szCs w:val="28"/>
        </w:rPr>
        <w:t xml:space="preserve"> </w:t>
      </w:r>
      <w:proofErr w:type="spellStart"/>
      <w:r w:rsidRPr="00064DB1">
        <w:rPr>
          <w:color w:val="auto"/>
          <w:sz w:val="28"/>
          <w:szCs w:val="28"/>
        </w:rPr>
        <w:t>trường</w:t>
      </w:r>
      <w:proofErr w:type="spellEnd"/>
      <w:r w:rsidRPr="00064DB1">
        <w:rPr>
          <w:color w:val="auto"/>
          <w:sz w:val="28"/>
          <w:szCs w:val="28"/>
        </w:rPr>
        <w:t xml:space="preserve"> </w:t>
      </w:r>
      <w:proofErr w:type="spellStart"/>
      <w:r w:rsidRPr="00064DB1">
        <w:rPr>
          <w:color w:val="auto"/>
          <w:sz w:val="28"/>
          <w:szCs w:val="28"/>
        </w:rPr>
        <w:t>hợp</w:t>
      </w:r>
      <w:proofErr w:type="spellEnd"/>
      <w:r w:rsidRPr="00064DB1">
        <w:rPr>
          <w:color w:val="auto"/>
          <w:sz w:val="28"/>
          <w:szCs w:val="28"/>
        </w:rPr>
        <w:t xml:space="preserve"> </w:t>
      </w:r>
      <w:proofErr w:type="spellStart"/>
      <w:r w:rsidRPr="00064DB1">
        <w:rPr>
          <w:color w:val="auto"/>
          <w:sz w:val="28"/>
          <w:szCs w:val="28"/>
        </w:rPr>
        <w:t>huy</w:t>
      </w:r>
      <w:proofErr w:type="spellEnd"/>
      <w:r w:rsidRPr="00064DB1">
        <w:rPr>
          <w:color w:val="auto"/>
          <w:sz w:val="28"/>
          <w:szCs w:val="28"/>
        </w:rPr>
        <w:t xml:space="preserve"> </w:t>
      </w:r>
      <w:proofErr w:type="spellStart"/>
      <w:r w:rsidRPr="00064DB1">
        <w:rPr>
          <w:color w:val="auto"/>
          <w:sz w:val="28"/>
          <w:szCs w:val="28"/>
        </w:rPr>
        <w:t>động</w:t>
      </w:r>
      <w:proofErr w:type="spellEnd"/>
      <w:r w:rsidRPr="00064DB1">
        <w:rPr>
          <w:color w:val="auto"/>
          <w:sz w:val="28"/>
          <w:szCs w:val="28"/>
        </w:rPr>
        <w:t xml:space="preserve"> </w:t>
      </w:r>
      <w:proofErr w:type="spellStart"/>
      <w:r w:rsidRPr="00064DB1">
        <w:rPr>
          <w:color w:val="auto"/>
          <w:sz w:val="28"/>
          <w:szCs w:val="28"/>
        </w:rPr>
        <w:t>vốn</w:t>
      </w:r>
      <w:proofErr w:type="spellEnd"/>
      <w:r w:rsidRPr="00064DB1">
        <w:rPr>
          <w:color w:val="auto"/>
          <w:sz w:val="28"/>
          <w:szCs w:val="28"/>
        </w:rPr>
        <w:t xml:space="preserve"> </w:t>
      </w:r>
      <w:proofErr w:type="spellStart"/>
      <w:r w:rsidRPr="00064DB1">
        <w:rPr>
          <w:color w:val="auto"/>
          <w:sz w:val="28"/>
          <w:szCs w:val="28"/>
        </w:rPr>
        <w:t>từ</w:t>
      </w:r>
      <w:proofErr w:type="spellEnd"/>
      <w:r w:rsidRPr="00064DB1">
        <w:rPr>
          <w:color w:val="auto"/>
          <w:sz w:val="28"/>
          <w:szCs w:val="28"/>
        </w:rPr>
        <w:t xml:space="preserve"> </w:t>
      </w:r>
      <w:proofErr w:type="spellStart"/>
      <w:r w:rsidRPr="00064DB1">
        <w:rPr>
          <w:color w:val="auto"/>
          <w:sz w:val="28"/>
          <w:szCs w:val="28"/>
        </w:rPr>
        <w:t>các</w:t>
      </w:r>
      <w:proofErr w:type="spellEnd"/>
      <w:r w:rsidRPr="00064DB1">
        <w:rPr>
          <w:color w:val="auto"/>
          <w:sz w:val="28"/>
          <w:szCs w:val="28"/>
        </w:rPr>
        <w:t xml:space="preserve"> </w:t>
      </w:r>
      <w:proofErr w:type="spellStart"/>
      <w:r w:rsidRPr="00064DB1">
        <w:rPr>
          <w:color w:val="auto"/>
          <w:sz w:val="28"/>
          <w:szCs w:val="28"/>
        </w:rPr>
        <w:t>tổ</w:t>
      </w:r>
      <w:proofErr w:type="spellEnd"/>
      <w:r w:rsidRPr="00064DB1">
        <w:rPr>
          <w:color w:val="auto"/>
          <w:sz w:val="28"/>
          <w:szCs w:val="28"/>
        </w:rPr>
        <w:t xml:space="preserve"> </w:t>
      </w:r>
      <w:proofErr w:type="spellStart"/>
      <w:r w:rsidRPr="00064DB1">
        <w:rPr>
          <w:color w:val="auto"/>
          <w:sz w:val="28"/>
          <w:szCs w:val="28"/>
        </w:rPr>
        <w:t>chức</w:t>
      </w:r>
      <w:proofErr w:type="spellEnd"/>
      <w:r w:rsidRPr="00064DB1">
        <w:rPr>
          <w:color w:val="auto"/>
          <w:sz w:val="28"/>
          <w:szCs w:val="28"/>
        </w:rPr>
        <w:t xml:space="preserve">, </w:t>
      </w:r>
      <w:proofErr w:type="spellStart"/>
      <w:r w:rsidRPr="00064DB1">
        <w:rPr>
          <w:color w:val="auto"/>
          <w:sz w:val="28"/>
          <w:szCs w:val="28"/>
        </w:rPr>
        <w:t>cá</w:t>
      </w:r>
      <w:proofErr w:type="spellEnd"/>
      <w:r w:rsidRPr="00064DB1">
        <w:rPr>
          <w:color w:val="auto"/>
          <w:sz w:val="28"/>
          <w:szCs w:val="28"/>
        </w:rPr>
        <w:t xml:space="preserve"> </w:t>
      </w:r>
      <w:proofErr w:type="spellStart"/>
      <w:r w:rsidRPr="00064DB1">
        <w:rPr>
          <w:color w:val="auto"/>
          <w:sz w:val="28"/>
          <w:szCs w:val="28"/>
        </w:rPr>
        <w:t>nhân</w:t>
      </w:r>
      <w:proofErr w:type="spellEnd"/>
      <w:r w:rsidRPr="00064DB1">
        <w:rPr>
          <w:color w:val="auto"/>
          <w:sz w:val="28"/>
          <w:szCs w:val="28"/>
        </w:rPr>
        <w:t xml:space="preserve"> </w:t>
      </w:r>
      <w:proofErr w:type="spellStart"/>
      <w:r w:rsidRPr="00064DB1">
        <w:rPr>
          <w:color w:val="auto"/>
          <w:sz w:val="28"/>
          <w:szCs w:val="28"/>
        </w:rPr>
        <w:t>khác</w:t>
      </w:r>
      <w:proofErr w:type="spellEnd"/>
      <w:r w:rsidRPr="00064DB1">
        <w:rPr>
          <w:color w:val="auto"/>
          <w:sz w:val="28"/>
          <w:szCs w:val="28"/>
        </w:rPr>
        <w:t xml:space="preserve">, </w:t>
      </w:r>
      <w:proofErr w:type="spellStart"/>
      <w:r w:rsidRPr="00064DB1">
        <w:rPr>
          <w:color w:val="auto"/>
          <w:sz w:val="28"/>
          <w:szCs w:val="28"/>
        </w:rPr>
        <w:t>cần</w:t>
      </w:r>
      <w:proofErr w:type="spellEnd"/>
      <w:r w:rsidRPr="00064DB1">
        <w:rPr>
          <w:color w:val="auto"/>
          <w:sz w:val="28"/>
          <w:szCs w:val="28"/>
        </w:rPr>
        <w:t xml:space="preserve"> </w:t>
      </w:r>
      <w:proofErr w:type="spellStart"/>
      <w:r w:rsidRPr="00064DB1">
        <w:rPr>
          <w:color w:val="auto"/>
          <w:sz w:val="28"/>
          <w:szCs w:val="28"/>
        </w:rPr>
        <w:t>bổ</w:t>
      </w:r>
      <w:proofErr w:type="spellEnd"/>
      <w:r w:rsidRPr="00064DB1">
        <w:rPr>
          <w:color w:val="auto"/>
          <w:sz w:val="28"/>
          <w:szCs w:val="28"/>
        </w:rPr>
        <w:t xml:space="preserve"> sung </w:t>
      </w:r>
      <w:proofErr w:type="spellStart"/>
      <w:r w:rsidRPr="00064DB1">
        <w:rPr>
          <w:color w:val="auto"/>
          <w:sz w:val="28"/>
          <w:szCs w:val="28"/>
        </w:rPr>
        <w:t>văn</w:t>
      </w:r>
      <w:proofErr w:type="spellEnd"/>
      <w:r w:rsidRPr="00064DB1">
        <w:rPr>
          <w:color w:val="auto"/>
          <w:sz w:val="28"/>
          <w:szCs w:val="28"/>
        </w:rPr>
        <w:t xml:space="preserve"> </w:t>
      </w:r>
      <w:proofErr w:type="spellStart"/>
      <w:r w:rsidRPr="00064DB1">
        <w:rPr>
          <w:color w:val="auto"/>
          <w:sz w:val="28"/>
          <w:szCs w:val="28"/>
        </w:rPr>
        <w:t>bản</w:t>
      </w:r>
      <w:proofErr w:type="spellEnd"/>
      <w:r w:rsidRPr="00064DB1">
        <w:rPr>
          <w:color w:val="auto"/>
          <w:sz w:val="28"/>
          <w:szCs w:val="28"/>
        </w:rPr>
        <w:t xml:space="preserve"> cam </w:t>
      </w:r>
      <w:proofErr w:type="spellStart"/>
      <w:r w:rsidRPr="00064DB1">
        <w:rPr>
          <w:color w:val="auto"/>
          <w:sz w:val="28"/>
          <w:szCs w:val="28"/>
        </w:rPr>
        <w:t>kết</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w:t>
      </w:r>
      <w:proofErr w:type="spellStart"/>
      <w:r w:rsidRPr="00064DB1">
        <w:rPr>
          <w:color w:val="auto"/>
          <w:sz w:val="28"/>
          <w:szCs w:val="28"/>
        </w:rPr>
        <w:t>giấy</w:t>
      </w:r>
      <w:proofErr w:type="spellEnd"/>
      <w:r w:rsidRPr="00064DB1">
        <w:rPr>
          <w:color w:val="auto"/>
          <w:sz w:val="28"/>
          <w:szCs w:val="28"/>
        </w:rPr>
        <w:t xml:space="preserve"> </w:t>
      </w:r>
      <w:proofErr w:type="spellStart"/>
      <w:r w:rsidRPr="00064DB1">
        <w:rPr>
          <w:color w:val="auto"/>
          <w:sz w:val="28"/>
          <w:szCs w:val="28"/>
        </w:rPr>
        <w:t>tờ</w:t>
      </w:r>
      <w:proofErr w:type="spellEnd"/>
      <w:r w:rsidRPr="00064DB1">
        <w:rPr>
          <w:color w:val="auto"/>
          <w:sz w:val="28"/>
          <w:szCs w:val="28"/>
        </w:rPr>
        <w:t xml:space="preserve"> </w:t>
      </w:r>
      <w:proofErr w:type="spellStart"/>
      <w:r w:rsidRPr="00064DB1">
        <w:rPr>
          <w:color w:val="auto"/>
          <w:sz w:val="28"/>
          <w:szCs w:val="28"/>
        </w:rPr>
        <w:t>xác</w:t>
      </w:r>
      <w:proofErr w:type="spellEnd"/>
      <w:r w:rsidRPr="00064DB1">
        <w:rPr>
          <w:color w:val="auto"/>
          <w:sz w:val="28"/>
          <w:szCs w:val="28"/>
        </w:rPr>
        <w:t xml:space="preserve"> </w:t>
      </w:r>
      <w:proofErr w:type="spellStart"/>
      <w:r w:rsidRPr="00064DB1">
        <w:rPr>
          <w:color w:val="auto"/>
          <w:sz w:val="28"/>
          <w:szCs w:val="28"/>
        </w:rPr>
        <w:t>nhận</w:t>
      </w:r>
      <w:proofErr w:type="spellEnd"/>
      <w:r w:rsidRPr="00064DB1">
        <w:rPr>
          <w:color w:val="auto"/>
          <w:sz w:val="28"/>
          <w:szCs w:val="28"/>
        </w:rPr>
        <w:t xml:space="preserve"> </w:t>
      </w:r>
      <w:proofErr w:type="spellStart"/>
      <w:r w:rsidRPr="00064DB1">
        <w:rPr>
          <w:color w:val="auto"/>
          <w:sz w:val="28"/>
          <w:szCs w:val="28"/>
        </w:rPr>
        <w:t>về</w:t>
      </w:r>
      <w:proofErr w:type="spellEnd"/>
      <w:r w:rsidRPr="00064DB1">
        <w:rPr>
          <w:color w:val="auto"/>
          <w:sz w:val="28"/>
          <w:szCs w:val="28"/>
        </w:rPr>
        <w:t xml:space="preserve"> </w:t>
      </w:r>
      <w:proofErr w:type="spellStart"/>
      <w:r w:rsidRPr="00064DB1">
        <w:rPr>
          <w:color w:val="auto"/>
          <w:sz w:val="28"/>
          <w:szCs w:val="28"/>
        </w:rPr>
        <w:t>việc</w:t>
      </w:r>
      <w:proofErr w:type="spellEnd"/>
      <w:r w:rsidRPr="00064DB1">
        <w:rPr>
          <w:color w:val="auto"/>
          <w:sz w:val="28"/>
          <w:szCs w:val="28"/>
        </w:rPr>
        <w:t xml:space="preserve"> </w:t>
      </w:r>
      <w:proofErr w:type="spellStart"/>
      <w:r w:rsidRPr="00064DB1">
        <w:rPr>
          <w:color w:val="auto"/>
          <w:sz w:val="28"/>
          <w:szCs w:val="28"/>
        </w:rPr>
        <w:t>đóng</w:t>
      </w:r>
      <w:proofErr w:type="spellEnd"/>
      <w:r w:rsidRPr="00064DB1">
        <w:rPr>
          <w:color w:val="auto"/>
          <w:sz w:val="28"/>
          <w:szCs w:val="28"/>
        </w:rPr>
        <w:t xml:space="preserve"> </w:t>
      </w:r>
      <w:proofErr w:type="spellStart"/>
      <w:r w:rsidRPr="00064DB1">
        <w:rPr>
          <w:color w:val="auto"/>
          <w:sz w:val="28"/>
          <w:szCs w:val="28"/>
        </w:rPr>
        <w:t>góp</w:t>
      </w:r>
      <w:proofErr w:type="spellEnd"/>
      <w:r w:rsidRPr="00064DB1">
        <w:rPr>
          <w:color w:val="auto"/>
          <w:sz w:val="28"/>
          <w:szCs w:val="28"/>
        </w:rPr>
        <w:t xml:space="preserve"> </w:t>
      </w:r>
      <w:proofErr w:type="spellStart"/>
      <w:r w:rsidRPr="00064DB1">
        <w:rPr>
          <w:color w:val="auto"/>
          <w:sz w:val="28"/>
          <w:szCs w:val="28"/>
        </w:rPr>
        <w:t>vốn</w:t>
      </w:r>
      <w:proofErr w:type="spellEnd"/>
      <w:r w:rsidRPr="00064DB1">
        <w:rPr>
          <w:color w:val="auto"/>
          <w:sz w:val="28"/>
          <w:szCs w:val="28"/>
        </w:rPr>
        <w:t xml:space="preserve"> </w:t>
      </w:r>
      <w:proofErr w:type="spellStart"/>
      <w:r w:rsidRPr="00064DB1">
        <w:rPr>
          <w:color w:val="auto"/>
          <w:sz w:val="28"/>
          <w:szCs w:val="28"/>
        </w:rPr>
        <w:t>của</w:t>
      </w:r>
      <w:proofErr w:type="spellEnd"/>
      <w:r w:rsidRPr="00064DB1">
        <w:rPr>
          <w:color w:val="auto"/>
          <w:sz w:val="28"/>
          <w:szCs w:val="28"/>
        </w:rPr>
        <w:t xml:space="preserve"> </w:t>
      </w:r>
      <w:proofErr w:type="spellStart"/>
      <w:r w:rsidRPr="00064DB1">
        <w:rPr>
          <w:color w:val="auto"/>
          <w:sz w:val="28"/>
          <w:szCs w:val="28"/>
        </w:rPr>
        <w:t>cá</w:t>
      </w:r>
      <w:proofErr w:type="spellEnd"/>
      <w:r w:rsidRPr="00064DB1">
        <w:rPr>
          <w:color w:val="auto"/>
          <w:sz w:val="28"/>
          <w:szCs w:val="28"/>
        </w:rPr>
        <w:t xml:space="preserve"> </w:t>
      </w:r>
      <w:proofErr w:type="spellStart"/>
      <w:r w:rsidRPr="00064DB1">
        <w:rPr>
          <w:color w:val="auto"/>
          <w:sz w:val="28"/>
          <w:szCs w:val="28"/>
        </w:rPr>
        <w:t>nhân</w:t>
      </w:r>
      <w:proofErr w:type="spellEnd"/>
      <w:r w:rsidRPr="00064DB1">
        <w:rPr>
          <w:color w:val="auto"/>
          <w:sz w:val="28"/>
          <w:szCs w:val="28"/>
        </w:rPr>
        <w:t xml:space="preserve">, </w:t>
      </w:r>
      <w:proofErr w:type="spellStart"/>
      <w:r w:rsidRPr="00064DB1">
        <w:rPr>
          <w:color w:val="auto"/>
          <w:sz w:val="28"/>
          <w:szCs w:val="28"/>
        </w:rPr>
        <w:t>tổ</w:t>
      </w:r>
      <w:proofErr w:type="spellEnd"/>
      <w:r w:rsidRPr="00064DB1">
        <w:rPr>
          <w:color w:val="auto"/>
          <w:sz w:val="28"/>
          <w:szCs w:val="28"/>
        </w:rPr>
        <w:t xml:space="preserve"> </w:t>
      </w:r>
      <w:proofErr w:type="spellStart"/>
      <w:r w:rsidRPr="00064DB1">
        <w:rPr>
          <w:color w:val="auto"/>
          <w:sz w:val="28"/>
          <w:szCs w:val="28"/>
        </w:rPr>
        <w:t>chức</w:t>
      </w:r>
      <w:proofErr w:type="spellEnd"/>
      <w:r w:rsidRPr="00064DB1">
        <w:rPr>
          <w:color w:val="auto"/>
          <w:sz w:val="28"/>
          <w:szCs w:val="28"/>
        </w:rPr>
        <w:t xml:space="preserve">, </w:t>
      </w:r>
      <w:proofErr w:type="spellStart"/>
      <w:r w:rsidRPr="00064DB1">
        <w:rPr>
          <w:color w:val="auto"/>
          <w:sz w:val="28"/>
          <w:szCs w:val="28"/>
        </w:rPr>
        <w:t>chủ</w:t>
      </w:r>
      <w:proofErr w:type="spellEnd"/>
      <w:r w:rsidRPr="00064DB1">
        <w:rPr>
          <w:color w:val="auto"/>
          <w:sz w:val="28"/>
          <w:szCs w:val="28"/>
        </w:rPr>
        <w:t xml:space="preserve"> </w:t>
      </w:r>
      <w:proofErr w:type="spellStart"/>
      <w:r w:rsidRPr="00064DB1">
        <w:rPr>
          <w:color w:val="auto"/>
          <w:sz w:val="28"/>
          <w:szCs w:val="28"/>
        </w:rPr>
        <w:t>sở</w:t>
      </w:r>
      <w:proofErr w:type="spellEnd"/>
      <w:r w:rsidRPr="00064DB1">
        <w:rPr>
          <w:color w:val="auto"/>
          <w:sz w:val="28"/>
          <w:szCs w:val="28"/>
        </w:rPr>
        <w:t xml:space="preserve"> </w:t>
      </w:r>
      <w:proofErr w:type="spellStart"/>
      <w:r w:rsidRPr="00064DB1">
        <w:rPr>
          <w:color w:val="auto"/>
          <w:sz w:val="28"/>
          <w:szCs w:val="28"/>
        </w:rPr>
        <w:t>hữu</w:t>
      </w:r>
      <w:proofErr w:type="spellEnd"/>
      <w:r w:rsidRPr="00064DB1">
        <w:rPr>
          <w:color w:val="auto"/>
          <w:sz w:val="28"/>
          <w:szCs w:val="28"/>
        </w:rPr>
        <w:t xml:space="preserve"> </w:t>
      </w:r>
      <w:proofErr w:type="spellStart"/>
      <w:r w:rsidRPr="00064DB1">
        <w:rPr>
          <w:color w:val="auto"/>
          <w:sz w:val="28"/>
          <w:szCs w:val="28"/>
        </w:rPr>
        <w:t>cho</w:t>
      </w:r>
      <w:proofErr w:type="spellEnd"/>
      <w:r w:rsidRPr="00064DB1">
        <w:rPr>
          <w:color w:val="auto"/>
          <w:sz w:val="28"/>
          <w:szCs w:val="28"/>
        </w:rPr>
        <w:t xml:space="preserve"> </w:t>
      </w:r>
      <w:proofErr w:type="spellStart"/>
      <w:r w:rsidRPr="00064DB1">
        <w:rPr>
          <w:color w:val="auto"/>
          <w:sz w:val="28"/>
          <w:szCs w:val="28"/>
        </w:rPr>
        <w:t>tổ</w:t>
      </w:r>
      <w:proofErr w:type="spellEnd"/>
      <w:r w:rsidRPr="00064DB1">
        <w:rPr>
          <w:color w:val="auto"/>
          <w:sz w:val="28"/>
          <w:szCs w:val="28"/>
        </w:rPr>
        <w:t xml:space="preserve"> </w:t>
      </w:r>
      <w:proofErr w:type="spellStart"/>
      <w:r w:rsidRPr="00064DB1">
        <w:rPr>
          <w:color w:val="auto"/>
          <w:sz w:val="28"/>
          <w:szCs w:val="28"/>
        </w:rPr>
        <w:t>chức</w:t>
      </w:r>
      <w:proofErr w:type="spellEnd"/>
      <w:r w:rsidRPr="00064DB1">
        <w:rPr>
          <w:color w:val="auto"/>
          <w:sz w:val="28"/>
          <w:szCs w:val="28"/>
        </w:rPr>
        <w:t xml:space="preserve"> </w:t>
      </w:r>
      <w:proofErr w:type="spellStart"/>
      <w:r w:rsidRPr="00064DB1">
        <w:rPr>
          <w:color w:val="auto"/>
          <w:sz w:val="28"/>
          <w:szCs w:val="28"/>
        </w:rPr>
        <w:t>chủ</w:t>
      </w:r>
      <w:proofErr w:type="spellEnd"/>
      <w:r w:rsidRPr="00064DB1">
        <w:rPr>
          <w:color w:val="auto"/>
          <w:sz w:val="28"/>
          <w:szCs w:val="28"/>
        </w:rPr>
        <w:t xml:space="preserve"> </w:t>
      </w:r>
      <w:proofErr w:type="spellStart"/>
      <w:r w:rsidRPr="00064DB1">
        <w:rPr>
          <w:color w:val="auto"/>
          <w:sz w:val="28"/>
          <w:szCs w:val="28"/>
        </w:rPr>
        <w:t>trì</w:t>
      </w:r>
      <w:proofErr w:type="spellEnd"/>
      <w:r w:rsidRPr="00064DB1">
        <w:rPr>
          <w:color w:val="auto"/>
          <w:sz w:val="28"/>
          <w:szCs w:val="28"/>
        </w:rPr>
        <w:t xml:space="preserve"> </w:t>
      </w:r>
      <w:proofErr w:type="spellStart"/>
      <w:r w:rsidRPr="00064DB1">
        <w:rPr>
          <w:color w:val="auto"/>
          <w:sz w:val="28"/>
          <w:szCs w:val="28"/>
        </w:rPr>
        <w:t>để</w:t>
      </w:r>
      <w:proofErr w:type="spellEnd"/>
      <w:r w:rsidRPr="00064DB1">
        <w:rPr>
          <w:color w:val="auto"/>
          <w:sz w:val="28"/>
          <w:szCs w:val="28"/>
        </w:rPr>
        <w:t xml:space="preserve"> </w:t>
      </w: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Pr="00064DB1">
        <w:rPr>
          <w:color w:val="auto"/>
          <w:sz w:val="28"/>
          <w:szCs w:val="28"/>
        </w:rPr>
        <w:t>nhiệm</w:t>
      </w:r>
      <w:proofErr w:type="spellEnd"/>
      <w:r w:rsidRPr="00064DB1">
        <w:rPr>
          <w:color w:val="auto"/>
          <w:sz w:val="28"/>
          <w:szCs w:val="28"/>
        </w:rPr>
        <w:t xml:space="preserve"> </w:t>
      </w:r>
      <w:proofErr w:type="spellStart"/>
      <w:r w:rsidRPr="00064DB1">
        <w:rPr>
          <w:color w:val="auto"/>
          <w:sz w:val="28"/>
          <w:szCs w:val="28"/>
        </w:rPr>
        <w:t>vụ</w:t>
      </w:r>
      <w:proofErr w:type="spellEnd"/>
      <w:r w:rsidRPr="00064DB1">
        <w:rPr>
          <w:color w:val="auto"/>
          <w:sz w:val="28"/>
          <w:szCs w:val="28"/>
        </w:rPr>
        <w:t xml:space="preserve"> </w:t>
      </w:r>
      <w:proofErr w:type="spellStart"/>
      <w:r w:rsidRPr="00064DB1">
        <w:rPr>
          <w:color w:val="auto"/>
          <w:sz w:val="28"/>
          <w:szCs w:val="28"/>
        </w:rPr>
        <w:t>và</w:t>
      </w:r>
      <w:proofErr w:type="spellEnd"/>
      <w:r w:rsidRPr="00064DB1">
        <w:rPr>
          <w:color w:val="auto"/>
          <w:sz w:val="28"/>
          <w:szCs w:val="28"/>
        </w:rPr>
        <w:t xml:space="preserve"> </w:t>
      </w:r>
      <w:proofErr w:type="spellStart"/>
      <w:r w:rsidRPr="00064DB1">
        <w:rPr>
          <w:color w:val="auto"/>
          <w:sz w:val="28"/>
          <w:szCs w:val="28"/>
        </w:rPr>
        <w:t>văn</w:t>
      </w:r>
      <w:proofErr w:type="spellEnd"/>
      <w:r w:rsidRPr="00064DB1">
        <w:rPr>
          <w:color w:val="auto"/>
          <w:sz w:val="28"/>
          <w:szCs w:val="28"/>
        </w:rPr>
        <w:t xml:space="preserve"> </w:t>
      </w:r>
      <w:proofErr w:type="spellStart"/>
      <w:r w:rsidRPr="00064DB1">
        <w:rPr>
          <w:color w:val="auto"/>
          <w:sz w:val="28"/>
          <w:szCs w:val="28"/>
        </w:rPr>
        <w:t>bản</w:t>
      </w:r>
      <w:proofErr w:type="spellEnd"/>
      <w:r w:rsidRPr="00064DB1">
        <w:rPr>
          <w:color w:val="auto"/>
          <w:sz w:val="28"/>
          <w:szCs w:val="28"/>
        </w:rPr>
        <w:t xml:space="preserve"> </w:t>
      </w:r>
      <w:proofErr w:type="spellStart"/>
      <w:r w:rsidRPr="00064DB1">
        <w:rPr>
          <w:color w:val="auto"/>
          <w:sz w:val="28"/>
          <w:szCs w:val="28"/>
        </w:rPr>
        <w:t>thỏa</w:t>
      </w:r>
      <w:proofErr w:type="spellEnd"/>
      <w:r w:rsidRPr="00064DB1">
        <w:rPr>
          <w:color w:val="auto"/>
          <w:sz w:val="28"/>
          <w:szCs w:val="28"/>
        </w:rPr>
        <w:t xml:space="preserve"> </w:t>
      </w:r>
      <w:proofErr w:type="spellStart"/>
      <w:r w:rsidRPr="00064DB1">
        <w:rPr>
          <w:color w:val="auto"/>
          <w:sz w:val="28"/>
          <w:szCs w:val="28"/>
        </w:rPr>
        <w:t>thuận</w:t>
      </w:r>
      <w:proofErr w:type="spellEnd"/>
      <w:r w:rsidRPr="00064DB1">
        <w:rPr>
          <w:color w:val="auto"/>
          <w:sz w:val="28"/>
          <w:szCs w:val="28"/>
        </w:rPr>
        <w:t xml:space="preserve"> </w:t>
      </w:r>
      <w:proofErr w:type="spellStart"/>
      <w:r w:rsidRPr="00064DB1">
        <w:rPr>
          <w:color w:val="auto"/>
          <w:sz w:val="28"/>
          <w:szCs w:val="28"/>
        </w:rPr>
        <w:t>giữa</w:t>
      </w:r>
      <w:proofErr w:type="spellEnd"/>
      <w:r w:rsidRPr="00064DB1">
        <w:rPr>
          <w:color w:val="auto"/>
          <w:sz w:val="28"/>
          <w:szCs w:val="28"/>
        </w:rPr>
        <w:t xml:space="preserve"> </w:t>
      </w:r>
      <w:proofErr w:type="spellStart"/>
      <w:r w:rsidRPr="00064DB1">
        <w:rPr>
          <w:color w:val="auto"/>
          <w:sz w:val="28"/>
          <w:szCs w:val="28"/>
        </w:rPr>
        <w:t>các</w:t>
      </w:r>
      <w:proofErr w:type="spellEnd"/>
      <w:r w:rsidRPr="00064DB1">
        <w:rPr>
          <w:color w:val="auto"/>
          <w:sz w:val="28"/>
          <w:szCs w:val="28"/>
        </w:rPr>
        <w:t xml:space="preserve"> </w:t>
      </w:r>
      <w:proofErr w:type="spellStart"/>
      <w:r w:rsidRPr="00064DB1">
        <w:rPr>
          <w:color w:val="auto"/>
          <w:sz w:val="28"/>
          <w:szCs w:val="28"/>
        </w:rPr>
        <w:t>bên</w:t>
      </w:r>
      <w:proofErr w:type="spellEnd"/>
      <w:r w:rsidRPr="00064DB1">
        <w:rPr>
          <w:color w:val="auto"/>
          <w:sz w:val="28"/>
          <w:szCs w:val="28"/>
        </w:rPr>
        <w:t xml:space="preserve"> </w:t>
      </w:r>
      <w:proofErr w:type="spellStart"/>
      <w:r w:rsidRPr="00064DB1">
        <w:rPr>
          <w:color w:val="auto"/>
          <w:sz w:val="28"/>
          <w:szCs w:val="28"/>
        </w:rPr>
        <w:t>về</w:t>
      </w:r>
      <w:proofErr w:type="spellEnd"/>
      <w:r w:rsidRPr="00064DB1">
        <w:rPr>
          <w:color w:val="auto"/>
          <w:sz w:val="28"/>
          <w:szCs w:val="28"/>
        </w:rPr>
        <w:t xml:space="preserve"> </w:t>
      </w:r>
      <w:proofErr w:type="spellStart"/>
      <w:r w:rsidRPr="00064DB1">
        <w:rPr>
          <w:color w:val="auto"/>
          <w:sz w:val="28"/>
          <w:szCs w:val="28"/>
        </w:rPr>
        <w:t>phân</w:t>
      </w:r>
      <w:proofErr w:type="spellEnd"/>
      <w:r w:rsidRPr="00064DB1">
        <w:rPr>
          <w:color w:val="auto"/>
          <w:sz w:val="28"/>
          <w:szCs w:val="28"/>
        </w:rPr>
        <w:t xml:space="preserve"> chia </w:t>
      </w:r>
      <w:proofErr w:type="spellStart"/>
      <w:r w:rsidRPr="00064DB1">
        <w:rPr>
          <w:color w:val="auto"/>
          <w:sz w:val="28"/>
          <w:szCs w:val="28"/>
        </w:rPr>
        <w:t>lợi</w:t>
      </w:r>
      <w:proofErr w:type="spellEnd"/>
      <w:r w:rsidRPr="00064DB1">
        <w:rPr>
          <w:color w:val="auto"/>
          <w:sz w:val="28"/>
          <w:szCs w:val="28"/>
        </w:rPr>
        <w:t xml:space="preserve"> </w:t>
      </w:r>
      <w:proofErr w:type="spellStart"/>
      <w:r w:rsidRPr="00064DB1">
        <w:rPr>
          <w:color w:val="auto"/>
          <w:sz w:val="28"/>
          <w:szCs w:val="28"/>
        </w:rPr>
        <w:t>nhuận</w:t>
      </w:r>
      <w:proofErr w:type="spellEnd"/>
      <w:r w:rsidRPr="00064DB1">
        <w:rPr>
          <w:color w:val="auto"/>
          <w:sz w:val="28"/>
          <w:szCs w:val="28"/>
        </w:rPr>
        <w:t xml:space="preserve"> </w:t>
      </w:r>
      <w:proofErr w:type="spellStart"/>
      <w:r w:rsidRPr="00064DB1">
        <w:rPr>
          <w:color w:val="auto"/>
          <w:sz w:val="28"/>
          <w:szCs w:val="28"/>
        </w:rPr>
        <w:t>từ</w:t>
      </w:r>
      <w:proofErr w:type="spellEnd"/>
      <w:r w:rsidRPr="00064DB1">
        <w:rPr>
          <w:color w:val="auto"/>
          <w:sz w:val="28"/>
          <w:szCs w:val="28"/>
        </w:rPr>
        <w:t xml:space="preserve"> </w:t>
      </w:r>
      <w:proofErr w:type="spellStart"/>
      <w:r w:rsidRPr="00064DB1">
        <w:rPr>
          <w:color w:val="auto"/>
          <w:sz w:val="28"/>
          <w:szCs w:val="28"/>
        </w:rPr>
        <w:t>thương</w:t>
      </w:r>
      <w:proofErr w:type="spellEnd"/>
      <w:r w:rsidRPr="00064DB1">
        <w:rPr>
          <w:color w:val="auto"/>
          <w:sz w:val="28"/>
          <w:szCs w:val="28"/>
        </w:rPr>
        <w:t xml:space="preserve"> </w:t>
      </w:r>
      <w:proofErr w:type="spellStart"/>
      <w:r w:rsidRPr="00064DB1">
        <w:rPr>
          <w:color w:val="auto"/>
          <w:sz w:val="28"/>
          <w:szCs w:val="28"/>
        </w:rPr>
        <w:t>mại</w:t>
      </w:r>
      <w:proofErr w:type="spellEnd"/>
      <w:r w:rsidRPr="00064DB1">
        <w:rPr>
          <w:color w:val="auto"/>
          <w:sz w:val="28"/>
          <w:szCs w:val="28"/>
        </w:rPr>
        <w:t xml:space="preserve"> </w:t>
      </w:r>
      <w:proofErr w:type="spellStart"/>
      <w:r w:rsidRPr="00064DB1">
        <w:rPr>
          <w:color w:val="auto"/>
          <w:sz w:val="28"/>
          <w:szCs w:val="28"/>
        </w:rPr>
        <w:t>hóa</w:t>
      </w:r>
      <w:proofErr w:type="spellEnd"/>
      <w:r w:rsidRPr="00064DB1">
        <w:rPr>
          <w:color w:val="auto"/>
          <w:sz w:val="28"/>
          <w:szCs w:val="28"/>
        </w:rPr>
        <w:t xml:space="preserve"> </w:t>
      </w:r>
      <w:proofErr w:type="spellStart"/>
      <w:r w:rsidRPr="00064DB1">
        <w:rPr>
          <w:color w:val="auto"/>
          <w:sz w:val="28"/>
          <w:szCs w:val="28"/>
        </w:rPr>
        <w:t>kết</w:t>
      </w:r>
      <w:proofErr w:type="spellEnd"/>
      <w:r w:rsidRPr="00064DB1">
        <w:rPr>
          <w:color w:val="auto"/>
          <w:sz w:val="28"/>
          <w:szCs w:val="28"/>
        </w:rPr>
        <w:t xml:space="preserve"> </w:t>
      </w:r>
      <w:proofErr w:type="spellStart"/>
      <w:r w:rsidRPr="00064DB1">
        <w:rPr>
          <w:color w:val="auto"/>
          <w:sz w:val="28"/>
          <w:szCs w:val="28"/>
        </w:rPr>
        <w:t>quả</w:t>
      </w:r>
      <w:proofErr w:type="spellEnd"/>
      <w:r w:rsidRPr="00064DB1">
        <w:rPr>
          <w:color w:val="auto"/>
          <w:sz w:val="28"/>
          <w:szCs w:val="28"/>
        </w:rPr>
        <w:t xml:space="preserve"> (</w:t>
      </w:r>
      <w:proofErr w:type="spellStart"/>
      <w:r w:rsidRPr="00064DB1">
        <w:rPr>
          <w:color w:val="auto"/>
          <w:sz w:val="28"/>
          <w:szCs w:val="28"/>
        </w:rPr>
        <w:t>nếu</w:t>
      </w:r>
      <w:proofErr w:type="spellEnd"/>
      <w:r w:rsidRPr="00064DB1">
        <w:rPr>
          <w:color w:val="auto"/>
          <w:sz w:val="28"/>
          <w:szCs w:val="28"/>
        </w:rPr>
        <w:t xml:space="preserve"> </w:t>
      </w:r>
      <w:proofErr w:type="spellStart"/>
      <w:r w:rsidRPr="00064DB1">
        <w:rPr>
          <w:color w:val="auto"/>
          <w:sz w:val="28"/>
          <w:szCs w:val="28"/>
        </w:rPr>
        <w:t>có</w:t>
      </w:r>
      <w:proofErr w:type="spellEnd"/>
      <w:r w:rsidRPr="00064DB1">
        <w:rPr>
          <w:color w:val="auto"/>
          <w:sz w:val="28"/>
          <w:szCs w:val="28"/>
        </w:rPr>
        <w:t>);</w:t>
      </w:r>
    </w:p>
    <w:p w14:paraId="6DE36936" w14:textId="6B4126B2" w:rsidR="00DC174C" w:rsidRPr="00064DB1" w:rsidRDefault="00000000" w:rsidP="005E0F6E">
      <w:pPr>
        <w:spacing w:after="60" w:line="380" w:lineRule="exact"/>
        <w:ind w:firstLine="567"/>
        <w:jc w:val="both"/>
        <w:rPr>
          <w:color w:val="auto"/>
          <w:sz w:val="28"/>
          <w:szCs w:val="28"/>
        </w:rPr>
      </w:pPr>
      <w:r w:rsidRPr="00064DB1">
        <w:rPr>
          <w:color w:val="auto"/>
          <w:sz w:val="28"/>
          <w:szCs w:val="28"/>
        </w:rPr>
        <w:lastRenderedPageBreak/>
        <w:t xml:space="preserve">- </w:t>
      </w:r>
      <w:proofErr w:type="spellStart"/>
      <w:r w:rsidRPr="00064DB1">
        <w:rPr>
          <w:color w:val="auto"/>
          <w:sz w:val="28"/>
          <w:szCs w:val="28"/>
        </w:rPr>
        <w:t>Đối</w:t>
      </w:r>
      <w:proofErr w:type="spellEnd"/>
      <w:r w:rsidRPr="00064DB1">
        <w:rPr>
          <w:color w:val="auto"/>
          <w:sz w:val="28"/>
          <w:szCs w:val="28"/>
        </w:rPr>
        <w:t xml:space="preserve"> </w:t>
      </w:r>
      <w:proofErr w:type="spellStart"/>
      <w:r w:rsidRPr="00064DB1">
        <w:rPr>
          <w:color w:val="auto"/>
          <w:sz w:val="28"/>
          <w:szCs w:val="28"/>
        </w:rPr>
        <w:t>với</w:t>
      </w:r>
      <w:proofErr w:type="spellEnd"/>
      <w:r w:rsidRPr="00064DB1">
        <w:rPr>
          <w:color w:val="auto"/>
          <w:sz w:val="28"/>
          <w:szCs w:val="28"/>
        </w:rPr>
        <w:t xml:space="preserve"> </w:t>
      </w:r>
      <w:proofErr w:type="spellStart"/>
      <w:r w:rsidRPr="00064DB1">
        <w:rPr>
          <w:color w:val="auto"/>
          <w:sz w:val="28"/>
          <w:szCs w:val="28"/>
        </w:rPr>
        <w:t>trường</w:t>
      </w:r>
      <w:proofErr w:type="spellEnd"/>
      <w:r w:rsidRPr="00064DB1">
        <w:rPr>
          <w:color w:val="auto"/>
          <w:sz w:val="28"/>
          <w:szCs w:val="28"/>
        </w:rPr>
        <w:t xml:space="preserve"> </w:t>
      </w:r>
      <w:proofErr w:type="spellStart"/>
      <w:r w:rsidRPr="00064DB1">
        <w:rPr>
          <w:color w:val="auto"/>
          <w:sz w:val="28"/>
          <w:szCs w:val="28"/>
        </w:rPr>
        <w:t>hợp</w:t>
      </w:r>
      <w:proofErr w:type="spellEnd"/>
      <w:r w:rsidRPr="00064DB1">
        <w:rPr>
          <w:color w:val="auto"/>
          <w:sz w:val="28"/>
          <w:szCs w:val="28"/>
        </w:rPr>
        <w:t xml:space="preserve"> </w:t>
      </w:r>
      <w:proofErr w:type="spellStart"/>
      <w:r w:rsidRPr="00064DB1">
        <w:rPr>
          <w:color w:val="auto"/>
          <w:sz w:val="28"/>
          <w:szCs w:val="28"/>
        </w:rPr>
        <w:t>vay</w:t>
      </w:r>
      <w:proofErr w:type="spellEnd"/>
      <w:r w:rsidRPr="00064DB1">
        <w:rPr>
          <w:color w:val="auto"/>
          <w:sz w:val="28"/>
          <w:szCs w:val="28"/>
        </w:rPr>
        <w:t xml:space="preserve"> </w:t>
      </w:r>
      <w:proofErr w:type="spellStart"/>
      <w:r w:rsidRPr="00064DB1">
        <w:rPr>
          <w:color w:val="auto"/>
          <w:sz w:val="28"/>
          <w:szCs w:val="28"/>
        </w:rPr>
        <w:t>vốn</w:t>
      </w:r>
      <w:proofErr w:type="spellEnd"/>
      <w:r w:rsidRPr="00064DB1">
        <w:rPr>
          <w:color w:val="auto"/>
          <w:sz w:val="28"/>
          <w:szCs w:val="28"/>
        </w:rPr>
        <w:t xml:space="preserve"> </w:t>
      </w:r>
      <w:proofErr w:type="spellStart"/>
      <w:r w:rsidRPr="00064DB1">
        <w:rPr>
          <w:color w:val="auto"/>
          <w:sz w:val="28"/>
          <w:szCs w:val="28"/>
        </w:rPr>
        <w:t>tổ</w:t>
      </w:r>
      <w:proofErr w:type="spellEnd"/>
      <w:r w:rsidRPr="00064DB1">
        <w:rPr>
          <w:color w:val="auto"/>
          <w:sz w:val="28"/>
          <w:szCs w:val="28"/>
        </w:rPr>
        <w:t xml:space="preserve"> </w:t>
      </w:r>
      <w:proofErr w:type="spellStart"/>
      <w:r w:rsidRPr="00064DB1">
        <w:rPr>
          <w:color w:val="auto"/>
          <w:sz w:val="28"/>
          <w:szCs w:val="28"/>
        </w:rPr>
        <w:t>chức</w:t>
      </w:r>
      <w:proofErr w:type="spellEnd"/>
      <w:r w:rsidRPr="00064DB1">
        <w:rPr>
          <w:color w:val="auto"/>
          <w:sz w:val="28"/>
          <w:szCs w:val="28"/>
        </w:rPr>
        <w:t xml:space="preserve"> </w:t>
      </w:r>
      <w:proofErr w:type="spellStart"/>
      <w:r w:rsidRPr="00064DB1">
        <w:rPr>
          <w:color w:val="auto"/>
          <w:sz w:val="28"/>
          <w:szCs w:val="28"/>
        </w:rPr>
        <w:t>tín</w:t>
      </w:r>
      <w:proofErr w:type="spellEnd"/>
      <w:r w:rsidRPr="00064DB1">
        <w:rPr>
          <w:color w:val="auto"/>
          <w:sz w:val="28"/>
          <w:szCs w:val="28"/>
        </w:rPr>
        <w:t xml:space="preserve"> </w:t>
      </w:r>
      <w:proofErr w:type="spellStart"/>
      <w:r w:rsidRPr="00064DB1">
        <w:rPr>
          <w:color w:val="auto"/>
          <w:sz w:val="28"/>
          <w:szCs w:val="28"/>
        </w:rPr>
        <w:t>dụng</w:t>
      </w:r>
      <w:proofErr w:type="spellEnd"/>
      <w:r w:rsidRPr="00064DB1">
        <w:rPr>
          <w:color w:val="auto"/>
          <w:sz w:val="28"/>
          <w:szCs w:val="28"/>
        </w:rPr>
        <w:t xml:space="preserve">, </w:t>
      </w:r>
      <w:proofErr w:type="spellStart"/>
      <w:r w:rsidRPr="00064DB1">
        <w:rPr>
          <w:color w:val="auto"/>
          <w:sz w:val="28"/>
          <w:szCs w:val="28"/>
        </w:rPr>
        <w:t>cần</w:t>
      </w:r>
      <w:proofErr w:type="spellEnd"/>
      <w:r w:rsidRPr="00064DB1">
        <w:rPr>
          <w:color w:val="auto"/>
          <w:sz w:val="28"/>
          <w:szCs w:val="28"/>
        </w:rPr>
        <w:t xml:space="preserve"> </w:t>
      </w:r>
      <w:proofErr w:type="spellStart"/>
      <w:r w:rsidRPr="00064DB1">
        <w:rPr>
          <w:color w:val="auto"/>
          <w:sz w:val="28"/>
          <w:szCs w:val="28"/>
        </w:rPr>
        <w:t>bổ</w:t>
      </w:r>
      <w:proofErr w:type="spellEnd"/>
      <w:r w:rsidRPr="00064DB1">
        <w:rPr>
          <w:color w:val="auto"/>
          <w:sz w:val="28"/>
          <w:szCs w:val="28"/>
        </w:rPr>
        <w:t xml:space="preserve"> sung </w:t>
      </w:r>
      <w:proofErr w:type="spellStart"/>
      <w:r w:rsidRPr="00064DB1">
        <w:rPr>
          <w:color w:val="auto"/>
          <w:sz w:val="28"/>
          <w:szCs w:val="28"/>
        </w:rPr>
        <w:t>văn</w:t>
      </w:r>
      <w:proofErr w:type="spellEnd"/>
      <w:r w:rsidRPr="00064DB1">
        <w:rPr>
          <w:color w:val="auto"/>
          <w:sz w:val="28"/>
          <w:szCs w:val="28"/>
        </w:rPr>
        <w:t xml:space="preserve"> </w:t>
      </w:r>
      <w:proofErr w:type="spellStart"/>
      <w:r w:rsidRPr="00064DB1">
        <w:rPr>
          <w:color w:val="auto"/>
          <w:sz w:val="28"/>
          <w:szCs w:val="28"/>
        </w:rPr>
        <w:t>bản</w:t>
      </w:r>
      <w:proofErr w:type="spellEnd"/>
      <w:r w:rsidRPr="00064DB1">
        <w:rPr>
          <w:color w:val="auto"/>
          <w:sz w:val="28"/>
          <w:szCs w:val="28"/>
        </w:rPr>
        <w:t xml:space="preserve"> cam </w:t>
      </w:r>
      <w:proofErr w:type="spellStart"/>
      <w:r w:rsidRPr="00064DB1">
        <w:rPr>
          <w:color w:val="auto"/>
          <w:sz w:val="28"/>
          <w:szCs w:val="28"/>
        </w:rPr>
        <w:t>kết</w:t>
      </w:r>
      <w:proofErr w:type="spellEnd"/>
      <w:r w:rsidRPr="00064DB1">
        <w:rPr>
          <w:color w:val="auto"/>
          <w:sz w:val="28"/>
          <w:szCs w:val="28"/>
        </w:rPr>
        <w:t xml:space="preserve"> </w:t>
      </w:r>
      <w:proofErr w:type="spellStart"/>
      <w:r w:rsidRPr="00064DB1">
        <w:rPr>
          <w:color w:val="auto"/>
          <w:sz w:val="28"/>
          <w:szCs w:val="28"/>
        </w:rPr>
        <w:t>cho</w:t>
      </w:r>
      <w:proofErr w:type="spellEnd"/>
      <w:r w:rsidRPr="00064DB1">
        <w:rPr>
          <w:color w:val="auto"/>
          <w:sz w:val="28"/>
          <w:szCs w:val="28"/>
        </w:rPr>
        <w:t xml:space="preserve"> </w:t>
      </w:r>
      <w:proofErr w:type="spellStart"/>
      <w:r w:rsidRPr="00064DB1">
        <w:rPr>
          <w:color w:val="auto"/>
          <w:sz w:val="28"/>
          <w:szCs w:val="28"/>
        </w:rPr>
        <w:t>vay</w:t>
      </w:r>
      <w:proofErr w:type="spellEnd"/>
      <w:r w:rsidRPr="00064DB1">
        <w:rPr>
          <w:color w:val="auto"/>
          <w:sz w:val="28"/>
          <w:szCs w:val="28"/>
        </w:rPr>
        <w:t xml:space="preserve"> </w:t>
      </w:r>
      <w:proofErr w:type="spellStart"/>
      <w:r w:rsidRPr="00064DB1">
        <w:rPr>
          <w:color w:val="auto"/>
          <w:sz w:val="28"/>
          <w:szCs w:val="28"/>
        </w:rPr>
        <w:t>vốn</w:t>
      </w:r>
      <w:proofErr w:type="spellEnd"/>
      <w:r w:rsidRPr="00064DB1">
        <w:rPr>
          <w:color w:val="auto"/>
          <w:sz w:val="28"/>
          <w:szCs w:val="28"/>
        </w:rPr>
        <w:t xml:space="preserve"> </w:t>
      </w:r>
      <w:proofErr w:type="spellStart"/>
      <w:r w:rsidRPr="00064DB1">
        <w:rPr>
          <w:color w:val="auto"/>
          <w:sz w:val="28"/>
          <w:szCs w:val="28"/>
        </w:rPr>
        <w:t>của</w:t>
      </w:r>
      <w:proofErr w:type="spellEnd"/>
      <w:r w:rsidRPr="00064DB1">
        <w:rPr>
          <w:color w:val="auto"/>
          <w:sz w:val="28"/>
          <w:szCs w:val="28"/>
        </w:rPr>
        <w:t xml:space="preserve"> </w:t>
      </w:r>
      <w:proofErr w:type="spellStart"/>
      <w:r w:rsidRPr="00064DB1">
        <w:rPr>
          <w:color w:val="auto"/>
          <w:sz w:val="28"/>
          <w:szCs w:val="28"/>
        </w:rPr>
        <w:t>tổ</w:t>
      </w:r>
      <w:proofErr w:type="spellEnd"/>
      <w:r w:rsidRPr="00064DB1">
        <w:rPr>
          <w:color w:val="auto"/>
          <w:sz w:val="28"/>
          <w:szCs w:val="28"/>
        </w:rPr>
        <w:t xml:space="preserve"> </w:t>
      </w:r>
      <w:proofErr w:type="spellStart"/>
      <w:r w:rsidRPr="00064DB1">
        <w:rPr>
          <w:color w:val="auto"/>
          <w:sz w:val="28"/>
          <w:szCs w:val="28"/>
        </w:rPr>
        <w:t>chức</w:t>
      </w:r>
      <w:proofErr w:type="spellEnd"/>
      <w:r w:rsidRPr="00064DB1">
        <w:rPr>
          <w:color w:val="auto"/>
          <w:sz w:val="28"/>
          <w:szCs w:val="28"/>
        </w:rPr>
        <w:t xml:space="preserve"> </w:t>
      </w:r>
      <w:proofErr w:type="spellStart"/>
      <w:r w:rsidRPr="00064DB1">
        <w:rPr>
          <w:color w:val="auto"/>
          <w:sz w:val="28"/>
          <w:szCs w:val="28"/>
        </w:rPr>
        <w:t>tín</w:t>
      </w:r>
      <w:proofErr w:type="spellEnd"/>
      <w:r w:rsidRPr="00064DB1">
        <w:rPr>
          <w:color w:val="auto"/>
          <w:sz w:val="28"/>
          <w:szCs w:val="28"/>
        </w:rPr>
        <w:t xml:space="preserve"> </w:t>
      </w:r>
      <w:proofErr w:type="spellStart"/>
      <w:r w:rsidRPr="00064DB1">
        <w:rPr>
          <w:color w:val="auto"/>
          <w:sz w:val="28"/>
          <w:szCs w:val="28"/>
        </w:rPr>
        <w:t>dụng</w:t>
      </w:r>
      <w:proofErr w:type="spellEnd"/>
      <w:r w:rsidRPr="00064DB1">
        <w:rPr>
          <w:color w:val="auto"/>
          <w:sz w:val="28"/>
          <w:szCs w:val="28"/>
        </w:rPr>
        <w:t xml:space="preserve"> </w:t>
      </w:r>
      <w:proofErr w:type="spellStart"/>
      <w:r w:rsidRPr="00064DB1">
        <w:rPr>
          <w:color w:val="auto"/>
          <w:sz w:val="28"/>
          <w:szCs w:val="28"/>
        </w:rPr>
        <w:t>để</w:t>
      </w:r>
      <w:proofErr w:type="spellEnd"/>
      <w:r w:rsidRPr="00064DB1">
        <w:rPr>
          <w:color w:val="auto"/>
          <w:sz w:val="28"/>
          <w:szCs w:val="28"/>
        </w:rPr>
        <w:t xml:space="preserve"> </w:t>
      </w:r>
      <w:proofErr w:type="spellStart"/>
      <w:r w:rsidRPr="00064DB1">
        <w:rPr>
          <w:color w:val="auto"/>
          <w:sz w:val="28"/>
          <w:szCs w:val="28"/>
        </w:rPr>
        <w:t>thực</w:t>
      </w:r>
      <w:proofErr w:type="spellEnd"/>
      <w:r w:rsidRPr="00064DB1">
        <w:rPr>
          <w:color w:val="auto"/>
          <w:sz w:val="28"/>
          <w:szCs w:val="28"/>
        </w:rPr>
        <w:t xml:space="preserve"> </w:t>
      </w:r>
      <w:proofErr w:type="spellStart"/>
      <w:r w:rsidRPr="00064DB1">
        <w:rPr>
          <w:color w:val="auto"/>
          <w:sz w:val="28"/>
          <w:szCs w:val="28"/>
        </w:rPr>
        <w:t>hiện</w:t>
      </w:r>
      <w:proofErr w:type="spellEnd"/>
      <w:r w:rsidRPr="00064DB1">
        <w:rPr>
          <w:color w:val="auto"/>
          <w:sz w:val="28"/>
          <w:szCs w:val="28"/>
        </w:rPr>
        <w:t xml:space="preserve"> </w:t>
      </w:r>
      <w:proofErr w:type="spellStart"/>
      <w:r w:rsidRPr="00064DB1">
        <w:rPr>
          <w:color w:val="auto"/>
          <w:sz w:val="28"/>
          <w:szCs w:val="28"/>
        </w:rPr>
        <w:t>nhiệm</w:t>
      </w:r>
      <w:proofErr w:type="spellEnd"/>
      <w:r w:rsidRPr="00064DB1">
        <w:rPr>
          <w:color w:val="auto"/>
          <w:sz w:val="28"/>
          <w:szCs w:val="28"/>
        </w:rPr>
        <w:t xml:space="preserve"> </w:t>
      </w:r>
      <w:proofErr w:type="spellStart"/>
      <w:r w:rsidRPr="00064DB1">
        <w:rPr>
          <w:color w:val="auto"/>
          <w:sz w:val="28"/>
          <w:szCs w:val="28"/>
        </w:rPr>
        <w:t>vụ</w:t>
      </w:r>
      <w:proofErr w:type="spellEnd"/>
      <w:r w:rsidRPr="00064DB1">
        <w:rPr>
          <w:color w:val="auto"/>
          <w:sz w:val="28"/>
          <w:szCs w:val="28"/>
        </w:rPr>
        <w:t>.</w:t>
      </w:r>
    </w:p>
    <w:p w14:paraId="56C7F2CB" w14:textId="3DD3D81B" w:rsidR="00185810" w:rsidRPr="00064DB1" w:rsidRDefault="00AD0E3C" w:rsidP="005E0F6E">
      <w:pPr>
        <w:spacing w:after="60" w:line="380" w:lineRule="exact"/>
        <w:ind w:firstLine="567"/>
        <w:jc w:val="both"/>
        <w:rPr>
          <w:color w:val="auto"/>
          <w:sz w:val="28"/>
          <w:szCs w:val="28"/>
        </w:rPr>
      </w:pPr>
      <w:bookmarkStart w:id="0" w:name="_Hlk240354458"/>
      <w:r w:rsidRPr="00064DB1">
        <w:rPr>
          <w:color w:val="auto"/>
          <w:sz w:val="28"/>
          <w:szCs w:val="28"/>
        </w:rPr>
        <w:t xml:space="preserve">* </w:t>
      </w:r>
      <w:proofErr w:type="spellStart"/>
      <w:r w:rsidR="00185810" w:rsidRPr="00064DB1">
        <w:rPr>
          <w:color w:val="auto"/>
          <w:sz w:val="28"/>
          <w:szCs w:val="28"/>
        </w:rPr>
        <w:t>Biểu</w:t>
      </w:r>
      <w:proofErr w:type="spellEnd"/>
      <w:r w:rsidR="00185810" w:rsidRPr="00064DB1">
        <w:rPr>
          <w:color w:val="auto"/>
          <w:sz w:val="28"/>
          <w:szCs w:val="28"/>
        </w:rPr>
        <w:t xml:space="preserve"> </w:t>
      </w:r>
      <w:proofErr w:type="spellStart"/>
      <w:r w:rsidR="00185810" w:rsidRPr="00064DB1">
        <w:rPr>
          <w:color w:val="auto"/>
          <w:sz w:val="28"/>
          <w:szCs w:val="28"/>
        </w:rPr>
        <w:t>mẫu</w:t>
      </w:r>
      <w:proofErr w:type="spellEnd"/>
      <w:r w:rsidR="00185810" w:rsidRPr="00064DB1">
        <w:rPr>
          <w:color w:val="auto"/>
          <w:sz w:val="28"/>
          <w:szCs w:val="28"/>
        </w:rPr>
        <w:t xml:space="preserve"> </w:t>
      </w:r>
      <w:proofErr w:type="spellStart"/>
      <w:r w:rsidR="00185810" w:rsidRPr="00064DB1">
        <w:rPr>
          <w:color w:val="auto"/>
          <w:sz w:val="28"/>
          <w:szCs w:val="28"/>
        </w:rPr>
        <w:t>hồ</w:t>
      </w:r>
      <w:proofErr w:type="spellEnd"/>
      <w:r w:rsidR="00185810" w:rsidRPr="00064DB1">
        <w:rPr>
          <w:color w:val="auto"/>
          <w:sz w:val="28"/>
          <w:szCs w:val="28"/>
        </w:rPr>
        <w:t xml:space="preserve"> </w:t>
      </w:r>
      <w:proofErr w:type="spellStart"/>
      <w:r w:rsidR="00185810" w:rsidRPr="00064DB1">
        <w:rPr>
          <w:color w:val="auto"/>
          <w:sz w:val="28"/>
          <w:szCs w:val="28"/>
        </w:rPr>
        <w:t>sơ</w:t>
      </w:r>
      <w:proofErr w:type="spellEnd"/>
      <w:r w:rsidR="00185810" w:rsidRPr="00064DB1">
        <w:rPr>
          <w:color w:val="auto"/>
          <w:sz w:val="28"/>
          <w:szCs w:val="28"/>
        </w:rPr>
        <w:t xml:space="preserve"> </w:t>
      </w:r>
      <w:proofErr w:type="spellStart"/>
      <w:r w:rsidR="00185810" w:rsidRPr="00064DB1">
        <w:rPr>
          <w:color w:val="auto"/>
          <w:sz w:val="28"/>
          <w:szCs w:val="28"/>
        </w:rPr>
        <w:t>và</w:t>
      </w:r>
      <w:proofErr w:type="spellEnd"/>
      <w:r w:rsidR="00185810" w:rsidRPr="00064DB1">
        <w:rPr>
          <w:color w:val="auto"/>
          <w:sz w:val="28"/>
          <w:szCs w:val="28"/>
        </w:rPr>
        <w:t xml:space="preserve"> </w:t>
      </w:r>
      <w:proofErr w:type="spellStart"/>
      <w:r w:rsidR="00185810" w:rsidRPr="00064DB1">
        <w:rPr>
          <w:color w:val="auto"/>
          <w:sz w:val="28"/>
          <w:szCs w:val="28"/>
        </w:rPr>
        <w:t>các</w:t>
      </w:r>
      <w:proofErr w:type="spellEnd"/>
      <w:r w:rsidR="00185810" w:rsidRPr="00064DB1">
        <w:rPr>
          <w:color w:val="auto"/>
          <w:sz w:val="28"/>
          <w:szCs w:val="28"/>
        </w:rPr>
        <w:t xml:space="preserve"> </w:t>
      </w:r>
      <w:proofErr w:type="spellStart"/>
      <w:r w:rsidR="00185810" w:rsidRPr="00064DB1">
        <w:rPr>
          <w:color w:val="auto"/>
          <w:sz w:val="28"/>
          <w:szCs w:val="28"/>
        </w:rPr>
        <w:t>văn</w:t>
      </w:r>
      <w:proofErr w:type="spellEnd"/>
      <w:r w:rsidR="00185810" w:rsidRPr="00064DB1">
        <w:rPr>
          <w:color w:val="auto"/>
          <w:sz w:val="28"/>
          <w:szCs w:val="28"/>
        </w:rPr>
        <w:t xml:space="preserve"> </w:t>
      </w:r>
      <w:proofErr w:type="spellStart"/>
      <w:r w:rsidR="00185810" w:rsidRPr="00064DB1">
        <w:rPr>
          <w:color w:val="auto"/>
          <w:sz w:val="28"/>
          <w:szCs w:val="28"/>
        </w:rPr>
        <w:t>bản</w:t>
      </w:r>
      <w:proofErr w:type="spellEnd"/>
      <w:r w:rsidR="00185810" w:rsidRPr="00064DB1">
        <w:rPr>
          <w:color w:val="auto"/>
          <w:sz w:val="28"/>
          <w:szCs w:val="28"/>
        </w:rPr>
        <w:t xml:space="preserve"> </w:t>
      </w:r>
      <w:proofErr w:type="spellStart"/>
      <w:r w:rsidR="00185810" w:rsidRPr="00064DB1">
        <w:rPr>
          <w:color w:val="auto"/>
          <w:sz w:val="28"/>
          <w:szCs w:val="28"/>
        </w:rPr>
        <w:t>pháp</w:t>
      </w:r>
      <w:proofErr w:type="spellEnd"/>
      <w:r w:rsidR="00185810" w:rsidRPr="00064DB1">
        <w:rPr>
          <w:color w:val="auto"/>
          <w:sz w:val="28"/>
          <w:szCs w:val="28"/>
        </w:rPr>
        <w:t xml:space="preserve"> </w:t>
      </w:r>
      <w:proofErr w:type="spellStart"/>
      <w:r w:rsidR="00185810" w:rsidRPr="00064DB1">
        <w:rPr>
          <w:color w:val="auto"/>
          <w:sz w:val="28"/>
          <w:szCs w:val="28"/>
        </w:rPr>
        <w:t>lý</w:t>
      </w:r>
      <w:proofErr w:type="spellEnd"/>
      <w:r w:rsidR="00185810" w:rsidRPr="00064DB1">
        <w:rPr>
          <w:color w:val="auto"/>
          <w:sz w:val="28"/>
          <w:szCs w:val="28"/>
        </w:rPr>
        <w:t xml:space="preserve"> </w:t>
      </w:r>
      <w:proofErr w:type="spellStart"/>
      <w:r w:rsidR="00185810" w:rsidRPr="00064DB1">
        <w:rPr>
          <w:color w:val="auto"/>
          <w:sz w:val="28"/>
          <w:szCs w:val="28"/>
        </w:rPr>
        <w:t>liên</w:t>
      </w:r>
      <w:proofErr w:type="spellEnd"/>
      <w:r w:rsidR="00185810" w:rsidRPr="00064DB1">
        <w:rPr>
          <w:color w:val="auto"/>
          <w:sz w:val="28"/>
          <w:szCs w:val="28"/>
        </w:rPr>
        <w:t xml:space="preserve"> </w:t>
      </w:r>
      <w:proofErr w:type="spellStart"/>
      <w:r w:rsidR="00185810" w:rsidRPr="00064DB1">
        <w:rPr>
          <w:color w:val="auto"/>
          <w:sz w:val="28"/>
          <w:szCs w:val="28"/>
        </w:rPr>
        <w:t>quan</w:t>
      </w:r>
      <w:proofErr w:type="spellEnd"/>
      <w:r w:rsidR="00185810" w:rsidRPr="00064DB1">
        <w:rPr>
          <w:color w:val="auto"/>
          <w:sz w:val="28"/>
          <w:szCs w:val="28"/>
        </w:rPr>
        <w:t xml:space="preserve"> </w:t>
      </w:r>
      <w:proofErr w:type="spellStart"/>
      <w:r w:rsidR="00185810" w:rsidRPr="00064DB1">
        <w:rPr>
          <w:color w:val="auto"/>
          <w:sz w:val="28"/>
          <w:szCs w:val="28"/>
        </w:rPr>
        <w:t>được</w:t>
      </w:r>
      <w:proofErr w:type="spellEnd"/>
      <w:r w:rsidR="00185810" w:rsidRPr="00064DB1">
        <w:rPr>
          <w:color w:val="auto"/>
          <w:sz w:val="28"/>
          <w:szCs w:val="28"/>
        </w:rPr>
        <w:t xml:space="preserve"> </w:t>
      </w:r>
      <w:proofErr w:type="spellStart"/>
      <w:r w:rsidR="00185810" w:rsidRPr="00064DB1">
        <w:rPr>
          <w:color w:val="auto"/>
          <w:sz w:val="28"/>
          <w:szCs w:val="28"/>
        </w:rPr>
        <w:t>đăng</w:t>
      </w:r>
      <w:proofErr w:type="spellEnd"/>
      <w:r w:rsidR="00185810" w:rsidRPr="00064DB1">
        <w:rPr>
          <w:color w:val="auto"/>
          <w:sz w:val="28"/>
          <w:szCs w:val="28"/>
        </w:rPr>
        <w:t xml:space="preserve"> </w:t>
      </w:r>
      <w:proofErr w:type="spellStart"/>
      <w:r w:rsidR="00185810" w:rsidRPr="00064DB1">
        <w:rPr>
          <w:color w:val="auto"/>
          <w:sz w:val="28"/>
          <w:szCs w:val="28"/>
        </w:rPr>
        <w:t>tải</w:t>
      </w:r>
      <w:proofErr w:type="spellEnd"/>
      <w:r w:rsidR="00185810" w:rsidRPr="00064DB1">
        <w:rPr>
          <w:color w:val="auto"/>
          <w:sz w:val="28"/>
          <w:szCs w:val="28"/>
        </w:rPr>
        <w:t xml:space="preserve"> </w:t>
      </w:r>
      <w:proofErr w:type="spellStart"/>
      <w:r w:rsidR="00185810" w:rsidRPr="00064DB1">
        <w:rPr>
          <w:color w:val="auto"/>
          <w:sz w:val="28"/>
          <w:szCs w:val="28"/>
        </w:rPr>
        <w:t>tại</w:t>
      </w:r>
      <w:proofErr w:type="spellEnd"/>
      <w:r w:rsidR="00185810" w:rsidRPr="00064DB1">
        <w:rPr>
          <w:color w:val="auto"/>
          <w:sz w:val="28"/>
          <w:szCs w:val="28"/>
        </w:rPr>
        <w:t xml:space="preserve"> </w:t>
      </w:r>
      <w:proofErr w:type="spellStart"/>
      <w:r w:rsidR="00185810" w:rsidRPr="00064DB1">
        <w:rPr>
          <w:color w:val="auto"/>
          <w:sz w:val="28"/>
          <w:szCs w:val="28"/>
        </w:rPr>
        <w:t>Cổng</w:t>
      </w:r>
      <w:proofErr w:type="spellEnd"/>
      <w:r w:rsidR="00185810" w:rsidRPr="00064DB1">
        <w:rPr>
          <w:color w:val="auto"/>
          <w:sz w:val="28"/>
          <w:szCs w:val="28"/>
        </w:rPr>
        <w:t xml:space="preserve"> </w:t>
      </w:r>
      <w:proofErr w:type="spellStart"/>
      <w:r w:rsidR="00185810" w:rsidRPr="00064DB1">
        <w:rPr>
          <w:color w:val="auto"/>
          <w:sz w:val="28"/>
          <w:szCs w:val="28"/>
        </w:rPr>
        <w:t>thông</w:t>
      </w:r>
      <w:proofErr w:type="spellEnd"/>
      <w:r w:rsidR="00185810" w:rsidRPr="00064DB1">
        <w:rPr>
          <w:color w:val="auto"/>
          <w:sz w:val="28"/>
          <w:szCs w:val="28"/>
        </w:rPr>
        <w:t xml:space="preserve"> tin </w:t>
      </w:r>
      <w:proofErr w:type="spellStart"/>
      <w:r w:rsidR="00185810" w:rsidRPr="00064DB1">
        <w:rPr>
          <w:color w:val="auto"/>
          <w:sz w:val="28"/>
          <w:szCs w:val="28"/>
        </w:rPr>
        <w:t>điện</w:t>
      </w:r>
      <w:proofErr w:type="spellEnd"/>
      <w:r w:rsidR="00185810" w:rsidRPr="00064DB1">
        <w:rPr>
          <w:color w:val="auto"/>
          <w:sz w:val="28"/>
          <w:szCs w:val="28"/>
        </w:rPr>
        <w:t xml:space="preserve"> </w:t>
      </w:r>
      <w:proofErr w:type="spellStart"/>
      <w:r w:rsidR="00185810" w:rsidRPr="00064DB1">
        <w:rPr>
          <w:color w:val="auto"/>
          <w:sz w:val="28"/>
          <w:szCs w:val="28"/>
        </w:rPr>
        <w:t>tử</w:t>
      </w:r>
      <w:proofErr w:type="spellEnd"/>
      <w:r w:rsidR="00185810" w:rsidRPr="00064DB1">
        <w:rPr>
          <w:color w:val="auto"/>
          <w:sz w:val="28"/>
          <w:szCs w:val="28"/>
        </w:rPr>
        <w:t xml:space="preserve"> </w:t>
      </w:r>
      <w:proofErr w:type="spellStart"/>
      <w:r w:rsidR="00185810" w:rsidRPr="00064DB1">
        <w:rPr>
          <w:color w:val="auto"/>
          <w:sz w:val="28"/>
          <w:szCs w:val="28"/>
        </w:rPr>
        <w:t>của</w:t>
      </w:r>
      <w:proofErr w:type="spellEnd"/>
      <w:r w:rsidR="00185810" w:rsidRPr="00064DB1">
        <w:rPr>
          <w:color w:val="auto"/>
          <w:sz w:val="28"/>
          <w:szCs w:val="28"/>
        </w:rPr>
        <w:t xml:space="preserve"> </w:t>
      </w:r>
      <w:proofErr w:type="spellStart"/>
      <w:r w:rsidR="00185810" w:rsidRPr="00064DB1">
        <w:rPr>
          <w:color w:val="auto"/>
          <w:sz w:val="28"/>
          <w:szCs w:val="28"/>
        </w:rPr>
        <w:t>Sở</w:t>
      </w:r>
      <w:proofErr w:type="spellEnd"/>
      <w:r w:rsidR="00185810" w:rsidRPr="00064DB1">
        <w:rPr>
          <w:color w:val="auto"/>
          <w:sz w:val="28"/>
          <w:szCs w:val="28"/>
        </w:rPr>
        <w:t xml:space="preserve"> Khoa </w:t>
      </w:r>
      <w:proofErr w:type="spellStart"/>
      <w:r w:rsidR="00185810" w:rsidRPr="00064DB1">
        <w:rPr>
          <w:color w:val="auto"/>
          <w:sz w:val="28"/>
          <w:szCs w:val="28"/>
        </w:rPr>
        <w:t>học</w:t>
      </w:r>
      <w:proofErr w:type="spellEnd"/>
      <w:r w:rsidR="00185810" w:rsidRPr="00064DB1">
        <w:rPr>
          <w:color w:val="auto"/>
          <w:sz w:val="28"/>
          <w:szCs w:val="28"/>
        </w:rPr>
        <w:t xml:space="preserve"> </w:t>
      </w:r>
      <w:proofErr w:type="spellStart"/>
      <w:r w:rsidR="00185810" w:rsidRPr="00064DB1">
        <w:rPr>
          <w:color w:val="auto"/>
          <w:sz w:val="28"/>
          <w:szCs w:val="28"/>
        </w:rPr>
        <w:t>và</w:t>
      </w:r>
      <w:proofErr w:type="spellEnd"/>
      <w:r w:rsidR="00185810" w:rsidRPr="00064DB1">
        <w:rPr>
          <w:color w:val="auto"/>
          <w:sz w:val="28"/>
          <w:szCs w:val="28"/>
        </w:rPr>
        <w:t xml:space="preserve"> Công </w:t>
      </w:r>
      <w:proofErr w:type="spellStart"/>
      <w:r w:rsidR="00185810" w:rsidRPr="00064DB1">
        <w:rPr>
          <w:color w:val="auto"/>
          <w:sz w:val="28"/>
          <w:szCs w:val="28"/>
        </w:rPr>
        <w:t>nghệ</w:t>
      </w:r>
      <w:proofErr w:type="spellEnd"/>
      <w:r w:rsidR="00450EDB">
        <w:rPr>
          <w:color w:val="auto"/>
          <w:sz w:val="28"/>
          <w:szCs w:val="28"/>
        </w:rPr>
        <w:t xml:space="preserve"> </w:t>
      </w:r>
      <w:proofErr w:type="spellStart"/>
      <w:r w:rsidR="00450EDB">
        <w:rPr>
          <w:color w:val="auto"/>
          <w:sz w:val="28"/>
          <w:szCs w:val="28"/>
        </w:rPr>
        <w:t>Đồng</w:t>
      </w:r>
      <w:proofErr w:type="spellEnd"/>
      <w:r w:rsidR="00450EDB">
        <w:rPr>
          <w:color w:val="auto"/>
          <w:sz w:val="28"/>
          <w:szCs w:val="28"/>
        </w:rPr>
        <w:t xml:space="preserve"> Nai</w:t>
      </w:r>
      <w:r w:rsidR="00185810" w:rsidRPr="00064DB1">
        <w:rPr>
          <w:color w:val="auto"/>
          <w:sz w:val="28"/>
          <w:szCs w:val="28"/>
        </w:rPr>
        <w:t xml:space="preserve"> (</w:t>
      </w:r>
      <w:hyperlink r:id="rId6" w:tgtFrame="_new" w:history="1">
        <w:r w:rsidR="00185810" w:rsidRPr="00064DB1">
          <w:rPr>
            <w:rStyle w:val="Hyperlink"/>
            <w:color w:val="auto"/>
            <w:sz w:val="28"/>
            <w:szCs w:val="28"/>
          </w:rPr>
          <w:t>https://skhcn.dongnai.gov.vn</w:t>
        </w:r>
      </w:hyperlink>
      <w:r w:rsidR="00185810" w:rsidRPr="00064DB1">
        <w:rPr>
          <w:color w:val="auto"/>
          <w:sz w:val="28"/>
          <w:szCs w:val="28"/>
        </w:rPr>
        <w:t xml:space="preserve">, </w:t>
      </w:r>
      <w:proofErr w:type="spellStart"/>
      <w:r w:rsidR="00185810" w:rsidRPr="00064DB1">
        <w:rPr>
          <w:color w:val="auto"/>
          <w:sz w:val="28"/>
          <w:szCs w:val="28"/>
        </w:rPr>
        <w:t>Mục</w:t>
      </w:r>
      <w:proofErr w:type="spellEnd"/>
      <w:r w:rsidR="00185810" w:rsidRPr="00064DB1">
        <w:rPr>
          <w:color w:val="auto"/>
          <w:sz w:val="28"/>
          <w:szCs w:val="28"/>
        </w:rPr>
        <w:t xml:space="preserve"> Thông </w:t>
      </w:r>
      <w:proofErr w:type="spellStart"/>
      <w:r w:rsidR="00185810" w:rsidRPr="00064DB1">
        <w:rPr>
          <w:color w:val="auto"/>
          <w:sz w:val="28"/>
          <w:szCs w:val="28"/>
        </w:rPr>
        <w:t>báo</w:t>
      </w:r>
      <w:proofErr w:type="spellEnd"/>
      <w:r w:rsidR="00185810" w:rsidRPr="00064DB1">
        <w:rPr>
          <w:color w:val="auto"/>
          <w:sz w:val="28"/>
          <w:szCs w:val="28"/>
        </w:rPr>
        <w:t>).</w:t>
      </w:r>
    </w:p>
    <w:p w14:paraId="005FB98B" w14:textId="3EA83A0E" w:rsidR="00B65ACF" w:rsidRPr="00064DB1" w:rsidRDefault="00B65ACF" w:rsidP="005E0F6E">
      <w:pPr>
        <w:spacing w:after="60" w:line="380" w:lineRule="exact"/>
        <w:ind w:firstLine="567"/>
        <w:jc w:val="both"/>
        <w:rPr>
          <w:color w:val="auto"/>
          <w:sz w:val="28"/>
          <w:szCs w:val="28"/>
        </w:rPr>
      </w:pPr>
      <w:bookmarkStart w:id="1" w:name="_Hlk240354499"/>
      <w:bookmarkEnd w:id="0"/>
      <w:r w:rsidRPr="00064DB1">
        <w:rPr>
          <w:b/>
          <w:bCs/>
          <w:color w:val="auto"/>
          <w:sz w:val="28"/>
          <w:szCs w:val="28"/>
        </w:rPr>
        <w:t xml:space="preserve">4.2. Quy </w:t>
      </w:r>
      <w:proofErr w:type="spellStart"/>
      <w:r w:rsidRPr="00064DB1">
        <w:rPr>
          <w:b/>
          <w:bCs/>
          <w:color w:val="auto"/>
          <w:sz w:val="28"/>
          <w:szCs w:val="28"/>
        </w:rPr>
        <w:t>cách</w:t>
      </w:r>
      <w:proofErr w:type="spellEnd"/>
      <w:r w:rsidRPr="00064DB1">
        <w:rPr>
          <w:b/>
          <w:bCs/>
          <w:color w:val="auto"/>
          <w:sz w:val="28"/>
          <w:szCs w:val="28"/>
        </w:rPr>
        <w:t xml:space="preserve"> </w:t>
      </w:r>
      <w:proofErr w:type="spellStart"/>
      <w:r w:rsidRPr="00064DB1">
        <w:rPr>
          <w:b/>
          <w:bCs/>
          <w:color w:val="auto"/>
          <w:sz w:val="28"/>
          <w:szCs w:val="28"/>
        </w:rPr>
        <w:t>trình</w:t>
      </w:r>
      <w:proofErr w:type="spellEnd"/>
      <w:r w:rsidRPr="00064DB1">
        <w:rPr>
          <w:b/>
          <w:bCs/>
          <w:color w:val="auto"/>
          <w:sz w:val="28"/>
          <w:szCs w:val="28"/>
        </w:rPr>
        <w:t xml:space="preserve"> </w:t>
      </w:r>
      <w:proofErr w:type="spellStart"/>
      <w:r w:rsidRPr="00064DB1">
        <w:rPr>
          <w:b/>
          <w:bCs/>
          <w:color w:val="auto"/>
          <w:sz w:val="28"/>
          <w:szCs w:val="28"/>
        </w:rPr>
        <w:t>bày</w:t>
      </w:r>
      <w:proofErr w:type="spellEnd"/>
      <w:r w:rsidRPr="00064DB1">
        <w:rPr>
          <w:b/>
          <w:bCs/>
          <w:color w:val="auto"/>
          <w:sz w:val="28"/>
          <w:szCs w:val="28"/>
        </w:rPr>
        <w:t xml:space="preserve"> </w:t>
      </w:r>
      <w:proofErr w:type="spellStart"/>
      <w:r w:rsidRPr="00064DB1">
        <w:rPr>
          <w:b/>
          <w:bCs/>
          <w:color w:val="auto"/>
          <w:sz w:val="28"/>
          <w:szCs w:val="28"/>
        </w:rPr>
        <w:t>hồ</w:t>
      </w:r>
      <w:proofErr w:type="spellEnd"/>
      <w:r w:rsidRPr="00064DB1">
        <w:rPr>
          <w:b/>
          <w:bCs/>
          <w:color w:val="auto"/>
          <w:sz w:val="28"/>
          <w:szCs w:val="28"/>
        </w:rPr>
        <w:t xml:space="preserve"> </w:t>
      </w:r>
      <w:proofErr w:type="spellStart"/>
      <w:r w:rsidRPr="00064DB1">
        <w:rPr>
          <w:b/>
          <w:bCs/>
          <w:color w:val="auto"/>
          <w:sz w:val="28"/>
          <w:szCs w:val="28"/>
        </w:rPr>
        <w:t>sơ</w:t>
      </w:r>
      <w:proofErr w:type="spellEnd"/>
      <w:r w:rsidRPr="00064DB1">
        <w:rPr>
          <w:b/>
          <w:bCs/>
          <w:color w:val="auto"/>
          <w:sz w:val="28"/>
          <w:szCs w:val="28"/>
        </w:rPr>
        <w:t xml:space="preserve"> </w:t>
      </w:r>
      <w:proofErr w:type="spellStart"/>
      <w:r w:rsidRPr="00064DB1">
        <w:rPr>
          <w:b/>
          <w:bCs/>
          <w:color w:val="auto"/>
          <w:sz w:val="28"/>
          <w:szCs w:val="28"/>
        </w:rPr>
        <w:t>giấy</w:t>
      </w:r>
      <w:proofErr w:type="spellEnd"/>
      <w:r w:rsidRPr="00064DB1">
        <w:rPr>
          <w:b/>
          <w:bCs/>
          <w:color w:val="auto"/>
          <w:sz w:val="28"/>
          <w:szCs w:val="28"/>
        </w:rPr>
        <w:t xml:space="preserve"> (</w:t>
      </w:r>
      <w:proofErr w:type="spellStart"/>
      <w:r w:rsidRPr="00064DB1">
        <w:rPr>
          <w:b/>
          <w:bCs/>
          <w:color w:val="auto"/>
          <w:sz w:val="28"/>
          <w:szCs w:val="28"/>
        </w:rPr>
        <w:t>trường</w:t>
      </w:r>
      <w:proofErr w:type="spellEnd"/>
      <w:r w:rsidRPr="00064DB1">
        <w:rPr>
          <w:b/>
          <w:bCs/>
          <w:color w:val="auto"/>
          <w:sz w:val="28"/>
          <w:szCs w:val="28"/>
        </w:rPr>
        <w:t xml:space="preserve"> </w:t>
      </w:r>
      <w:proofErr w:type="spellStart"/>
      <w:r w:rsidRPr="00064DB1">
        <w:rPr>
          <w:b/>
          <w:bCs/>
          <w:color w:val="auto"/>
          <w:sz w:val="28"/>
          <w:szCs w:val="28"/>
        </w:rPr>
        <w:t>hợp</w:t>
      </w:r>
      <w:proofErr w:type="spellEnd"/>
      <w:r w:rsidRPr="00064DB1">
        <w:rPr>
          <w:b/>
          <w:bCs/>
          <w:color w:val="auto"/>
          <w:sz w:val="28"/>
          <w:szCs w:val="28"/>
        </w:rPr>
        <w:t xml:space="preserve"> </w:t>
      </w:r>
      <w:proofErr w:type="spellStart"/>
      <w:r w:rsidRPr="00064DB1">
        <w:rPr>
          <w:b/>
          <w:bCs/>
          <w:color w:val="auto"/>
          <w:sz w:val="28"/>
          <w:szCs w:val="28"/>
        </w:rPr>
        <w:t>nộp</w:t>
      </w:r>
      <w:proofErr w:type="spellEnd"/>
      <w:r w:rsidRPr="00064DB1">
        <w:rPr>
          <w:b/>
          <w:bCs/>
          <w:color w:val="auto"/>
          <w:sz w:val="28"/>
          <w:szCs w:val="28"/>
        </w:rPr>
        <w:t xml:space="preserve"> </w:t>
      </w:r>
      <w:proofErr w:type="spellStart"/>
      <w:r w:rsidRPr="00064DB1">
        <w:rPr>
          <w:b/>
          <w:bCs/>
          <w:color w:val="auto"/>
          <w:sz w:val="28"/>
          <w:szCs w:val="28"/>
        </w:rPr>
        <w:t>bản</w:t>
      </w:r>
      <w:proofErr w:type="spellEnd"/>
      <w:r w:rsidRPr="00064DB1">
        <w:rPr>
          <w:b/>
          <w:bCs/>
          <w:color w:val="auto"/>
          <w:sz w:val="28"/>
          <w:szCs w:val="28"/>
        </w:rPr>
        <w:t xml:space="preserve"> </w:t>
      </w:r>
      <w:proofErr w:type="spellStart"/>
      <w:r w:rsidRPr="00064DB1">
        <w:rPr>
          <w:b/>
          <w:bCs/>
          <w:color w:val="auto"/>
          <w:sz w:val="28"/>
          <w:szCs w:val="28"/>
        </w:rPr>
        <w:t>giấy</w:t>
      </w:r>
      <w:proofErr w:type="spellEnd"/>
      <w:r w:rsidRPr="00064DB1">
        <w:rPr>
          <w:b/>
          <w:bCs/>
          <w:color w:val="auto"/>
          <w:sz w:val="28"/>
          <w:szCs w:val="28"/>
        </w:rPr>
        <w:t>)</w:t>
      </w:r>
      <w:r w:rsidRPr="00064DB1">
        <w:rPr>
          <w:color w:val="auto"/>
          <w:sz w:val="28"/>
          <w:szCs w:val="28"/>
        </w:rPr>
        <w:t>:</w:t>
      </w:r>
    </w:p>
    <w:p w14:paraId="1F7BA29C" w14:textId="77777777" w:rsidR="004F464E" w:rsidRPr="00064DB1" w:rsidRDefault="004F464E" w:rsidP="005E0F6E">
      <w:pPr>
        <w:spacing w:after="60" w:line="380" w:lineRule="exact"/>
        <w:ind w:firstLine="567"/>
        <w:jc w:val="both"/>
        <w:rPr>
          <w:color w:val="auto"/>
          <w:sz w:val="28"/>
          <w:szCs w:val="28"/>
          <w:lang w:val="vi-VN"/>
        </w:rPr>
      </w:pPr>
      <w:r w:rsidRPr="00064DB1">
        <w:rPr>
          <w:color w:val="auto"/>
          <w:sz w:val="28"/>
          <w:szCs w:val="28"/>
          <w:lang w:val="vi-VN"/>
        </w:rPr>
        <w:t>- Hồ sơ (trừ các tài liệu là bản sao) sử dụng phông chữ tiếng Việt Times New Roman, bộ mã ký tự Unicode theo Tiêu chuẩn quốc gia TCVN 6909:2001, màu đen;</w:t>
      </w:r>
    </w:p>
    <w:p w14:paraId="651A0D17" w14:textId="77777777" w:rsidR="004F464E" w:rsidRPr="00064DB1" w:rsidRDefault="004F464E" w:rsidP="005E0F6E">
      <w:pPr>
        <w:spacing w:after="60" w:line="380" w:lineRule="exact"/>
        <w:ind w:firstLine="567"/>
        <w:jc w:val="both"/>
        <w:rPr>
          <w:color w:val="auto"/>
          <w:sz w:val="28"/>
          <w:szCs w:val="28"/>
          <w:lang w:val="vi-VN"/>
        </w:rPr>
      </w:pPr>
      <w:r w:rsidRPr="00064DB1">
        <w:rPr>
          <w:color w:val="auto"/>
          <w:sz w:val="28"/>
          <w:szCs w:val="28"/>
          <w:lang w:val="vi-VN"/>
        </w:rPr>
        <w:t>- Các tài liệu quy định trên là bản chính hoặc bản sao có chứng thực hoặc bản sao y theo quy định;</w:t>
      </w:r>
    </w:p>
    <w:p w14:paraId="33752411" w14:textId="77777777" w:rsidR="004F464E" w:rsidRPr="00064DB1" w:rsidRDefault="004F464E" w:rsidP="005E0F6E">
      <w:pPr>
        <w:spacing w:after="60" w:line="380" w:lineRule="exact"/>
        <w:ind w:firstLine="567"/>
        <w:jc w:val="both"/>
        <w:rPr>
          <w:color w:val="auto"/>
          <w:sz w:val="28"/>
          <w:szCs w:val="28"/>
          <w:lang w:val="vi-VN"/>
        </w:rPr>
      </w:pPr>
      <w:r w:rsidRPr="00064DB1">
        <w:rPr>
          <w:color w:val="auto"/>
          <w:sz w:val="28"/>
          <w:szCs w:val="28"/>
          <w:lang w:val="vi-VN"/>
        </w:rPr>
        <w:t>- Hồ sơ nộp trực tiếp hoặc qua đường bưu chính phải được đóng gói, niêm phong và bên ngoài ghi rõ:</w:t>
      </w:r>
    </w:p>
    <w:p w14:paraId="2FF56B8E" w14:textId="77777777" w:rsidR="004F464E" w:rsidRPr="00064DB1" w:rsidRDefault="004F464E" w:rsidP="005E0F6E">
      <w:pPr>
        <w:spacing w:after="60" w:line="380" w:lineRule="exact"/>
        <w:ind w:firstLine="567"/>
        <w:jc w:val="both"/>
        <w:rPr>
          <w:color w:val="auto"/>
          <w:sz w:val="28"/>
          <w:szCs w:val="28"/>
          <w:lang w:val="vi-VN"/>
        </w:rPr>
      </w:pPr>
      <w:r w:rsidRPr="00064DB1">
        <w:rPr>
          <w:color w:val="auto"/>
          <w:sz w:val="28"/>
          <w:szCs w:val="28"/>
          <w:lang w:val="vi-VN"/>
        </w:rPr>
        <w:t xml:space="preserve">  + Tên nhiệm vụ;</w:t>
      </w:r>
    </w:p>
    <w:p w14:paraId="752BF615" w14:textId="77777777" w:rsidR="004F464E" w:rsidRPr="00064DB1" w:rsidRDefault="004F464E" w:rsidP="005E0F6E">
      <w:pPr>
        <w:spacing w:after="60" w:line="380" w:lineRule="exact"/>
        <w:ind w:firstLine="567"/>
        <w:jc w:val="both"/>
        <w:rPr>
          <w:color w:val="auto"/>
          <w:sz w:val="28"/>
          <w:szCs w:val="28"/>
          <w:lang w:val="vi-VN"/>
        </w:rPr>
      </w:pPr>
      <w:r w:rsidRPr="00064DB1">
        <w:rPr>
          <w:color w:val="auto"/>
          <w:sz w:val="28"/>
          <w:szCs w:val="28"/>
          <w:lang w:val="vi-VN"/>
        </w:rPr>
        <w:t xml:space="preserve">  + Tên, địa chỉ của tổ chức đăng ký chủ trì nhiệm vụ; tên, địa chỉ, số điện thoại của chủ nhiệm nhiệm vụ và thông tin liên hệ;</w:t>
      </w:r>
    </w:p>
    <w:p w14:paraId="328C791E" w14:textId="77777777" w:rsidR="004F464E" w:rsidRPr="00064DB1" w:rsidRDefault="004F464E" w:rsidP="005E0F6E">
      <w:pPr>
        <w:spacing w:after="60" w:line="380" w:lineRule="exact"/>
        <w:ind w:firstLine="567"/>
        <w:jc w:val="both"/>
        <w:rPr>
          <w:color w:val="auto"/>
          <w:sz w:val="28"/>
          <w:szCs w:val="28"/>
          <w:lang w:val="vi-VN"/>
        </w:rPr>
      </w:pPr>
      <w:r w:rsidRPr="00064DB1">
        <w:rPr>
          <w:color w:val="auto"/>
          <w:sz w:val="28"/>
          <w:szCs w:val="28"/>
          <w:lang w:val="vi-VN"/>
        </w:rPr>
        <w:t xml:space="preserve">  + Danh mục tài liệu có trong hồ sơ;</w:t>
      </w:r>
    </w:p>
    <w:p w14:paraId="520F468B" w14:textId="77777777" w:rsidR="004F464E" w:rsidRPr="00064DB1" w:rsidRDefault="004F464E" w:rsidP="005E0F6E">
      <w:pPr>
        <w:spacing w:after="60" w:line="380" w:lineRule="exact"/>
        <w:ind w:firstLine="567"/>
        <w:jc w:val="both"/>
        <w:rPr>
          <w:color w:val="auto"/>
          <w:sz w:val="28"/>
          <w:szCs w:val="28"/>
          <w:lang w:val="vi-VN"/>
        </w:rPr>
      </w:pPr>
      <w:r w:rsidRPr="00064DB1">
        <w:rPr>
          <w:color w:val="auto"/>
          <w:sz w:val="28"/>
          <w:szCs w:val="28"/>
          <w:lang w:val="vi-VN"/>
        </w:rPr>
        <w:t>- Số lượng hồ sơ đăng ký gồm 01 bản chính và 11 bản sao, cùng 01 bản điện tử lưu trữ trên USB. Hồ sơ đã nộp không được hoàn trả.</w:t>
      </w:r>
    </w:p>
    <w:bookmarkEnd w:id="1"/>
    <w:p w14:paraId="0BDC48BA" w14:textId="77777777" w:rsidR="004F464E" w:rsidRPr="00064DB1" w:rsidRDefault="004F464E" w:rsidP="005E0F6E">
      <w:pPr>
        <w:spacing w:after="60" w:line="380" w:lineRule="exact"/>
        <w:ind w:firstLine="567"/>
        <w:jc w:val="both"/>
        <w:rPr>
          <w:b/>
          <w:bCs/>
          <w:color w:val="auto"/>
          <w:sz w:val="28"/>
          <w:szCs w:val="28"/>
          <w:lang w:val="vi-VN"/>
        </w:rPr>
      </w:pPr>
      <w:r w:rsidRPr="00064DB1">
        <w:rPr>
          <w:b/>
          <w:bCs/>
          <w:color w:val="auto"/>
          <w:sz w:val="28"/>
          <w:szCs w:val="28"/>
          <w:lang w:val="vi-VN"/>
        </w:rPr>
        <w:t>5. Thời gian, phương thức và địa chỉ tiếp nhận hồ sơ</w:t>
      </w:r>
    </w:p>
    <w:p w14:paraId="25331DFF" w14:textId="3DB130B8" w:rsidR="00681546" w:rsidRPr="003D6435" w:rsidRDefault="004F464E" w:rsidP="00FB2373">
      <w:pPr>
        <w:spacing w:after="60" w:line="380" w:lineRule="exact"/>
        <w:ind w:firstLine="567"/>
        <w:jc w:val="both"/>
        <w:rPr>
          <w:b/>
          <w:bCs/>
          <w:color w:val="auto"/>
          <w:sz w:val="28"/>
          <w:szCs w:val="28"/>
          <w:lang w:val="vi-VN"/>
        </w:rPr>
      </w:pPr>
      <w:r w:rsidRPr="00064DB1">
        <w:rPr>
          <w:b/>
          <w:bCs/>
          <w:color w:val="auto"/>
          <w:sz w:val="28"/>
          <w:szCs w:val="28"/>
          <w:lang w:val="vi-VN"/>
        </w:rPr>
        <w:t>5.1. Thời hạn nhận hồ sơ:</w:t>
      </w:r>
      <w:r w:rsidRPr="00064DB1">
        <w:rPr>
          <w:color w:val="auto"/>
          <w:sz w:val="28"/>
          <w:szCs w:val="28"/>
          <w:lang w:val="vi-VN"/>
        </w:rPr>
        <w:t xml:space="preserve"> </w:t>
      </w:r>
      <w:r w:rsidR="00681546" w:rsidRPr="00064DB1">
        <w:rPr>
          <w:b/>
          <w:bCs/>
          <w:color w:val="auto"/>
          <w:sz w:val="28"/>
          <w:szCs w:val="28"/>
          <w:lang w:val="vi-VN"/>
        </w:rPr>
        <w:t xml:space="preserve">Thời hạn nhận hồ sơ </w:t>
      </w:r>
      <w:r w:rsidR="0091650D" w:rsidRPr="003D6435">
        <w:rPr>
          <w:b/>
          <w:bCs/>
          <w:color w:val="auto"/>
          <w:sz w:val="28"/>
          <w:szCs w:val="28"/>
          <w:lang w:val="vi-VN"/>
        </w:rPr>
        <w:t>chậm nhất là</w:t>
      </w:r>
      <w:r w:rsidR="00681546" w:rsidRPr="00064DB1">
        <w:rPr>
          <w:b/>
          <w:bCs/>
          <w:color w:val="auto"/>
          <w:sz w:val="28"/>
          <w:szCs w:val="28"/>
          <w:lang w:val="vi-VN"/>
        </w:rPr>
        <w:t xml:space="preserve"> ngày </w:t>
      </w:r>
      <w:r w:rsidR="00F10976" w:rsidRPr="00A12528">
        <w:rPr>
          <w:b/>
          <w:bCs/>
          <w:color w:val="auto"/>
          <w:sz w:val="28"/>
          <w:szCs w:val="28"/>
          <w:lang w:val="vi-VN"/>
        </w:rPr>
        <w:t>22</w:t>
      </w:r>
      <w:r w:rsidR="00681546" w:rsidRPr="00450EDB">
        <w:rPr>
          <w:b/>
          <w:bCs/>
          <w:color w:val="EE0000"/>
          <w:sz w:val="28"/>
          <w:szCs w:val="28"/>
          <w:lang w:val="vi-VN"/>
        </w:rPr>
        <w:t xml:space="preserve"> </w:t>
      </w:r>
      <w:r w:rsidR="00681546" w:rsidRPr="00064DB1">
        <w:rPr>
          <w:b/>
          <w:bCs/>
          <w:color w:val="auto"/>
          <w:sz w:val="28"/>
          <w:szCs w:val="28"/>
          <w:lang w:val="vi-VN"/>
        </w:rPr>
        <w:t xml:space="preserve">tháng </w:t>
      </w:r>
      <w:r w:rsidR="00681546" w:rsidRPr="003D6435">
        <w:rPr>
          <w:b/>
          <w:bCs/>
          <w:color w:val="auto"/>
          <w:sz w:val="28"/>
          <w:szCs w:val="28"/>
          <w:lang w:val="vi-VN"/>
        </w:rPr>
        <w:t>10</w:t>
      </w:r>
      <w:r w:rsidR="00681546" w:rsidRPr="00064DB1">
        <w:rPr>
          <w:b/>
          <w:bCs/>
          <w:color w:val="auto"/>
          <w:sz w:val="28"/>
          <w:szCs w:val="28"/>
          <w:lang w:val="vi-VN"/>
        </w:rPr>
        <w:t xml:space="preserve"> năm 2026</w:t>
      </w:r>
      <w:r w:rsidR="00C5302F" w:rsidRPr="003D6435">
        <w:rPr>
          <w:b/>
          <w:bCs/>
          <w:color w:val="auto"/>
          <w:sz w:val="28"/>
          <w:szCs w:val="28"/>
          <w:lang w:val="vi-VN"/>
        </w:rPr>
        <w:t>.</w:t>
      </w:r>
    </w:p>
    <w:p w14:paraId="79888FB4" w14:textId="77777777" w:rsidR="004F464E" w:rsidRPr="00064DB1" w:rsidRDefault="004F464E" w:rsidP="00FB2373">
      <w:pPr>
        <w:spacing w:after="60" w:line="380" w:lineRule="exact"/>
        <w:ind w:firstLine="567"/>
        <w:jc w:val="both"/>
        <w:rPr>
          <w:color w:val="auto"/>
          <w:sz w:val="28"/>
          <w:szCs w:val="28"/>
          <w:lang w:val="vi-VN"/>
        </w:rPr>
      </w:pPr>
      <w:r w:rsidRPr="00064DB1">
        <w:rPr>
          <w:b/>
          <w:bCs/>
          <w:color w:val="auto"/>
          <w:sz w:val="28"/>
          <w:szCs w:val="28"/>
          <w:lang w:val="vi-VN"/>
        </w:rPr>
        <w:t>5.2. Phương thức và địa chỉ tiếp nhận hồ sơ:</w:t>
      </w:r>
    </w:p>
    <w:p w14:paraId="4DF2154B" w14:textId="77777777" w:rsidR="003672CC" w:rsidRPr="003D6435" w:rsidRDefault="003672CC" w:rsidP="00FB2373">
      <w:pPr>
        <w:spacing w:after="60" w:line="380" w:lineRule="exact"/>
        <w:ind w:firstLine="567"/>
        <w:jc w:val="both"/>
        <w:rPr>
          <w:color w:val="auto"/>
          <w:sz w:val="28"/>
          <w:szCs w:val="28"/>
          <w:lang w:val="vi-VN"/>
        </w:rPr>
      </w:pPr>
      <w:r w:rsidRPr="003D6435">
        <w:rPr>
          <w:color w:val="auto"/>
          <w:sz w:val="28"/>
          <w:szCs w:val="28"/>
          <w:lang w:val="vi-VN"/>
        </w:rPr>
        <w:t>Tổ chức, cá nhân đăng ký tham gia đặt hàng theo hình thức tuyển chọn thực hiện nộp hồ sơ theo quy trình các bước sau:</w:t>
      </w:r>
    </w:p>
    <w:p w14:paraId="559B5E47" w14:textId="4F56BF34" w:rsidR="004F464E" w:rsidRPr="00064DB1" w:rsidRDefault="004F464E" w:rsidP="00FB2373">
      <w:pPr>
        <w:spacing w:after="60" w:line="380" w:lineRule="exact"/>
        <w:ind w:firstLine="567"/>
        <w:jc w:val="both"/>
        <w:rPr>
          <w:color w:val="auto"/>
          <w:sz w:val="28"/>
          <w:szCs w:val="28"/>
          <w:lang w:val="vi-VN"/>
        </w:rPr>
      </w:pPr>
      <w:r w:rsidRPr="00064DB1">
        <w:rPr>
          <w:b/>
          <w:bCs/>
          <w:i/>
          <w:iCs/>
          <w:color w:val="auto"/>
          <w:sz w:val="28"/>
          <w:szCs w:val="28"/>
          <w:lang w:val="vi-VN"/>
        </w:rPr>
        <w:t>Bước 1 (Kê khai thông tin):</w:t>
      </w:r>
      <w:r w:rsidRPr="00064DB1">
        <w:rPr>
          <w:i/>
          <w:iCs/>
          <w:color w:val="auto"/>
          <w:sz w:val="28"/>
          <w:szCs w:val="28"/>
          <w:lang w:val="vi-VN"/>
        </w:rPr>
        <w:t xml:space="preserve"> </w:t>
      </w:r>
      <w:r w:rsidRPr="00064DB1">
        <w:rPr>
          <w:color w:val="auto"/>
          <w:sz w:val="28"/>
          <w:szCs w:val="28"/>
          <w:lang w:val="vi-VN"/>
        </w:rPr>
        <w:t>Hồ sơ được kê khai, điền trực tuyến trên Hệ thống quản lý trực tuyến nhiệm vụ khoa học, công nghệ và đổi mới sáng tạo (STM) tại địa chỉ: https://stm.mst.gov.vn.</w:t>
      </w:r>
    </w:p>
    <w:p w14:paraId="447C9FF6" w14:textId="77777777" w:rsidR="004F464E" w:rsidRPr="00064DB1" w:rsidRDefault="004F464E" w:rsidP="00FB2373">
      <w:pPr>
        <w:spacing w:after="60" w:line="380" w:lineRule="exact"/>
        <w:ind w:firstLine="567"/>
        <w:jc w:val="both"/>
        <w:rPr>
          <w:color w:val="auto"/>
          <w:sz w:val="28"/>
          <w:szCs w:val="28"/>
          <w:lang w:val="vi-VN"/>
        </w:rPr>
      </w:pPr>
      <w:r w:rsidRPr="00064DB1">
        <w:rPr>
          <w:b/>
          <w:bCs/>
          <w:i/>
          <w:iCs/>
          <w:color w:val="auto"/>
          <w:sz w:val="28"/>
          <w:szCs w:val="28"/>
          <w:lang w:val="vi-VN"/>
        </w:rPr>
        <w:t>Bước 2 (Nộp hồ sơ chính thức):</w:t>
      </w:r>
      <w:r w:rsidRPr="00064DB1">
        <w:rPr>
          <w:color w:val="auto"/>
          <w:sz w:val="28"/>
          <w:szCs w:val="28"/>
          <w:lang w:val="vi-VN"/>
        </w:rPr>
        <w:t xml:space="preserve"> Sau khi hoàn thành kê khai trên Hệ thống STM, tổ chức chủ trì lựa chọn </w:t>
      </w:r>
      <w:r w:rsidRPr="00064DB1">
        <w:rPr>
          <w:b/>
          <w:bCs/>
          <w:color w:val="auto"/>
          <w:sz w:val="28"/>
          <w:szCs w:val="28"/>
          <w:lang w:val="vi-VN"/>
        </w:rPr>
        <w:t>01 trong 02 hình thức</w:t>
      </w:r>
      <w:r w:rsidRPr="00064DB1">
        <w:rPr>
          <w:color w:val="auto"/>
          <w:sz w:val="28"/>
          <w:szCs w:val="28"/>
          <w:lang w:val="vi-VN"/>
        </w:rPr>
        <w:t xml:space="preserve"> nộp hồ sơ dưới đây:</w:t>
      </w:r>
    </w:p>
    <w:p w14:paraId="7C1175DB" w14:textId="77777777" w:rsidR="004F464E" w:rsidRPr="00064DB1" w:rsidRDefault="004F464E" w:rsidP="00FB2373">
      <w:pPr>
        <w:spacing w:after="60" w:line="380" w:lineRule="exact"/>
        <w:ind w:firstLine="567"/>
        <w:jc w:val="both"/>
        <w:rPr>
          <w:color w:val="auto"/>
          <w:sz w:val="28"/>
          <w:szCs w:val="28"/>
          <w:lang w:val="vi-VN"/>
        </w:rPr>
      </w:pPr>
      <w:r w:rsidRPr="00064DB1">
        <w:rPr>
          <w:b/>
          <w:bCs/>
          <w:i/>
          <w:iCs/>
          <w:color w:val="auto"/>
          <w:sz w:val="28"/>
          <w:szCs w:val="28"/>
          <w:lang w:val="vi-VN"/>
        </w:rPr>
        <w:t>Hình thức 1 - Nộp hồ sơ trực tuyến ký số:</w:t>
      </w:r>
      <w:r w:rsidRPr="00064DB1">
        <w:rPr>
          <w:i/>
          <w:iCs/>
          <w:color w:val="auto"/>
          <w:sz w:val="28"/>
          <w:szCs w:val="28"/>
          <w:lang w:val="vi-VN"/>
        </w:rPr>
        <w:t xml:space="preserve"> </w:t>
      </w:r>
      <w:r w:rsidRPr="00064DB1">
        <w:rPr>
          <w:color w:val="auto"/>
          <w:sz w:val="28"/>
          <w:szCs w:val="28"/>
          <w:lang w:val="vi-VN"/>
        </w:rPr>
        <w:t xml:space="preserve">Nộp các văn bản điện tử được chứng thực chữ ký số theo quy định hiện hành trực tiếp trên Hệ thống STM. Tài liệu bắt buộc ký số bao gồm: </w:t>
      </w:r>
      <w:r w:rsidRPr="00064DB1">
        <w:rPr>
          <w:i/>
          <w:iCs/>
          <w:color w:val="auto"/>
          <w:sz w:val="28"/>
          <w:szCs w:val="28"/>
          <w:lang w:val="vi-VN"/>
        </w:rPr>
        <w:t>Đơn đăng ký</w:t>
      </w:r>
      <w:r w:rsidRPr="00064DB1">
        <w:rPr>
          <w:color w:val="auto"/>
          <w:sz w:val="28"/>
          <w:szCs w:val="28"/>
          <w:lang w:val="vi-VN"/>
        </w:rPr>
        <w:t xml:space="preserve"> và </w:t>
      </w:r>
      <w:r w:rsidRPr="00064DB1">
        <w:rPr>
          <w:i/>
          <w:iCs/>
          <w:color w:val="auto"/>
          <w:sz w:val="28"/>
          <w:szCs w:val="28"/>
          <w:lang w:val="vi-VN"/>
        </w:rPr>
        <w:t>Thuyết minh nhiệm vụ</w:t>
      </w:r>
      <w:r w:rsidRPr="00064DB1">
        <w:rPr>
          <w:color w:val="auto"/>
          <w:sz w:val="28"/>
          <w:szCs w:val="28"/>
          <w:lang w:val="vi-VN"/>
        </w:rPr>
        <w:t>.</w:t>
      </w:r>
    </w:p>
    <w:p w14:paraId="6062DAE0" w14:textId="36631042" w:rsidR="004F464E" w:rsidRPr="00064DB1" w:rsidRDefault="004F464E" w:rsidP="00FB2373">
      <w:pPr>
        <w:spacing w:after="60" w:line="380" w:lineRule="exact"/>
        <w:ind w:firstLine="567"/>
        <w:jc w:val="both"/>
        <w:rPr>
          <w:color w:val="auto"/>
          <w:sz w:val="28"/>
          <w:szCs w:val="28"/>
          <w:lang w:val="vi-VN"/>
        </w:rPr>
      </w:pPr>
      <w:r w:rsidRPr="00064DB1">
        <w:rPr>
          <w:b/>
          <w:bCs/>
          <w:i/>
          <w:iCs/>
          <w:color w:val="auto"/>
          <w:sz w:val="28"/>
          <w:szCs w:val="28"/>
          <w:lang w:val="vi-VN"/>
        </w:rPr>
        <w:t>Hình thức 2 - Nộp hồ sơ bản giấy:</w:t>
      </w:r>
      <w:r w:rsidRPr="00064DB1">
        <w:rPr>
          <w:color w:val="auto"/>
          <w:sz w:val="28"/>
          <w:szCs w:val="28"/>
          <w:lang w:val="vi-VN"/>
        </w:rPr>
        <w:t xml:space="preserve"> Nộp trực tiếp hoặc gửi qua dịch vụ bưu chính </w:t>
      </w:r>
      <w:r w:rsidRPr="00064DB1">
        <w:rPr>
          <w:b/>
          <w:bCs/>
          <w:color w:val="auto"/>
          <w:sz w:val="28"/>
          <w:szCs w:val="28"/>
          <w:lang w:val="vi-VN"/>
        </w:rPr>
        <w:t>01 bản chính + 11 bản sao + 01 bản điện tử (USB)</w:t>
      </w:r>
      <w:r w:rsidRPr="00064DB1">
        <w:rPr>
          <w:color w:val="auto"/>
          <w:sz w:val="28"/>
          <w:szCs w:val="28"/>
          <w:lang w:val="vi-VN"/>
        </w:rPr>
        <w:t xml:space="preserve"> đóng gói niêm phong về địa chỉ:</w:t>
      </w:r>
      <w:r w:rsidR="005E0F6E" w:rsidRPr="00064DB1">
        <w:rPr>
          <w:color w:val="auto"/>
          <w:sz w:val="28"/>
          <w:szCs w:val="28"/>
          <w:lang w:val="vi-VN"/>
        </w:rPr>
        <w:t xml:space="preserve"> </w:t>
      </w:r>
      <w:r w:rsidRPr="00064DB1">
        <w:rPr>
          <w:color w:val="auto"/>
          <w:sz w:val="28"/>
          <w:szCs w:val="28"/>
          <w:lang w:val="vi-VN"/>
        </w:rPr>
        <w:t>Văn phòng Sở Khoa học và Công nghệ thành phố Đồng Nai.</w:t>
      </w:r>
      <w:r w:rsidR="005E0F6E" w:rsidRPr="00064DB1">
        <w:rPr>
          <w:color w:val="auto"/>
          <w:sz w:val="28"/>
          <w:szCs w:val="28"/>
          <w:lang w:val="vi-VN"/>
        </w:rPr>
        <w:t xml:space="preserve"> Địa chỉ:</w:t>
      </w:r>
      <w:r w:rsidRPr="00064DB1">
        <w:rPr>
          <w:color w:val="auto"/>
          <w:sz w:val="28"/>
          <w:szCs w:val="28"/>
          <w:lang w:val="vi-VN"/>
        </w:rPr>
        <w:t xml:space="preserve"> Số 1597, đường Phạm Văn Thuận, Phường Trấn Biên, thành phố Đồng Nai. </w:t>
      </w:r>
    </w:p>
    <w:p w14:paraId="0D59A2A9" w14:textId="77777777" w:rsidR="002232C5" w:rsidRPr="003D6435" w:rsidRDefault="002232C5" w:rsidP="00FB2373">
      <w:pPr>
        <w:spacing w:after="60" w:line="380" w:lineRule="exact"/>
        <w:ind w:firstLine="567"/>
        <w:jc w:val="both"/>
        <w:rPr>
          <w:b/>
          <w:bCs/>
          <w:color w:val="auto"/>
          <w:sz w:val="28"/>
          <w:szCs w:val="28"/>
          <w:lang w:val="vi-VN"/>
        </w:rPr>
      </w:pPr>
      <w:r w:rsidRPr="003D6435">
        <w:rPr>
          <w:b/>
          <w:bCs/>
          <w:color w:val="auto"/>
          <w:sz w:val="28"/>
          <w:szCs w:val="28"/>
          <w:lang w:val="vi-VN"/>
        </w:rPr>
        <w:lastRenderedPageBreak/>
        <w:t>6. Quy định về sửa đổi, bổ sung và rút hồ sơ</w:t>
      </w:r>
    </w:p>
    <w:p w14:paraId="42C1D914" w14:textId="40889F6D" w:rsidR="002232C5" w:rsidRPr="003D6435" w:rsidRDefault="00FB2373" w:rsidP="00FB2373">
      <w:pPr>
        <w:spacing w:after="60" w:line="380" w:lineRule="exact"/>
        <w:ind w:firstLine="567"/>
        <w:jc w:val="both"/>
        <w:rPr>
          <w:color w:val="auto"/>
          <w:sz w:val="28"/>
          <w:szCs w:val="28"/>
          <w:lang w:val="vi-VN"/>
        </w:rPr>
      </w:pPr>
      <w:r w:rsidRPr="00FB2373">
        <w:rPr>
          <w:color w:val="auto"/>
          <w:sz w:val="28"/>
          <w:szCs w:val="28"/>
          <w:lang w:val="vi-VN"/>
        </w:rPr>
        <w:t xml:space="preserve">- </w:t>
      </w:r>
      <w:r w:rsidR="002232C5" w:rsidRPr="003D6435">
        <w:rPr>
          <w:color w:val="auto"/>
          <w:sz w:val="28"/>
          <w:szCs w:val="28"/>
          <w:lang w:val="vi-VN"/>
        </w:rPr>
        <w:t xml:space="preserve">Ngày nhận hồ sơ được tính theo dấu bưu chính (đối với hồ sơ gửi qua đường bưu chính), xác nhận của Văn </w:t>
      </w:r>
      <w:r w:rsidR="001206DB" w:rsidRPr="003D6435">
        <w:rPr>
          <w:color w:val="auto"/>
          <w:sz w:val="28"/>
          <w:szCs w:val="28"/>
          <w:lang w:val="vi-VN"/>
        </w:rPr>
        <w:t>phòng</w:t>
      </w:r>
      <w:r w:rsidR="002232C5" w:rsidRPr="003D6435">
        <w:rPr>
          <w:color w:val="auto"/>
          <w:sz w:val="28"/>
          <w:szCs w:val="28"/>
          <w:lang w:val="vi-VN"/>
        </w:rPr>
        <w:t xml:space="preserve"> Sở </w:t>
      </w:r>
      <w:r w:rsidR="00026165" w:rsidRPr="003D6435">
        <w:rPr>
          <w:color w:val="auto"/>
          <w:sz w:val="28"/>
          <w:szCs w:val="28"/>
          <w:lang w:val="vi-VN"/>
        </w:rPr>
        <w:t xml:space="preserve">Khoa học và Công nghệ thành phố Đồng Nai </w:t>
      </w:r>
      <w:r w:rsidR="002232C5" w:rsidRPr="003D6435">
        <w:rPr>
          <w:color w:val="auto"/>
          <w:sz w:val="28"/>
          <w:szCs w:val="28"/>
          <w:lang w:val="vi-VN"/>
        </w:rPr>
        <w:t>(đối với hồ sơ nộp trực tiếp) hoặc thời gian hệ thống ghi nhận (đối với hồ sơ trực tuyến).</w:t>
      </w:r>
    </w:p>
    <w:p w14:paraId="21B1AA23" w14:textId="71513BC4" w:rsidR="002232C5" w:rsidRPr="003D6435" w:rsidRDefault="00FB2373" w:rsidP="00FB2373">
      <w:pPr>
        <w:spacing w:after="60" w:line="380" w:lineRule="exact"/>
        <w:ind w:firstLine="567"/>
        <w:jc w:val="both"/>
        <w:rPr>
          <w:color w:val="auto"/>
          <w:sz w:val="28"/>
          <w:szCs w:val="28"/>
          <w:lang w:val="vi-VN"/>
        </w:rPr>
      </w:pPr>
      <w:r w:rsidRPr="00FB2373">
        <w:rPr>
          <w:color w:val="auto"/>
          <w:sz w:val="28"/>
          <w:szCs w:val="28"/>
          <w:lang w:val="vi-VN"/>
        </w:rPr>
        <w:t xml:space="preserve">- </w:t>
      </w:r>
      <w:r w:rsidR="002232C5" w:rsidRPr="003D6435">
        <w:rPr>
          <w:color w:val="auto"/>
          <w:sz w:val="28"/>
          <w:szCs w:val="28"/>
          <w:lang w:val="vi-VN"/>
        </w:rPr>
        <w:t>Trong thời hạn tiếp nhận hồ sơ quy định tại khoản 5.1 của Thông báo này, tổ chức, cá nhân có quyền thay thế hồ sơ đã nộp bằng hồ sơ mới hoặc bổ sung tài liệu vào hồ sơ đã nộp.</w:t>
      </w:r>
    </w:p>
    <w:p w14:paraId="37D8BA56" w14:textId="36ACC316" w:rsidR="002232C5" w:rsidRPr="003D6435" w:rsidRDefault="00FB2373" w:rsidP="00FB2373">
      <w:pPr>
        <w:spacing w:after="60" w:line="380" w:lineRule="exact"/>
        <w:ind w:firstLine="567"/>
        <w:jc w:val="both"/>
        <w:rPr>
          <w:color w:val="auto"/>
          <w:sz w:val="28"/>
          <w:szCs w:val="28"/>
          <w:lang w:val="vi-VN"/>
        </w:rPr>
      </w:pPr>
      <w:r w:rsidRPr="00FB2373">
        <w:rPr>
          <w:color w:val="auto"/>
          <w:sz w:val="28"/>
          <w:szCs w:val="28"/>
          <w:lang w:val="vi-VN"/>
        </w:rPr>
        <w:t xml:space="preserve">- </w:t>
      </w:r>
      <w:r w:rsidR="002232C5" w:rsidRPr="003D6435">
        <w:rPr>
          <w:color w:val="auto"/>
          <w:sz w:val="28"/>
          <w:szCs w:val="28"/>
          <w:lang w:val="vi-VN"/>
        </w:rPr>
        <w:t xml:space="preserve">Sở Khoa học và Công nghệ </w:t>
      </w:r>
      <w:r w:rsidR="001A5A49" w:rsidRPr="00064DB1">
        <w:rPr>
          <w:color w:val="auto"/>
          <w:sz w:val="28"/>
          <w:szCs w:val="28"/>
          <w:lang w:val="vi-VN"/>
        </w:rPr>
        <w:t xml:space="preserve">thành phố Đồng Nai </w:t>
      </w:r>
      <w:r w:rsidR="002232C5" w:rsidRPr="003D6435">
        <w:rPr>
          <w:color w:val="auto"/>
          <w:sz w:val="28"/>
          <w:szCs w:val="28"/>
          <w:lang w:val="vi-VN"/>
        </w:rPr>
        <w:t>không giải quyết đối với các hồ sơ nộp quá thời hạn quy định.</w:t>
      </w:r>
    </w:p>
    <w:p w14:paraId="1686477C" w14:textId="4D43C722" w:rsidR="004F464E" w:rsidRPr="00064DB1" w:rsidRDefault="004F464E" w:rsidP="00FB2373">
      <w:pPr>
        <w:spacing w:after="60" w:line="380" w:lineRule="exact"/>
        <w:ind w:firstLine="567"/>
        <w:jc w:val="both"/>
        <w:rPr>
          <w:color w:val="auto"/>
          <w:sz w:val="28"/>
          <w:szCs w:val="28"/>
          <w:lang w:val="vi-VN"/>
        </w:rPr>
      </w:pPr>
      <w:r w:rsidRPr="00064DB1">
        <w:rPr>
          <w:color w:val="auto"/>
          <w:sz w:val="28"/>
          <w:szCs w:val="28"/>
          <w:lang w:val="vi-VN"/>
        </w:rPr>
        <w:t xml:space="preserve">Sở Khoa học và Công nghệ thành phố Đồng Nai </w:t>
      </w:r>
      <w:r w:rsidR="00A57A8B" w:rsidRPr="00064DB1">
        <w:rPr>
          <w:color w:val="auto"/>
          <w:sz w:val="28"/>
          <w:szCs w:val="28"/>
          <w:lang w:val="vi-VN"/>
        </w:rPr>
        <w:t xml:space="preserve">thông báo Kế hoạch đặt hàng để tuyển chọn nhiệm vụ </w:t>
      </w:r>
      <w:r w:rsidRPr="00064DB1">
        <w:rPr>
          <w:color w:val="auto"/>
          <w:sz w:val="28"/>
          <w:szCs w:val="28"/>
          <w:lang w:val="vi-VN"/>
        </w:rPr>
        <w:t>đ</w:t>
      </w:r>
      <w:r w:rsidR="00A57A8B" w:rsidRPr="003D6435">
        <w:rPr>
          <w:color w:val="auto"/>
          <w:sz w:val="28"/>
          <w:szCs w:val="28"/>
          <w:lang w:val="vi-VN"/>
        </w:rPr>
        <w:t>ể</w:t>
      </w:r>
      <w:r w:rsidRPr="00064DB1">
        <w:rPr>
          <w:color w:val="auto"/>
          <w:sz w:val="28"/>
          <w:szCs w:val="28"/>
          <w:lang w:val="vi-VN"/>
        </w:rPr>
        <w:t xml:space="preserve"> các tổ chức, cá nhân </w:t>
      </w:r>
      <w:r w:rsidR="00A57A8B" w:rsidRPr="003D6435">
        <w:rPr>
          <w:color w:val="auto"/>
          <w:sz w:val="28"/>
          <w:szCs w:val="28"/>
          <w:lang w:val="vi-VN"/>
        </w:rPr>
        <w:t xml:space="preserve">được </w:t>
      </w:r>
      <w:r w:rsidRPr="00064DB1">
        <w:rPr>
          <w:color w:val="auto"/>
          <w:sz w:val="28"/>
          <w:szCs w:val="28"/>
          <w:lang w:val="vi-VN"/>
        </w:rPr>
        <w:t>biết</w:t>
      </w:r>
      <w:r w:rsidR="00A57A8B" w:rsidRPr="003D6435">
        <w:rPr>
          <w:color w:val="auto"/>
          <w:sz w:val="28"/>
          <w:szCs w:val="28"/>
          <w:lang w:val="vi-VN"/>
        </w:rPr>
        <w:t>,</w:t>
      </w:r>
      <w:r w:rsidRPr="00064DB1">
        <w:rPr>
          <w:color w:val="auto"/>
          <w:sz w:val="28"/>
          <w:szCs w:val="28"/>
          <w:lang w:val="vi-VN"/>
        </w:rPr>
        <w:t xml:space="preserve"> </w:t>
      </w:r>
      <w:r w:rsidR="00A57A8B" w:rsidRPr="003D6435">
        <w:rPr>
          <w:color w:val="auto"/>
          <w:sz w:val="28"/>
          <w:szCs w:val="28"/>
          <w:lang w:val="vi-VN"/>
        </w:rPr>
        <w:t>tham gia và tổ chức thực hiện</w:t>
      </w:r>
      <w:r w:rsidRPr="00064DB1">
        <w:rPr>
          <w:color w:val="auto"/>
          <w:sz w:val="28"/>
          <w:szCs w:val="28"/>
          <w:lang w:val="vi-VN"/>
        </w:rPr>
        <w:t xml:space="preserve">./. </w:t>
      </w:r>
    </w:p>
    <w:p w14:paraId="19ACBAED" w14:textId="277339AF" w:rsidR="00223AEF" w:rsidRDefault="00FB2373" w:rsidP="00223AEF">
      <w:pPr>
        <w:spacing w:after="60"/>
        <w:ind w:firstLine="567"/>
        <w:jc w:val="both"/>
        <w:rPr>
          <w:i/>
          <w:iCs/>
          <w:color w:val="auto"/>
          <w:szCs w:val="26"/>
        </w:rPr>
      </w:pPr>
      <w:r w:rsidRPr="00FB2373">
        <w:rPr>
          <w:i/>
          <w:iCs/>
          <w:color w:val="auto"/>
          <w:szCs w:val="26"/>
          <w:lang w:val="vi-VN"/>
        </w:rPr>
        <w:t xml:space="preserve"> </w:t>
      </w:r>
      <w:r w:rsidR="00223AEF" w:rsidRPr="00064DB1">
        <w:rPr>
          <w:i/>
          <w:iCs/>
          <w:color w:val="auto"/>
          <w:szCs w:val="26"/>
          <w:lang w:val="vi-VN"/>
        </w:rPr>
        <w:t xml:space="preserve">Đính kèm: Danh mục chi tiết nhiệm vụ kèm theo </w:t>
      </w:r>
      <w:r w:rsidR="00A12528" w:rsidRPr="00B65313">
        <w:rPr>
          <w:i/>
          <w:iCs/>
          <w:color w:val="auto"/>
          <w:szCs w:val="26"/>
          <w:lang w:val="vi-VN"/>
        </w:rPr>
        <w:t>Quyết định số 295/QĐ-SKHCN</w:t>
      </w:r>
      <w:r w:rsidR="00A12528" w:rsidRPr="00B65313">
        <w:rPr>
          <w:color w:val="auto"/>
          <w:szCs w:val="26"/>
          <w:lang w:val="vi-VN"/>
        </w:rPr>
        <w:t xml:space="preserve"> ngày 22/9/2026</w:t>
      </w:r>
      <w:r w:rsidR="00A12528" w:rsidRPr="00A12528">
        <w:rPr>
          <w:color w:val="auto"/>
          <w:sz w:val="28"/>
          <w:szCs w:val="28"/>
          <w:lang w:val="vi-VN"/>
        </w:rPr>
        <w:t xml:space="preserve"> </w:t>
      </w:r>
      <w:r w:rsidR="00223AEF" w:rsidRPr="00064DB1">
        <w:rPr>
          <w:i/>
          <w:iCs/>
          <w:color w:val="auto"/>
          <w:szCs w:val="26"/>
          <w:lang w:val="vi-VN"/>
        </w:rPr>
        <w:t xml:space="preserve">của Giám đốc Sở Khoa học và Công nghệ thành phố Đồng Nai về việc phê duyệt Danh mục nhiệm vụ khoa học, công nghệ và đổi mới sáng tạo và mức trần kinh phí để đặt hàng thực hiện từ năm 2026 (Đợt 2) - Loại hình: </w:t>
      </w:r>
      <w:r w:rsidR="00450EDB" w:rsidRPr="00450EDB">
        <w:rPr>
          <w:i/>
          <w:iCs/>
          <w:color w:val="auto"/>
          <w:szCs w:val="26"/>
          <w:lang w:val="vi-VN"/>
        </w:rPr>
        <w:t>Nhiệm vụ nghiên cứu ứng dụn</w:t>
      </w:r>
      <w:r w:rsidR="00252ABA" w:rsidRPr="00252ABA">
        <w:rPr>
          <w:i/>
          <w:iCs/>
          <w:color w:val="auto"/>
          <w:szCs w:val="26"/>
          <w:lang w:val="vi-VN"/>
        </w:rPr>
        <w:t>g; Lĩnh vực: Khoa học Y dược</w:t>
      </w:r>
      <w:r w:rsidR="00223AEF" w:rsidRPr="00064DB1">
        <w:rPr>
          <w:i/>
          <w:iCs/>
          <w:color w:val="auto"/>
          <w:szCs w:val="26"/>
          <w:lang w:val="vi-VN"/>
        </w:rPr>
        <w:t>.</w:t>
      </w:r>
    </w:p>
    <w:p w14:paraId="5323E4EB" w14:textId="77777777" w:rsidR="00FB2373" w:rsidRPr="00FB2373" w:rsidRDefault="00FB2373" w:rsidP="00223AEF">
      <w:pPr>
        <w:spacing w:after="60"/>
        <w:ind w:firstLine="567"/>
        <w:jc w:val="both"/>
        <w:rPr>
          <w:i/>
          <w:iCs/>
          <w:color w:val="auto"/>
          <w:sz w:val="10"/>
          <w:szCs w:val="10"/>
        </w:rPr>
      </w:pPr>
    </w:p>
    <w:tbl>
      <w:tblPr>
        <w:tblW w:w="9665" w:type="dxa"/>
        <w:jc w:val="center"/>
        <w:tblLayout w:type="fixed"/>
        <w:tblLook w:val="0000" w:firstRow="0" w:lastRow="0" w:firstColumn="0" w:lastColumn="0" w:noHBand="0" w:noVBand="0"/>
      </w:tblPr>
      <w:tblGrid>
        <w:gridCol w:w="5405"/>
        <w:gridCol w:w="4260"/>
      </w:tblGrid>
      <w:tr w:rsidR="002232C5" w:rsidRPr="00064DB1" w14:paraId="36CBFB4B" w14:textId="77777777" w:rsidTr="0095037A">
        <w:trPr>
          <w:trHeight w:val="477"/>
          <w:jc w:val="center"/>
        </w:trPr>
        <w:tc>
          <w:tcPr>
            <w:tcW w:w="5405" w:type="dxa"/>
          </w:tcPr>
          <w:p w14:paraId="28A2337E" w14:textId="77777777" w:rsidR="0095037A" w:rsidRPr="00064DB1" w:rsidRDefault="0095037A" w:rsidP="00156F24">
            <w:pPr>
              <w:spacing w:after="0" w:line="240" w:lineRule="auto"/>
              <w:rPr>
                <w:b/>
                <w:bCs/>
                <w:i/>
                <w:iCs/>
                <w:color w:val="auto"/>
                <w:sz w:val="22"/>
                <w:lang w:val="fr-FR"/>
              </w:rPr>
            </w:pPr>
            <w:r w:rsidRPr="00064DB1">
              <w:rPr>
                <w:b/>
                <w:bCs/>
                <w:i/>
                <w:iCs/>
                <w:color w:val="auto"/>
                <w:sz w:val="22"/>
                <w:lang w:val="vi-VN"/>
              </w:rPr>
              <w:t>Nơi nhận:</w:t>
            </w:r>
          </w:p>
          <w:p w14:paraId="2173AD32" w14:textId="084BE4F6" w:rsidR="0095037A" w:rsidRPr="00064DB1" w:rsidRDefault="0095037A" w:rsidP="00156F24">
            <w:pPr>
              <w:tabs>
                <w:tab w:val="left" w:pos="26"/>
              </w:tabs>
              <w:snapToGrid w:val="0"/>
              <w:spacing w:after="0" w:line="240" w:lineRule="auto"/>
              <w:rPr>
                <w:color w:val="auto"/>
                <w:sz w:val="22"/>
                <w:lang w:val="es-AR"/>
              </w:rPr>
            </w:pPr>
            <w:r w:rsidRPr="00064DB1">
              <w:rPr>
                <w:color w:val="auto"/>
                <w:sz w:val="22"/>
                <w:lang w:val="fr-FR"/>
              </w:rPr>
              <w:t>-</w:t>
            </w:r>
            <w:r w:rsidRPr="00064DB1">
              <w:rPr>
                <w:color w:val="auto"/>
                <w:spacing w:val="4"/>
                <w:sz w:val="22"/>
                <w:lang w:val="es-AR"/>
              </w:rPr>
              <w:t xml:space="preserve"> </w:t>
            </w:r>
            <w:proofErr w:type="spellStart"/>
            <w:r w:rsidRPr="00064DB1">
              <w:rPr>
                <w:color w:val="auto"/>
                <w:sz w:val="22"/>
                <w:lang w:val="es-AR"/>
              </w:rPr>
              <w:t>Uỷ</w:t>
            </w:r>
            <w:proofErr w:type="spellEnd"/>
            <w:r w:rsidRPr="00064DB1">
              <w:rPr>
                <w:color w:val="auto"/>
                <w:sz w:val="22"/>
                <w:lang w:val="es-AR"/>
              </w:rPr>
              <w:t xml:space="preserve"> ban </w:t>
            </w:r>
            <w:proofErr w:type="spellStart"/>
            <w:r w:rsidRPr="00064DB1">
              <w:rPr>
                <w:color w:val="auto"/>
                <w:sz w:val="22"/>
                <w:lang w:val="es-AR"/>
              </w:rPr>
              <w:t>nhân</w:t>
            </w:r>
            <w:proofErr w:type="spellEnd"/>
            <w:r w:rsidRPr="00064DB1">
              <w:rPr>
                <w:color w:val="auto"/>
                <w:sz w:val="22"/>
                <w:lang w:val="es-AR"/>
              </w:rPr>
              <w:t xml:space="preserve"> </w:t>
            </w:r>
            <w:proofErr w:type="spellStart"/>
            <w:r w:rsidRPr="00064DB1">
              <w:rPr>
                <w:color w:val="auto"/>
                <w:sz w:val="22"/>
                <w:lang w:val="es-AR"/>
              </w:rPr>
              <w:t>dân</w:t>
            </w:r>
            <w:proofErr w:type="spellEnd"/>
            <w:r w:rsidRPr="00064DB1">
              <w:rPr>
                <w:color w:val="auto"/>
                <w:sz w:val="22"/>
                <w:lang w:val="es-AR"/>
              </w:rPr>
              <w:t xml:space="preserve"> </w:t>
            </w:r>
            <w:proofErr w:type="spellStart"/>
            <w:r w:rsidRPr="00064DB1">
              <w:rPr>
                <w:color w:val="auto"/>
                <w:sz w:val="22"/>
                <w:lang w:val="es-AR"/>
              </w:rPr>
              <w:t>thành</w:t>
            </w:r>
            <w:proofErr w:type="spellEnd"/>
            <w:r w:rsidRPr="00064DB1">
              <w:rPr>
                <w:color w:val="auto"/>
                <w:sz w:val="22"/>
                <w:lang w:val="es-AR"/>
              </w:rPr>
              <w:t xml:space="preserve"> </w:t>
            </w:r>
            <w:proofErr w:type="spellStart"/>
            <w:r w:rsidRPr="00064DB1">
              <w:rPr>
                <w:color w:val="auto"/>
                <w:sz w:val="22"/>
                <w:lang w:val="es-AR"/>
              </w:rPr>
              <w:t>phố</w:t>
            </w:r>
            <w:proofErr w:type="spellEnd"/>
            <w:r w:rsidRPr="00064DB1">
              <w:rPr>
                <w:color w:val="auto"/>
                <w:sz w:val="22"/>
                <w:lang w:val="es-AR"/>
              </w:rPr>
              <w:t xml:space="preserve"> (b/c</w:t>
            </w:r>
            <w:proofErr w:type="gramStart"/>
            <w:r w:rsidRPr="00064DB1">
              <w:rPr>
                <w:color w:val="auto"/>
                <w:sz w:val="22"/>
                <w:lang w:val="es-AR"/>
              </w:rPr>
              <w:t>);</w:t>
            </w:r>
            <w:proofErr w:type="gramEnd"/>
          </w:p>
          <w:p w14:paraId="71115B62" w14:textId="799A85AC" w:rsidR="0095037A" w:rsidRPr="00064DB1" w:rsidRDefault="0095037A" w:rsidP="00156F24">
            <w:pPr>
              <w:tabs>
                <w:tab w:val="left" w:pos="26"/>
              </w:tabs>
              <w:snapToGrid w:val="0"/>
              <w:spacing w:after="0" w:line="240" w:lineRule="auto"/>
              <w:rPr>
                <w:color w:val="auto"/>
                <w:sz w:val="22"/>
                <w:lang w:val="es-AR"/>
              </w:rPr>
            </w:pPr>
            <w:r w:rsidRPr="00064DB1">
              <w:rPr>
                <w:color w:val="auto"/>
                <w:sz w:val="22"/>
                <w:lang w:val="es-AR"/>
              </w:rPr>
              <w:t xml:space="preserve">- </w:t>
            </w:r>
            <w:proofErr w:type="spellStart"/>
            <w:r w:rsidRPr="00064DB1">
              <w:rPr>
                <w:color w:val="auto"/>
                <w:sz w:val="22"/>
                <w:lang w:val="es-AR"/>
              </w:rPr>
              <w:t>Hệ</w:t>
            </w:r>
            <w:proofErr w:type="spellEnd"/>
            <w:r w:rsidRPr="00064DB1">
              <w:rPr>
                <w:color w:val="auto"/>
                <w:sz w:val="22"/>
                <w:lang w:val="es-AR"/>
              </w:rPr>
              <w:t xml:space="preserve"> </w:t>
            </w:r>
            <w:proofErr w:type="spellStart"/>
            <w:r w:rsidRPr="00064DB1">
              <w:rPr>
                <w:color w:val="auto"/>
                <w:sz w:val="22"/>
                <w:lang w:val="es-AR"/>
              </w:rPr>
              <w:t>thống</w:t>
            </w:r>
            <w:proofErr w:type="spellEnd"/>
            <w:r w:rsidRPr="00064DB1">
              <w:rPr>
                <w:color w:val="auto"/>
                <w:sz w:val="22"/>
                <w:lang w:val="es-AR"/>
              </w:rPr>
              <w:t xml:space="preserve"> </w:t>
            </w:r>
            <w:proofErr w:type="spellStart"/>
            <w:r w:rsidRPr="00064DB1">
              <w:rPr>
                <w:color w:val="auto"/>
                <w:sz w:val="22"/>
                <w:lang w:val="es-AR"/>
              </w:rPr>
              <w:t>quản</w:t>
            </w:r>
            <w:proofErr w:type="spellEnd"/>
            <w:r w:rsidRPr="00064DB1">
              <w:rPr>
                <w:color w:val="auto"/>
                <w:sz w:val="22"/>
                <w:lang w:val="es-AR"/>
              </w:rPr>
              <w:t xml:space="preserve"> </w:t>
            </w:r>
            <w:proofErr w:type="spellStart"/>
            <w:r w:rsidRPr="00064DB1">
              <w:rPr>
                <w:color w:val="auto"/>
                <w:sz w:val="22"/>
                <w:lang w:val="es-AR"/>
              </w:rPr>
              <w:t>lý</w:t>
            </w:r>
            <w:proofErr w:type="spellEnd"/>
            <w:r w:rsidRPr="00064DB1">
              <w:rPr>
                <w:color w:val="auto"/>
                <w:sz w:val="22"/>
                <w:lang w:val="es-AR"/>
              </w:rPr>
              <w:t xml:space="preserve"> </w:t>
            </w:r>
            <w:proofErr w:type="spellStart"/>
            <w:r w:rsidRPr="00064DB1">
              <w:rPr>
                <w:color w:val="auto"/>
                <w:sz w:val="22"/>
                <w:lang w:val="es-AR"/>
              </w:rPr>
              <w:t>trực</w:t>
            </w:r>
            <w:proofErr w:type="spellEnd"/>
            <w:r w:rsidRPr="00064DB1">
              <w:rPr>
                <w:color w:val="auto"/>
                <w:sz w:val="22"/>
                <w:lang w:val="es-AR"/>
              </w:rPr>
              <w:t xml:space="preserve"> </w:t>
            </w:r>
            <w:proofErr w:type="spellStart"/>
            <w:r w:rsidRPr="00064DB1">
              <w:rPr>
                <w:color w:val="auto"/>
                <w:sz w:val="22"/>
                <w:lang w:val="es-AR"/>
              </w:rPr>
              <w:t>tuyến</w:t>
            </w:r>
            <w:proofErr w:type="spellEnd"/>
            <w:r w:rsidRPr="00064DB1">
              <w:rPr>
                <w:color w:val="auto"/>
                <w:sz w:val="22"/>
                <w:lang w:val="es-AR"/>
              </w:rPr>
              <w:t xml:space="preserve"> </w:t>
            </w:r>
            <w:proofErr w:type="spellStart"/>
            <w:r w:rsidRPr="00064DB1">
              <w:rPr>
                <w:color w:val="auto"/>
                <w:sz w:val="22"/>
                <w:lang w:val="es-AR"/>
              </w:rPr>
              <w:t>nhiệm</w:t>
            </w:r>
            <w:proofErr w:type="spellEnd"/>
            <w:r w:rsidRPr="00064DB1">
              <w:rPr>
                <w:color w:val="auto"/>
                <w:sz w:val="22"/>
                <w:lang w:val="es-AR"/>
              </w:rPr>
              <w:t xml:space="preserve"> </w:t>
            </w:r>
            <w:proofErr w:type="spellStart"/>
            <w:r w:rsidRPr="00064DB1">
              <w:rPr>
                <w:color w:val="auto"/>
                <w:sz w:val="22"/>
                <w:lang w:val="es-AR"/>
              </w:rPr>
              <w:t>vụ</w:t>
            </w:r>
            <w:proofErr w:type="spellEnd"/>
            <w:r w:rsidRPr="00064DB1">
              <w:rPr>
                <w:color w:val="auto"/>
                <w:sz w:val="22"/>
                <w:lang w:val="es-AR"/>
              </w:rPr>
              <w:t xml:space="preserve"> </w:t>
            </w:r>
            <w:proofErr w:type="spellStart"/>
            <w:r w:rsidRPr="00064DB1">
              <w:rPr>
                <w:color w:val="auto"/>
                <w:sz w:val="22"/>
                <w:lang w:val="es-AR"/>
              </w:rPr>
              <w:t>khoa</w:t>
            </w:r>
            <w:proofErr w:type="spellEnd"/>
            <w:r w:rsidRPr="00064DB1">
              <w:rPr>
                <w:color w:val="auto"/>
                <w:sz w:val="22"/>
                <w:lang w:val="es-AR"/>
              </w:rPr>
              <w:t xml:space="preserve"> </w:t>
            </w:r>
            <w:proofErr w:type="spellStart"/>
            <w:r w:rsidRPr="00064DB1">
              <w:rPr>
                <w:color w:val="auto"/>
                <w:sz w:val="22"/>
                <w:lang w:val="es-AR"/>
              </w:rPr>
              <w:t>học</w:t>
            </w:r>
            <w:proofErr w:type="spellEnd"/>
            <w:r w:rsidRPr="00064DB1">
              <w:rPr>
                <w:color w:val="auto"/>
                <w:sz w:val="22"/>
                <w:lang w:val="es-AR"/>
              </w:rPr>
              <w:t xml:space="preserve"> </w:t>
            </w:r>
            <w:proofErr w:type="spellStart"/>
            <w:r w:rsidRPr="00064DB1">
              <w:rPr>
                <w:color w:val="auto"/>
                <w:sz w:val="22"/>
                <w:lang w:val="es-AR"/>
              </w:rPr>
              <w:t>công</w:t>
            </w:r>
            <w:proofErr w:type="spellEnd"/>
            <w:r w:rsidRPr="00064DB1">
              <w:rPr>
                <w:color w:val="auto"/>
                <w:sz w:val="22"/>
                <w:lang w:val="es-AR"/>
              </w:rPr>
              <w:t xml:space="preserve"> </w:t>
            </w:r>
            <w:proofErr w:type="spellStart"/>
            <w:r w:rsidRPr="00064DB1">
              <w:rPr>
                <w:color w:val="auto"/>
                <w:sz w:val="22"/>
                <w:lang w:val="es-AR"/>
              </w:rPr>
              <w:t>nghệ</w:t>
            </w:r>
            <w:proofErr w:type="spellEnd"/>
            <w:r w:rsidRPr="00064DB1">
              <w:rPr>
                <w:color w:val="auto"/>
                <w:sz w:val="22"/>
                <w:lang w:val="es-AR"/>
              </w:rPr>
              <w:t xml:space="preserve"> </w:t>
            </w:r>
            <w:proofErr w:type="spellStart"/>
            <w:r w:rsidRPr="00064DB1">
              <w:rPr>
                <w:color w:val="auto"/>
                <w:sz w:val="22"/>
                <w:lang w:val="es-AR"/>
              </w:rPr>
              <w:t>và</w:t>
            </w:r>
            <w:proofErr w:type="spellEnd"/>
            <w:r w:rsidRPr="00064DB1">
              <w:rPr>
                <w:color w:val="auto"/>
                <w:sz w:val="22"/>
                <w:lang w:val="es-AR"/>
              </w:rPr>
              <w:t xml:space="preserve"> </w:t>
            </w:r>
            <w:proofErr w:type="spellStart"/>
            <w:r w:rsidRPr="00064DB1">
              <w:rPr>
                <w:color w:val="auto"/>
                <w:sz w:val="22"/>
                <w:lang w:val="es-AR"/>
              </w:rPr>
              <w:t>đổi</w:t>
            </w:r>
            <w:proofErr w:type="spellEnd"/>
            <w:r w:rsidRPr="00064DB1">
              <w:rPr>
                <w:color w:val="auto"/>
                <w:sz w:val="22"/>
                <w:lang w:val="es-AR"/>
              </w:rPr>
              <w:t xml:space="preserve"> </w:t>
            </w:r>
            <w:proofErr w:type="spellStart"/>
            <w:r w:rsidRPr="00064DB1">
              <w:rPr>
                <w:color w:val="auto"/>
                <w:sz w:val="22"/>
                <w:lang w:val="es-AR"/>
              </w:rPr>
              <w:t>mới</w:t>
            </w:r>
            <w:proofErr w:type="spellEnd"/>
            <w:r w:rsidRPr="00064DB1">
              <w:rPr>
                <w:color w:val="auto"/>
                <w:sz w:val="22"/>
                <w:lang w:val="es-AR"/>
              </w:rPr>
              <w:t xml:space="preserve"> </w:t>
            </w:r>
            <w:proofErr w:type="spellStart"/>
            <w:r w:rsidRPr="00064DB1">
              <w:rPr>
                <w:color w:val="auto"/>
                <w:sz w:val="22"/>
                <w:lang w:val="es-AR"/>
              </w:rPr>
              <w:t>sáng</w:t>
            </w:r>
            <w:proofErr w:type="spellEnd"/>
            <w:r w:rsidRPr="00064DB1">
              <w:rPr>
                <w:color w:val="auto"/>
                <w:sz w:val="22"/>
                <w:lang w:val="es-AR"/>
              </w:rPr>
              <w:t xml:space="preserve"> </w:t>
            </w:r>
            <w:proofErr w:type="spellStart"/>
            <w:r w:rsidRPr="00064DB1">
              <w:rPr>
                <w:color w:val="auto"/>
                <w:sz w:val="22"/>
                <w:lang w:val="es-AR"/>
              </w:rPr>
              <w:t>tạo</w:t>
            </w:r>
            <w:proofErr w:type="spellEnd"/>
            <w:r w:rsidRPr="00064DB1">
              <w:rPr>
                <w:color w:val="auto"/>
                <w:sz w:val="22"/>
                <w:lang w:val="es-AR"/>
              </w:rPr>
              <w:t xml:space="preserve"> – </w:t>
            </w:r>
            <w:proofErr w:type="spellStart"/>
            <w:r w:rsidRPr="00064DB1">
              <w:rPr>
                <w:color w:val="auto"/>
                <w:sz w:val="22"/>
                <w:lang w:val="es-AR"/>
              </w:rPr>
              <w:t>Bộ</w:t>
            </w:r>
            <w:proofErr w:type="spellEnd"/>
            <w:r w:rsidRPr="00064DB1">
              <w:rPr>
                <w:color w:val="auto"/>
                <w:sz w:val="22"/>
                <w:lang w:val="es-AR"/>
              </w:rPr>
              <w:t xml:space="preserve"> Khoa </w:t>
            </w:r>
            <w:proofErr w:type="spellStart"/>
            <w:r w:rsidRPr="00064DB1">
              <w:rPr>
                <w:color w:val="auto"/>
                <w:sz w:val="22"/>
                <w:lang w:val="es-AR"/>
              </w:rPr>
              <w:t>học</w:t>
            </w:r>
            <w:proofErr w:type="spellEnd"/>
            <w:r w:rsidRPr="00064DB1">
              <w:rPr>
                <w:color w:val="auto"/>
                <w:sz w:val="22"/>
                <w:lang w:val="es-AR"/>
              </w:rPr>
              <w:t xml:space="preserve"> </w:t>
            </w:r>
            <w:proofErr w:type="spellStart"/>
            <w:r w:rsidRPr="00064DB1">
              <w:rPr>
                <w:color w:val="auto"/>
                <w:sz w:val="22"/>
                <w:lang w:val="es-AR"/>
              </w:rPr>
              <w:t>và</w:t>
            </w:r>
            <w:proofErr w:type="spellEnd"/>
            <w:r w:rsidRPr="00064DB1">
              <w:rPr>
                <w:color w:val="auto"/>
                <w:sz w:val="22"/>
                <w:lang w:val="es-AR"/>
              </w:rPr>
              <w:t xml:space="preserve"> Công </w:t>
            </w:r>
            <w:proofErr w:type="spellStart"/>
            <w:r w:rsidRPr="00064DB1">
              <w:rPr>
                <w:color w:val="auto"/>
                <w:sz w:val="22"/>
                <w:lang w:val="es-AR"/>
              </w:rPr>
              <w:t>nghệ</w:t>
            </w:r>
            <w:proofErr w:type="spellEnd"/>
            <w:r w:rsidRPr="00064DB1">
              <w:rPr>
                <w:color w:val="auto"/>
                <w:sz w:val="22"/>
                <w:lang w:val="es-AR"/>
              </w:rPr>
              <w:t xml:space="preserve">; </w:t>
            </w:r>
          </w:p>
          <w:p w14:paraId="4287F33B" w14:textId="0C8230E5" w:rsidR="0095037A" w:rsidRPr="00064DB1" w:rsidRDefault="0095037A" w:rsidP="00156F24">
            <w:pPr>
              <w:tabs>
                <w:tab w:val="left" w:pos="26"/>
              </w:tabs>
              <w:snapToGrid w:val="0"/>
              <w:spacing w:after="0" w:line="240" w:lineRule="auto"/>
              <w:rPr>
                <w:color w:val="auto"/>
                <w:sz w:val="22"/>
                <w:lang w:val="es-AR"/>
              </w:rPr>
            </w:pPr>
            <w:r w:rsidRPr="00064DB1">
              <w:rPr>
                <w:color w:val="auto"/>
                <w:sz w:val="22"/>
                <w:lang w:val="es-AR"/>
              </w:rPr>
              <w:t xml:space="preserve">- Báo </w:t>
            </w:r>
            <w:proofErr w:type="spellStart"/>
            <w:r w:rsidRPr="00064DB1">
              <w:rPr>
                <w:color w:val="auto"/>
                <w:sz w:val="22"/>
                <w:lang w:val="es-AR"/>
              </w:rPr>
              <w:t>và</w:t>
            </w:r>
            <w:proofErr w:type="spellEnd"/>
            <w:r w:rsidRPr="00064DB1">
              <w:rPr>
                <w:color w:val="auto"/>
                <w:sz w:val="22"/>
                <w:lang w:val="es-AR"/>
              </w:rPr>
              <w:t xml:space="preserve"> </w:t>
            </w:r>
            <w:proofErr w:type="spellStart"/>
            <w:r w:rsidRPr="00064DB1">
              <w:rPr>
                <w:color w:val="auto"/>
                <w:sz w:val="22"/>
                <w:lang w:val="es-AR"/>
              </w:rPr>
              <w:t>phát</w:t>
            </w:r>
            <w:proofErr w:type="spellEnd"/>
            <w:r w:rsidRPr="00064DB1">
              <w:rPr>
                <w:color w:val="auto"/>
                <w:sz w:val="22"/>
                <w:lang w:val="es-AR"/>
              </w:rPr>
              <w:t xml:space="preserve"> </w:t>
            </w:r>
            <w:proofErr w:type="spellStart"/>
            <w:r w:rsidRPr="00064DB1">
              <w:rPr>
                <w:color w:val="auto"/>
                <w:sz w:val="22"/>
                <w:lang w:val="es-AR"/>
              </w:rPr>
              <w:t>thanh</w:t>
            </w:r>
            <w:proofErr w:type="spellEnd"/>
            <w:r w:rsidRPr="00064DB1">
              <w:rPr>
                <w:color w:val="auto"/>
                <w:sz w:val="22"/>
                <w:lang w:val="es-AR"/>
              </w:rPr>
              <w:t xml:space="preserve"> </w:t>
            </w:r>
            <w:proofErr w:type="spellStart"/>
            <w:r w:rsidRPr="00064DB1">
              <w:rPr>
                <w:color w:val="auto"/>
                <w:sz w:val="22"/>
                <w:lang w:val="es-AR"/>
              </w:rPr>
              <w:t>truyền</w:t>
            </w:r>
            <w:proofErr w:type="spellEnd"/>
            <w:r w:rsidRPr="00064DB1">
              <w:rPr>
                <w:color w:val="auto"/>
                <w:sz w:val="22"/>
                <w:lang w:val="es-AR"/>
              </w:rPr>
              <w:t xml:space="preserve"> </w:t>
            </w:r>
            <w:proofErr w:type="spellStart"/>
            <w:r w:rsidRPr="00064DB1">
              <w:rPr>
                <w:color w:val="auto"/>
                <w:sz w:val="22"/>
                <w:lang w:val="es-AR"/>
              </w:rPr>
              <w:t>hình</w:t>
            </w:r>
            <w:proofErr w:type="spellEnd"/>
            <w:r w:rsidRPr="00064DB1">
              <w:rPr>
                <w:color w:val="auto"/>
                <w:sz w:val="22"/>
                <w:lang w:val="es-AR"/>
              </w:rPr>
              <w:t xml:space="preserve"> </w:t>
            </w:r>
            <w:proofErr w:type="spellStart"/>
            <w:r w:rsidRPr="00064DB1">
              <w:rPr>
                <w:color w:val="auto"/>
                <w:sz w:val="22"/>
                <w:lang w:val="es-AR"/>
              </w:rPr>
              <w:t>Đồng</w:t>
            </w:r>
            <w:proofErr w:type="spellEnd"/>
            <w:r w:rsidRPr="00064DB1">
              <w:rPr>
                <w:color w:val="auto"/>
                <w:sz w:val="22"/>
                <w:lang w:val="es-AR"/>
              </w:rPr>
              <w:t xml:space="preserve"> Nai (</w:t>
            </w:r>
            <w:proofErr w:type="spellStart"/>
            <w:r w:rsidRPr="00064DB1">
              <w:rPr>
                <w:color w:val="auto"/>
                <w:sz w:val="22"/>
                <w:lang w:val="es-AR"/>
              </w:rPr>
              <w:t>để</w:t>
            </w:r>
            <w:proofErr w:type="spellEnd"/>
            <w:r w:rsidRPr="00064DB1">
              <w:rPr>
                <w:color w:val="auto"/>
                <w:sz w:val="22"/>
                <w:lang w:val="es-AR"/>
              </w:rPr>
              <w:t xml:space="preserve"> </w:t>
            </w:r>
            <w:proofErr w:type="spellStart"/>
            <w:r w:rsidRPr="00064DB1">
              <w:rPr>
                <w:color w:val="auto"/>
                <w:sz w:val="22"/>
                <w:lang w:val="es-AR"/>
              </w:rPr>
              <w:t>đưa</w:t>
            </w:r>
            <w:proofErr w:type="spellEnd"/>
          </w:p>
          <w:p w14:paraId="748AEEFB" w14:textId="77777777" w:rsidR="0095037A" w:rsidRPr="00064DB1" w:rsidRDefault="0095037A" w:rsidP="00156F24">
            <w:pPr>
              <w:tabs>
                <w:tab w:val="left" w:pos="26"/>
              </w:tabs>
              <w:snapToGrid w:val="0"/>
              <w:spacing w:after="0" w:line="240" w:lineRule="auto"/>
              <w:rPr>
                <w:color w:val="auto"/>
                <w:sz w:val="22"/>
                <w:lang w:val="es-AR"/>
              </w:rPr>
            </w:pPr>
            <w:proofErr w:type="spellStart"/>
            <w:r w:rsidRPr="00064DB1">
              <w:rPr>
                <w:color w:val="auto"/>
                <w:sz w:val="22"/>
                <w:lang w:val="es-AR"/>
              </w:rPr>
              <w:t>tin</w:t>
            </w:r>
            <w:proofErr w:type="spellEnd"/>
            <w:r w:rsidRPr="00064DB1">
              <w:rPr>
                <w:color w:val="auto"/>
                <w:sz w:val="22"/>
                <w:lang w:val="es-AR"/>
              </w:rPr>
              <w:t xml:space="preserve"> </w:t>
            </w:r>
            <w:proofErr w:type="spellStart"/>
            <w:r w:rsidRPr="00064DB1">
              <w:rPr>
                <w:color w:val="auto"/>
                <w:sz w:val="22"/>
                <w:lang w:val="es-AR"/>
              </w:rPr>
              <w:t>và</w:t>
            </w:r>
            <w:proofErr w:type="spellEnd"/>
            <w:r w:rsidRPr="00064DB1">
              <w:rPr>
                <w:color w:val="auto"/>
                <w:sz w:val="22"/>
                <w:lang w:val="es-AR"/>
              </w:rPr>
              <w:t xml:space="preserve"> </w:t>
            </w:r>
            <w:proofErr w:type="spellStart"/>
            <w:r w:rsidRPr="00064DB1">
              <w:rPr>
                <w:color w:val="auto"/>
                <w:sz w:val="22"/>
                <w:lang w:val="es-AR"/>
              </w:rPr>
              <w:t>đăng</w:t>
            </w:r>
            <w:proofErr w:type="spellEnd"/>
            <w:r w:rsidRPr="00064DB1">
              <w:rPr>
                <w:color w:val="auto"/>
                <w:sz w:val="22"/>
                <w:lang w:val="es-AR"/>
              </w:rPr>
              <w:t xml:space="preserve"> </w:t>
            </w:r>
            <w:proofErr w:type="spellStart"/>
            <w:r w:rsidRPr="00064DB1">
              <w:rPr>
                <w:color w:val="auto"/>
                <w:sz w:val="22"/>
                <w:lang w:val="es-AR"/>
              </w:rPr>
              <w:t>Cổng</w:t>
            </w:r>
            <w:proofErr w:type="spellEnd"/>
            <w:r w:rsidRPr="00064DB1">
              <w:rPr>
                <w:color w:val="auto"/>
                <w:sz w:val="22"/>
                <w:lang w:val="es-AR"/>
              </w:rPr>
              <w:t xml:space="preserve"> </w:t>
            </w:r>
            <w:proofErr w:type="spellStart"/>
            <w:r w:rsidRPr="00064DB1">
              <w:rPr>
                <w:color w:val="auto"/>
                <w:sz w:val="22"/>
                <w:lang w:val="es-AR"/>
              </w:rPr>
              <w:t>thông</w:t>
            </w:r>
            <w:proofErr w:type="spellEnd"/>
            <w:r w:rsidRPr="00064DB1">
              <w:rPr>
                <w:color w:val="auto"/>
                <w:sz w:val="22"/>
                <w:lang w:val="es-AR"/>
              </w:rPr>
              <w:t xml:space="preserve"> </w:t>
            </w:r>
            <w:proofErr w:type="spellStart"/>
            <w:r w:rsidRPr="00064DB1">
              <w:rPr>
                <w:color w:val="auto"/>
                <w:sz w:val="22"/>
                <w:lang w:val="es-AR"/>
              </w:rPr>
              <w:t>tin</w:t>
            </w:r>
            <w:proofErr w:type="spellEnd"/>
            <w:r w:rsidRPr="00064DB1">
              <w:rPr>
                <w:color w:val="auto"/>
                <w:sz w:val="22"/>
                <w:lang w:val="es-AR"/>
              </w:rPr>
              <w:t xml:space="preserve"> </w:t>
            </w:r>
            <w:proofErr w:type="spellStart"/>
            <w:r w:rsidRPr="00064DB1">
              <w:rPr>
                <w:color w:val="auto"/>
                <w:sz w:val="22"/>
                <w:lang w:val="es-AR"/>
              </w:rPr>
              <w:t>điện</w:t>
            </w:r>
            <w:proofErr w:type="spellEnd"/>
            <w:r w:rsidRPr="00064DB1">
              <w:rPr>
                <w:color w:val="auto"/>
                <w:sz w:val="22"/>
                <w:lang w:val="es-AR"/>
              </w:rPr>
              <w:t xml:space="preserve"> </w:t>
            </w:r>
            <w:proofErr w:type="spellStart"/>
            <w:r w:rsidRPr="00064DB1">
              <w:rPr>
                <w:color w:val="auto"/>
                <w:sz w:val="22"/>
                <w:lang w:val="es-AR"/>
              </w:rPr>
              <w:t>tử</w:t>
            </w:r>
            <w:proofErr w:type="spellEnd"/>
            <w:r w:rsidRPr="00064DB1">
              <w:rPr>
                <w:color w:val="auto"/>
                <w:sz w:val="22"/>
                <w:lang w:val="es-AR"/>
              </w:rPr>
              <w:t xml:space="preserve"> </w:t>
            </w:r>
            <w:proofErr w:type="spellStart"/>
            <w:r w:rsidRPr="00064DB1">
              <w:rPr>
                <w:color w:val="auto"/>
                <w:sz w:val="22"/>
                <w:lang w:val="es-AR"/>
              </w:rPr>
              <w:t>thành</w:t>
            </w:r>
            <w:proofErr w:type="spellEnd"/>
            <w:r w:rsidRPr="00064DB1">
              <w:rPr>
                <w:color w:val="auto"/>
                <w:sz w:val="22"/>
                <w:lang w:val="es-AR"/>
              </w:rPr>
              <w:t xml:space="preserve"> </w:t>
            </w:r>
            <w:proofErr w:type="spellStart"/>
            <w:r w:rsidRPr="00064DB1">
              <w:rPr>
                <w:color w:val="auto"/>
                <w:sz w:val="22"/>
                <w:lang w:val="es-AR"/>
              </w:rPr>
              <w:t>phố</w:t>
            </w:r>
            <w:proofErr w:type="spellEnd"/>
            <w:r w:rsidRPr="00064DB1">
              <w:rPr>
                <w:color w:val="auto"/>
                <w:sz w:val="22"/>
                <w:lang w:val="es-AR"/>
              </w:rPr>
              <w:t>);</w:t>
            </w:r>
          </w:p>
          <w:p w14:paraId="10FEF724" w14:textId="62FE5F9D" w:rsidR="0095037A" w:rsidRPr="00064DB1" w:rsidRDefault="0095037A" w:rsidP="00156F24">
            <w:pPr>
              <w:tabs>
                <w:tab w:val="left" w:pos="26"/>
              </w:tabs>
              <w:snapToGrid w:val="0"/>
              <w:spacing w:after="0" w:line="240" w:lineRule="auto"/>
              <w:rPr>
                <w:color w:val="auto"/>
                <w:sz w:val="22"/>
                <w:lang w:val="es-AR"/>
              </w:rPr>
            </w:pPr>
            <w:r w:rsidRPr="00064DB1">
              <w:rPr>
                <w:color w:val="auto"/>
                <w:sz w:val="22"/>
                <w:lang w:val="es-AR"/>
              </w:rPr>
              <w:t xml:space="preserve">- Trung </w:t>
            </w:r>
            <w:proofErr w:type="spellStart"/>
            <w:r w:rsidRPr="00064DB1">
              <w:rPr>
                <w:color w:val="auto"/>
                <w:sz w:val="22"/>
                <w:lang w:val="es-AR"/>
              </w:rPr>
              <w:t>tâm</w:t>
            </w:r>
            <w:proofErr w:type="spellEnd"/>
            <w:r w:rsidRPr="00064DB1">
              <w:rPr>
                <w:color w:val="auto"/>
                <w:sz w:val="22"/>
                <w:lang w:val="es-AR"/>
              </w:rPr>
              <w:t xml:space="preserve"> KH</w:t>
            </w:r>
            <w:r w:rsidR="00492D34">
              <w:rPr>
                <w:color w:val="auto"/>
                <w:sz w:val="22"/>
                <w:lang w:val="es-AR"/>
              </w:rPr>
              <w:t>&amp;</w:t>
            </w:r>
            <w:r w:rsidRPr="00064DB1">
              <w:rPr>
                <w:color w:val="auto"/>
                <w:sz w:val="22"/>
                <w:lang w:val="es-AR"/>
              </w:rPr>
              <w:t>CN (</w:t>
            </w:r>
            <w:proofErr w:type="spellStart"/>
            <w:r w:rsidRPr="00064DB1">
              <w:rPr>
                <w:color w:val="auto"/>
                <w:sz w:val="22"/>
                <w:lang w:val="es-AR"/>
              </w:rPr>
              <w:t>đăng</w:t>
            </w:r>
            <w:proofErr w:type="spellEnd"/>
            <w:r w:rsidRPr="00064DB1">
              <w:rPr>
                <w:color w:val="auto"/>
                <w:sz w:val="22"/>
                <w:lang w:val="es-AR"/>
              </w:rPr>
              <w:t xml:space="preserve"> </w:t>
            </w:r>
            <w:proofErr w:type="spellStart"/>
            <w:r w:rsidRPr="00064DB1">
              <w:rPr>
                <w:color w:val="auto"/>
                <w:sz w:val="22"/>
                <w:lang w:val="es-AR"/>
              </w:rPr>
              <w:t>Cổng</w:t>
            </w:r>
            <w:proofErr w:type="spellEnd"/>
            <w:r w:rsidRPr="00064DB1">
              <w:rPr>
                <w:color w:val="auto"/>
                <w:sz w:val="22"/>
                <w:lang w:val="es-AR"/>
              </w:rPr>
              <w:t xml:space="preserve"> </w:t>
            </w:r>
            <w:proofErr w:type="spellStart"/>
            <w:r w:rsidRPr="00064DB1">
              <w:rPr>
                <w:color w:val="auto"/>
                <w:sz w:val="22"/>
                <w:lang w:val="es-AR"/>
              </w:rPr>
              <w:t>thông</w:t>
            </w:r>
            <w:proofErr w:type="spellEnd"/>
            <w:r w:rsidRPr="00064DB1">
              <w:rPr>
                <w:color w:val="auto"/>
                <w:sz w:val="22"/>
                <w:lang w:val="es-AR"/>
              </w:rPr>
              <w:t xml:space="preserve"> </w:t>
            </w:r>
            <w:proofErr w:type="spellStart"/>
            <w:r w:rsidRPr="00064DB1">
              <w:rPr>
                <w:color w:val="auto"/>
                <w:sz w:val="22"/>
                <w:lang w:val="es-AR"/>
              </w:rPr>
              <w:t>tin</w:t>
            </w:r>
            <w:proofErr w:type="spellEnd"/>
            <w:r w:rsidRPr="00064DB1">
              <w:rPr>
                <w:color w:val="auto"/>
                <w:sz w:val="22"/>
                <w:lang w:val="es-AR"/>
              </w:rPr>
              <w:t xml:space="preserve"> </w:t>
            </w:r>
            <w:proofErr w:type="spellStart"/>
            <w:r w:rsidRPr="00064DB1">
              <w:rPr>
                <w:color w:val="auto"/>
                <w:sz w:val="22"/>
                <w:lang w:val="es-AR"/>
              </w:rPr>
              <w:t>điện</w:t>
            </w:r>
            <w:proofErr w:type="spellEnd"/>
            <w:r w:rsidRPr="00064DB1">
              <w:rPr>
                <w:color w:val="auto"/>
                <w:sz w:val="22"/>
                <w:lang w:val="es-AR"/>
              </w:rPr>
              <w:t xml:space="preserve"> </w:t>
            </w:r>
            <w:proofErr w:type="spellStart"/>
            <w:r w:rsidRPr="00064DB1">
              <w:rPr>
                <w:color w:val="auto"/>
                <w:sz w:val="22"/>
                <w:lang w:val="es-AR"/>
              </w:rPr>
              <w:t>tử</w:t>
            </w:r>
            <w:proofErr w:type="spellEnd"/>
          </w:p>
          <w:p w14:paraId="205BDF8B" w14:textId="06EF1066" w:rsidR="0095037A" w:rsidRPr="00064DB1" w:rsidRDefault="0095037A" w:rsidP="00156F24">
            <w:pPr>
              <w:tabs>
                <w:tab w:val="left" w:pos="26"/>
              </w:tabs>
              <w:snapToGrid w:val="0"/>
              <w:spacing w:after="0" w:line="240" w:lineRule="auto"/>
              <w:rPr>
                <w:color w:val="auto"/>
                <w:sz w:val="22"/>
                <w:lang w:val="es-AR"/>
              </w:rPr>
            </w:pPr>
            <w:proofErr w:type="spellStart"/>
            <w:r w:rsidRPr="00064DB1">
              <w:rPr>
                <w:color w:val="auto"/>
                <w:sz w:val="22"/>
                <w:lang w:val="es-AR"/>
              </w:rPr>
              <w:t>Sở</w:t>
            </w:r>
            <w:proofErr w:type="spellEnd"/>
            <w:r w:rsidRPr="00064DB1">
              <w:rPr>
                <w:color w:val="auto"/>
                <w:sz w:val="22"/>
                <w:lang w:val="es-AR"/>
              </w:rPr>
              <w:t xml:space="preserve"> KH&amp;CN</w:t>
            </w:r>
            <w:r w:rsidR="00A77EF3">
              <w:rPr>
                <w:color w:val="auto"/>
                <w:sz w:val="22"/>
                <w:lang w:val="es-AR"/>
              </w:rPr>
              <w:t xml:space="preserve"> </w:t>
            </w:r>
            <w:proofErr w:type="spellStart"/>
            <w:r w:rsidR="00A77EF3">
              <w:rPr>
                <w:color w:val="auto"/>
                <w:sz w:val="22"/>
                <w:lang w:val="es-AR"/>
              </w:rPr>
              <w:t>Đồng</w:t>
            </w:r>
            <w:proofErr w:type="spellEnd"/>
            <w:r w:rsidR="00A77EF3">
              <w:rPr>
                <w:color w:val="auto"/>
                <w:sz w:val="22"/>
                <w:lang w:val="es-AR"/>
              </w:rPr>
              <w:t xml:space="preserve"> Nai</w:t>
            </w:r>
            <w:r w:rsidRPr="00064DB1">
              <w:rPr>
                <w:color w:val="auto"/>
                <w:sz w:val="22"/>
                <w:lang w:val="es-AR"/>
              </w:rPr>
              <w:t>);</w:t>
            </w:r>
          </w:p>
          <w:p w14:paraId="7F9BAB90" w14:textId="77777777" w:rsidR="0095037A" w:rsidRPr="00064DB1" w:rsidRDefault="0095037A" w:rsidP="00156F24">
            <w:pPr>
              <w:tabs>
                <w:tab w:val="left" w:pos="26"/>
              </w:tabs>
              <w:snapToGrid w:val="0"/>
              <w:spacing w:after="0" w:line="240" w:lineRule="auto"/>
              <w:rPr>
                <w:color w:val="auto"/>
                <w:sz w:val="22"/>
                <w:lang w:val="es-AR"/>
              </w:rPr>
            </w:pPr>
            <w:r w:rsidRPr="00064DB1">
              <w:rPr>
                <w:color w:val="auto"/>
                <w:sz w:val="22"/>
                <w:lang w:val="es-AR"/>
              </w:rPr>
              <w:t xml:space="preserve">- </w:t>
            </w:r>
            <w:proofErr w:type="spellStart"/>
            <w:r w:rsidRPr="00064DB1">
              <w:rPr>
                <w:color w:val="auto"/>
                <w:sz w:val="22"/>
                <w:lang w:val="es-AR"/>
              </w:rPr>
              <w:t>Tổ</w:t>
            </w:r>
            <w:proofErr w:type="spellEnd"/>
            <w:r w:rsidRPr="00064DB1">
              <w:rPr>
                <w:color w:val="auto"/>
                <w:sz w:val="22"/>
                <w:lang w:val="es-AR"/>
              </w:rPr>
              <w:t xml:space="preserve"> </w:t>
            </w:r>
            <w:proofErr w:type="spellStart"/>
            <w:r w:rsidRPr="00064DB1">
              <w:rPr>
                <w:color w:val="auto"/>
                <w:sz w:val="22"/>
                <w:lang w:val="es-AR"/>
              </w:rPr>
              <w:t>chức</w:t>
            </w:r>
            <w:proofErr w:type="spellEnd"/>
            <w:r w:rsidRPr="00064DB1">
              <w:rPr>
                <w:color w:val="auto"/>
                <w:sz w:val="22"/>
                <w:lang w:val="es-AR"/>
              </w:rPr>
              <w:t xml:space="preserve"> </w:t>
            </w:r>
            <w:proofErr w:type="spellStart"/>
            <w:r w:rsidRPr="00064DB1">
              <w:rPr>
                <w:color w:val="auto"/>
                <w:sz w:val="22"/>
                <w:lang w:val="es-AR"/>
              </w:rPr>
              <w:t>và</w:t>
            </w:r>
            <w:proofErr w:type="spellEnd"/>
            <w:r w:rsidRPr="00064DB1">
              <w:rPr>
                <w:color w:val="auto"/>
                <w:sz w:val="22"/>
                <w:lang w:val="es-AR"/>
              </w:rPr>
              <w:t xml:space="preserve"> </w:t>
            </w:r>
            <w:proofErr w:type="spellStart"/>
            <w:r w:rsidRPr="00064DB1">
              <w:rPr>
                <w:color w:val="auto"/>
                <w:sz w:val="22"/>
                <w:lang w:val="es-AR"/>
              </w:rPr>
              <w:t>cá</w:t>
            </w:r>
            <w:proofErr w:type="spellEnd"/>
            <w:r w:rsidRPr="00064DB1">
              <w:rPr>
                <w:color w:val="auto"/>
                <w:sz w:val="22"/>
                <w:lang w:val="es-AR"/>
              </w:rPr>
              <w:t xml:space="preserve"> </w:t>
            </w:r>
            <w:proofErr w:type="spellStart"/>
            <w:r w:rsidRPr="00064DB1">
              <w:rPr>
                <w:color w:val="auto"/>
                <w:sz w:val="22"/>
                <w:lang w:val="es-AR"/>
              </w:rPr>
              <w:t>nhân</w:t>
            </w:r>
            <w:proofErr w:type="spellEnd"/>
            <w:r w:rsidRPr="00064DB1">
              <w:rPr>
                <w:color w:val="auto"/>
                <w:sz w:val="22"/>
                <w:lang w:val="es-AR"/>
              </w:rPr>
              <w:t xml:space="preserve"> </w:t>
            </w:r>
            <w:proofErr w:type="spellStart"/>
            <w:r w:rsidRPr="00064DB1">
              <w:rPr>
                <w:color w:val="auto"/>
                <w:sz w:val="22"/>
                <w:lang w:val="es-AR"/>
              </w:rPr>
              <w:t>có</w:t>
            </w:r>
            <w:proofErr w:type="spellEnd"/>
            <w:r w:rsidRPr="00064DB1">
              <w:rPr>
                <w:color w:val="auto"/>
                <w:sz w:val="22"/>
                <w:lang w:val="es-AR"/>
              </w:rPr>
              <w:t xml:space="preserve"> </w:t>
            </w:r>
            <w:proofErr w:type="spellStart"/>
            <w:r w:rsidRPr="00064DB1">
              <w:rPr>
                <w:color w:val="auto"/>
                <w:sz w:val="22"/>
                <w:lang w:val="es-AR"/>
              </w:rPr>
              <w:t>liên</w:t>
            </w:r>
            <w:proofErr w:type="spellEnd"/>
            <w:r w:rsidRPr="00064DB1">
              <w:rPr>
                <w:color w:val="auto"/>
                <w:sz w:val="22"/>
                <w:lang w:val="es-AR"/>
              </w:rPr>
              <w:t xml:space="preserve"> </w:t>
            </w:r>
            <w:proofErr w:type="spellStart"/>
            <w:r w:rsidRPr="00064DB1">
              <w:rPr>
                <w:color w:val="auto"/>
                <w:sz w:val="22"/>
                <w:lang w:val="es-AR"/>
              </w:rPr>
              <w:t>quan</w:t>
            </w:r>
            <w:proofErr w:type="spellEnd"/>
            <w:r w:rsidRPr="00064DB1">
              <w:rPr>
                <w:color w:val="auto"/>
                <w:sz w:val="22"/>
                <w:lang w:val="es-AR"/>
              </w:rPr>
              <w:t xml:space="preserve"> </w:t>
            </w:r>
            <w:proofErr w:type="spellStart"/>
            <w:r w:rsidRPr="00064DB1">
              <w:rPr>
                <w:color w:val="auto"/>
                <w:sz w:val="22"/>
                <w:lang w:val="es-AR"/>
              </w:rPr>
              <w:t>trong</w:t>
            </w:r>
            <w:proofErr w:type="spellEnd"/>
            <w:r w:rsidRPr="00064DB1">
              <w:rPr>
                <w:color w:val="auto"/>
                <w:sz w:val="22"/>
                <w:lang w:val="es-AR"/>
              </w:rPr>
              <w:t xml:space="preserve"> </w:t>
            </w:r>
            <w:proofErr w:type="spellStart"/>
            <w:r w:rsidRPr="00064DB1">
              <w:rPr>
                <w:color w:val="auto"/>
                <w:sz w:val="22"/>
                <w:lang w:val="es-AR"/>
              </w:rPr>
              <w:t>và</w:t>
            </w:r>
            <w:proofErr w:type="spellEnd"/>
            <w:r w:rsidRPr="00064DB1">
              <w:rPr>
                <w:color w:val="auto"/>
                <w:sz w:val="22"/>
                <w:lang w:val="es-AR"/>
              </w:rPr>
              <w:t xml:space="preserve"> </w:t>
            </w:r>
            <w:proofErr w:type="spellStart"/>
            <w:r w:rsidRPr="00064DB1">
              <w:rPr>
                <w:color w:val="auto"/>
                <w:sz w:val="22"/>
                <w:lang w:val="es-AR"/>
              </w:rPr>
              <w:t>ngoài</w:t>
            </w:r>
            <w:proofErr w:type="spellEnd"/>
          </w:p>
          <w:p w14:paraId="69271D1B" w14:textId="77777777" w:rsidR="007D3288" w:rsidRDefault="0095037A" w:rsidP="007D3288">
            <w:pPr>
              <w:tabs>
                <w:tab w:val="left" w:pos="26"/>
              </w:tabs>
              <w:snapToGrid w:val="0"/>
              <w:spacing w:after="0" w:line="240" w:lineRule="auto"/>
              <w:rPr>
                <w:color w:val="auto"/>
                <w:sz w:val="22"/>
                <w:lang w:val="es-AR"/>
              </w:rPr>
            </w:pPr>
            <w:proofErr w:type="spellStart"/>
            <w:r w:rsidRPr="00064DB1">
              <w:rPr>
                <w:color w:val="auto"/>
                <w:sz w:val="22"/>
                <w:lang w:val="es-AR"/>
              </w:rPr>
              <w:t>thành</w:t>
            </w:r>
            <w:proofErr w:type="spellEnd"/>
            <w:r w:rsidRPr="00064DB1">
              <w:rPr>
                <w:color w:val="auto"/>
                <w:sz w:val="22"/>
                <w:lang w:val="es-AR"/>
              </w:rPr>
              <w:t xml:space="preserve"> </w:t>
            </w:r>
            <w:proofErr w:type="spellStart"/>
            <w:r w:rsidRPr="00064DB1">
              <w:rPr>
                <w:color w:val="auto"/>
                <w:sz w:val="22"/>
                <w:lang w:val="es-AR"/>
              </w:rPr>
              <w:t>phố</w:t>
            </w:r>
            <w:proofErr w:type="spellEnd"/>
            <w:r w:rsidRPr="00064DB1">
              <w:rPr>
                <w:color w:val="auto"/>
                <w:sz w:val="22"/>
                <w:lang w:val="es-AR"/>
              </w:rPr>
              <w:t xml:space="preserve"> </w:t>
            </w:r>
            <w:proofErr w:type="spellStart"/>
            <w:r w:rsidRPr="00064DB1">
              <w:rPr>
                <w:color w:val="auto"/>
                <w:sz w:val="22"/>
                <w:lang w:val="es-AR"/>
              </w:rPr>
              <w:t>Đồng</w:t>
            </w:r>
            <w:proofErr w:type="spellEnd"/>
            <w:r w:rsidRPr="00064DB1">
              <w:rPr>
                <w:color w:val="auto"/>
                <w:sz w:val="22"/>
                <w:lang w:val="es-AR"/>
              </w:rPr>
              <w:t xml:space="preserve"> Nai;</w:t>
            </w:r>
          </w:p>
          <w:p w14:paraId="5C4F36A8" w14:textId="308C50AE" w:rsidR="007D3288" w:rsidRPr="007D3288" w:rsidRDefault="007D3288" w:rsidP="007D3288">
            <w:pPr>
              <w:pStyle w:val="ListParagraph"/>
              <w:numPr>
                <w:ilvl w:val="0"/>
                <w:numId w:val="15"/>
              </w:numPr>
              <w:tabs>
                <w:tab w:val="left" w:pos="26"/>
                <w:tab w:val="left" w:pos="184"/>
              </w:tabs>
              <w:snapToGrid w:val="0"/>
              <w:spacing w:after="0" w:line="240" w:lineRule="auto"/>
              <w:ind w:left="42" w:hanging="42"/>
              <w:rPr>
                <w:color w:val="auto"/>
                <w:sz w:val="22"/>
                <w:lang w:val="es-AR"/>
              </w:rPr>
            </w:pPr>
            <w:proofErr w:type="spellStart"/>
            <w:r w:rsidRPr="007D3288">
              <w:rPr>
                <w:color w:val="auto"/>
                <w:sz w:val="22"/>
                <w:lang w:val="es-AR"/>
              </w:rPr>
              <w:t>Sở</w:t>
            </w:r>
            <w:proofErr w:type="spellEnd"/>
            <w:r w:rsidRPr="007D3288">
              <w:rPr>
                <w:color w:val="auto"/>
                <w:sz w:val="22"/>
                <w:lang w:val="es-AR"/>
              </w:rPr>
              <w:t xml:space="preserve"> Y </w:t>
            </w:r>
            <w:proofErr w:type="spellStart"/>
            <w:r w:rsidRPr="007D3288">
              <w:rPr>
                <w:color w:val="auto"/>
                <w:sz w:val="22"/>
                <w:lang w:val="es-AR"/>
              </w:rPr>
              <w:t>tế</w:t>
            </w:r>
            <w:proofErr w:type="spellEnd"/>
            <w:r w:rsidRPr="007D3288">
              <w:rPr>
                <w:color w:val="auto"/>
                <w:sz w:val="22"/>
                <w:lang w:val="es-AR"/>
              </w:rPr>
              <w:t xml:space="preserve"> </w:t>
            </w:r>
            <w:proofErr w:type="spellStart"/>
            <w:r w:rsidRPr="007D3288">
              <w:rPr>
                <w:color w:val="auto"/>
                <w:sz w:val="22"/>
                <w:lang w:val="es-AR"/>
              </w:rPr>
              <w:t>Đồng</w:t>
            </w:r>
            <w:proofErr w:type="spellEnd"/>
            <w:r w:rsidRPr="007D3288">
              <w:rPr>
                <w:color w:val="auto"/>
                <w:sz w:val="22"/>
                <w:lang w:val="es-AR"/>
              </w:rPr>
              <w:t xml:space="preserve"> Nai;</w:t>
            </w:r>
          </w:p>
        </w:tc>
        <w:tc>
          <w:tcPr>
            <w:tcW w:w="4260" w:type="dxa"/>
            <w:vMerge w:val="restart"/>
          </w:tcPr>
          <w:p w14:paraId="2BED4A53" w14:textId="77777777" w:rsidR="0095037A" w:rsidRPr="00064DB1" w:rsidRDefault="0095037A" w:rsidP="00703AF3">
            <w:pPr>
              <w:spacing w:after="0" w:line="240" w:lineRule="auto"/>
              <w:jc w:val="center"/>
              <w:rPr>
                <w:b/>
                <w:bCs/>
                <w:color w:val="auto"/>
                <w:sz w:val="28"/>
                <w:szCs w:val="28"/>
                <w:lang w:val="fr-FR"/>
              </w:rPr>
            </w:pPr>
            <w:r w:rsidRPr="00064DB1">
              <w:rPr>
                <w:b/>
                <w:bCs/>
                <w:color w:val="auto"/>
                <w:sz w:val="28"/>
                <w:szCs w:val="28"/>
                <w:lang w:val="fr-FR"/>
              </w:rPr>
              <w:t>KT. GIÁM ĐỐC</w:t>
            </w:r>
          </w:p>
          <w:p w14:paraId="65F0C589" w14:textId="59BDB166" w:rsidR="0095037A" w:rsidRPr="00064DB1" w:rsidRDefault="0095037A" w:rsidP="00703AF3">
            <w:pPr>
              <w:spacing w:after="0" w:line="240" w:lineRule="auto"/>
              <w:jc w:val="center"/>
              <w:rPr>
                <w:b/>
                <w:color w:val="auto"/>
                <w:sz w:val="28"/>
                <w:szCs w:val="28"/>
                <w:lang w:val="fr-FR"/>
              </w:rPr>
            </w:pPr>
            <w:r w:rsidRPr="00064DB1">
              <w:rPr>
                <w:b/>
                <w:bCs/>
                <w:color w:val="auto"/>
                <w:sz w:val="28"/>
                <w:szCs w:val="28"/>
                <w:lang w:val="fr-FR"/>
              </w:rPr>
              <w:t>PHÓ GIÁM ĐỐC</w:t>
            </w:r>
          </w:p>
          <w:p w14:paraId="7F98CD9C" w14:textId="77777777" w:rsidR="0095037A" w:rsidRDefault="0095037A" w:rsidP="0095037A">
            <w:pPr>
              <w:jc w:val="center"/>
              <w:rPr>
                <w:b/>
                <w:bCs/>
                <w:color w:val="auto"/>
                <w:sz w:val="28"/>
                <w:szCs w:val="28"/>
                <w:lang w:val="es-AR"/>
              </w:rPr>
            </w:pPr>
          </w:p>
          <w:p w14:paraId="7F9345CC" w14:textId="77777777" w:rsidR="00FB2373" w:rsidRPr="00064DB1" w:rsidRDefault="00FB2373" w:rsidP="0095037A">
            <w:pPr>
              <w:jc w:val="center"/>
              <w:rPr>
                <w:b/>
                <w:bCs/>
                <w:color w:val="auto"/>
                <w:sz w:val="28"/>
                <w:szCs w:val="28"/>
                <w:lang w:val="es-AR"/>
              </w:rPr>
            </w:pPr>
          </w:p>
          <w:p w14:paraId="12D21257" w14:textId="77777777" w:rsidR="0095037A" w:rsidRPr="00064DB1" w:rsidRDefault="0095037A" w:rsidP="0095037A">
            <w:pPr>
              <w:jc w:val="center"/>
              <w:rPr>
                <w:b/>
                <w:bCs/>
                <w:color w:val="auto"/>
                <w:sz w:val="28"/>
                <w:szCs w:val="28"/>
                <w:lang w:val="es-AR"/>
              </w:rPr>
            </w:pPr>
          </w:p>
          <w:p w14:paraId="11A642D2" w14:textId="77777777" w:rsidR="0095037A" w:rsidRPr="00064DB1" w:rsidRDefault="0095037A" w:rsidP="0095037A">
            <w:pPr>
              <w:jc w:val="center"/>
              <w:rPr>
                <w:b/>
                <w:bCs/>
                <w:color w:val="auto"/>
                <w:sz w:val="28"/>
                <w:szCs w:val="28"/>
                <w:lang w:val="es-AR"/>
              </w:rPr>
            </w:pPr>
          </w:p>
          <w:p w14:paraId="6342C633" w14:textId="77777777" w:rsidR="0095037A" w:rsidRPr="00064DB1" w:rsidRDefault="0095037A" w:rsidP="0095037A">
            <w:pPr>
              <w:jc w:val="center"/>
              <w:rPr>
                <w:b/>
                <w:bCs/>
                <w:color w:val="auto"/>
                <w:sz w:val="28"/>
                <w:szCs w:val="28"/>
                <w:lang w:val="es-AR"/>
              </w:rPr>
            </w:pPr>
          </w:p>
          <w:p w14:paraId="60D7184C" w14:textId="2414DA07" w:rsidR="0095037A" w:rsidRPr="00064DB1" w:rsidRDefault="0095037A" w:rsidP="0095037A">
            <w:pPr>
              <w:jc w:val="center"/>
              <w:rPr>
                <w:b/>
                <w:bCs/>
                <w:color w:val="auto"/>
                <w:sz w:val="28"/>
                <w:szCs w:val="28"/>
                <w:lang w:val="es-AR"/>
              </w:rPr>
            </w:pPr>
            <w:r w:rsidRPr="00064DB1">
              <w:rPr>
                <w:b/>
                <w:bCs/>
                <w:color w:val="auto"/>
                <w:sz w:val="28"/>
                <w:szCs w:val="28"/>
              </w:rPr>
              <w:t>Nguyễn Thanh Phong</w:t>
            </w:r>
          </w:p>
        </w:tc>
      </w:tr>
      <w:tr w:rsidR="00246C23" w:rsidRPr="00064DB1" w14:paraId="3A3B9A48" w14:textId="77777777" w:rsidTr="00246C23">
        <w:trPr>
          <w:trHeight w:val="68"/>
          <w:jc w:val="center"/>
        </w:trPr>
        <w:tc>
          <w:tcPr>
            <w:tcW w:w="5405" w:type="dxa"/>
          </w:tcPr>
          <w:p w14:paraId="4A74445D" w14:textId="77777777" w:rsidR="0095037A" w:rsidRPr="00064DB1" w:rsidRDefault="0095037A" w:rsidP="00156F24">
            <w:pPr>
              <w:spacing w:after="0" w:line="240" w:lineRule="auto"/>
              <w:rPr>
                <w:color w:val="auto"/>
                <w:sz w:val="22"/>
                <w:lang w:val="es-AR"/>
              </w:rPr>
            </w:pPr>
            <w:r w:rsidRPr="00064DB1">
              <w:rPr>
                <w:color w:val="auto"/>
                <w:sz w:val="22"/>
                <w:lang w:val="es-AR"/>
              </w:rPr>
              <w:t xml:space="preserve">- Ban </w:t>
            </w:r>
            <w:proofErr w:type="spellStart"/>
            <w:r w:rsidRPr="00064DB1">
              <w:rPr>
                <w:color w:val="auto"/>
                <w:sz w:val="22"/>
                <w:lang w:val="es-AR"/>
              </w:rPr>
              <w:t>Giám</w:t>
            </w:r>
            <w:proofErr w:type="spellEnd"/>
            <w:r w:rsidRPr="00064DB1">
              <w:rPr>
                <w:color w:val="auto"/>
                <w:sz w:val="22"/>
                <w:lang w:val="es-AR"/>
              </w:rPr>
              <w:t xml:space="preserve"> </w:t>
            </w:r>
            <w:proofErr w:type="spellStart"/>
            <w:r w:rsidRPr="00064DB1">
              <w:rPr>
                <w:color w:val="auto"/>
                <w:sz w:val="22"/>
                <w:lang w:val="es-AR"/>
              </w:rPr>
              <w:t>đốc</w:t>
            </w:r>
            <w:proofErr w:type="spellEnd"/>
            <w:r w:rsidRPr="00064DB1">
              <w:rPr>
                <w:color w:val="auto"/>
                <w:sz w:val="22"/>
                <w:lang w:val="es-AR"/>
              </w:rPr>
              <w:t xml:space="preserve"> </w:t>
            </w:r>
            <w:proofErr w:type="spellStart"/>
            <w:r w:rsidRPr="00064DB1">
              <w:rPr>
                <w:color w:val="auto"/>
                <w:sz w:val="22"/>
                <w:lang w:val="es-AR"/>
              </w:rPr>
              <w:t>Sở</w:t>
            </w:r>
            <w:proofErr w:type="spellEnd"/>
            <w:r w:rsidRPr="00064DB1">
              <w:rPr>
                <w:color w:val="auto"/>
                <w:sz w:val="22"/>
                <w:lang w:val="es-AR"/>
              </w:rPr>
              <w:t>;</w:t>
            </w:r>
          </w:p>
          <w:p w14:paraId="03414B65" w14:textId="44C28BAD" w:rsidR="0095037A" w:rsidRPr="00064DB1" w:rsidRDefault="0095037A" w:rsidP="00156F24">
            <w:pPr>
              <w:spacing w:after="0" w:line="240" w:lineRule="auto"/>
              <w:rPr>
                <w:color w:val="auto"/>
                <w:sz w:val="22"/>
                <w:lang w:val="es-AR"/>
              </w:rPr>
            </w:pPr>
            <w:r w:rsidRPr="00064DB1">
              <w:rPr>
                <w:color w:val="auto"/>
                <w:sz w:val="22"/>
                <w:lang w:val="es-AR"/>
              </w:rPr>
              <w:t xml:space="preserve">- Các </w:t>
            </w:r>
            <w:proofErr w:type="spellStart"/>
            <w:r w:rsidRPr="00064DB1">
              <w:rPr>
                <w:color w:val="auto"/>
                <w:sz w:val="22"/>
                <w:lang w:val="es-AR"/>
              </w:rPr>
              <w:t>phòng</w:t>
            </w:r>
            <w:proofErr w:type="spellEnd"/>
            <w:r w:rsidRPr="00064DB1">
              <w:rPr>
                <w:color w:val="auto"/>
                <w:sz w:val="22"/>
                <w:lang w:val="es-AR"/>
              </w:rPr>
              <w:t xml:space="preserve">, </w:t>
            </w:r>
            <w:proofErr w:type="spellStart"/>
            <w:r w:rsidRPr="00064DB1">
              <w:rPr>
                <w:color w:val="auto"/>
                <w:sz w:val="22"/>
                <w:lang w:val="es-AR"/>
              </w:rPr>
              <w:t>đơn</w:t>
            </w:r>
            <w:proofErr w:type="spellEnd"/>
            <w:r w:rsidRPr="00064DB1">
              <w:rPr>
                <w:color w:val="auto"/>
                <w:sz w:val="22"/>
                <w:lang w:val="es-AR"/>
              </w:rPr>
              <w:t xml:space="preserve"> </w:t>
            </w:r>
            <w:proofErr w:type="spellStart"/>
            <w:r w:rsidRPr="00064DB1">
              <w:rPr>
                <w:color w:val="auto"/>
                <w:sz w:val="22"/>
                <w:lang w:val="es-AR"/>
              </w:rPr>
              <w:t>vị</w:t>
            </w:r>
            <w:proofErr w:type="spellEnd"/>
            <w:r w:rsidRPr="00064DB1">
              <w:rPr>
                <w:color w:val="auto"/>
                <w:sz w:val="22"/>
                <w:lang w:val="es-AR"/>
              </w:rPr>
              <w:t xml:space="preserve"> </w:t>
            </w:r>
            <w:proofErr w:type="spellStart"/>
            <w:r w:rsidRPr="00064DB1">
              <w:rPr>
                <w:color w:val="auto"/>
                <w:sz w:val="22"/>
                <w:lang w:val="es-AR"/>
              </w:rPr>
              <w:t>thuộc</w:t>
            </w:r>
            <w:proofErr w:type="spellEnd"/>
            <w:r w:rsidRPr="00064DB1">
              <w:rPr>
                <w:color w:val="auto"/>
                <w:sz w:val="22"/>
                <w:lang w:val="es-AR"/>
              </w:rPr>
              <w:t xml:space="preserve"> </w:t>
            </w:r>
            <w:proofErr w:type="spellStart"/>
            <w:r w:rsidRPr="00064DB1">
              <w:rPr>
                <w:color w:val="auto"/>
                <w:sz w:val="22"/>
                <w:lang w:val="es-AR"/>
              </w:rPr>
              <w:t>Sở</w:t>
            </w:r>
            <w:proofErr w:type="spellEnd"/>
            <w:r w:rsidRPr="00064DB1">
              <w:rPr>
                <w:color w:val="auto"/>
                <w:sz w:val="22"/>
                <w:lang w:val="es-AR"/>
              </w:rPr>
              <w:t>;</w:t>
            </w:r>
          </w:p>
          <w:p w14:paraId="72F44EA9" w14:textId="258A7B87" w:rsidR="0095037A" w:rsidRPr="00064DB1" w:rsidRDefault="0095037A" w:rsidP="00156F24">
            <w:pPr>
              <w:spacing w:after="0" w:line="240" w:lineRule="auto"/>
              <w:rPr>
                <w:color w:val="auto"/>
                <w:sz w:val="22"/>
                <w:lang w:val="es-AR"/>
              </w:rPr>
            </w:pPr>
            <w:r w:rsidRPr="00064DB1">
              <w:rPr>
                <w:color w:val="auto"/>
                <w:sz w:val="22"/>
                <w:lang w:val="es-AR"/>
              </w:rPr>
              <w:t>- Lưu: VT, KHCN</w:t>
            </w:r>
            <w:r w:rsidR="009043F0">
              <w:rPr>
                <w:color w:val="auto"/>
                <w:sz w:val="22"/>
                <w:vertAlign w:val="subscript"/>
                <w:lang w:val="es-AR"/>
              </w:rPr>
              <w:t xml:space="preserve"> </w:t>
            </w:r>
            <w:r w:rsidR="009043F0">
              <w:rPr>
                <w:color w:val="auto"/>
                <w:sz w:val="22"/>
                <w:lang w:val="es-AR"/>
              </w:rPr>
              <w:t>(</w:t>
            </w:r>
            <w:proofErr w:type="spellStart"/>
            <w:r w:rsidR="009043F0" w:rsidRPr="00B65313">
              <w:rPr>
                <w:color w:val="auto"/>
                <w:sz w:val="18"/>
                <w:szCs w:val="18"/>
                <w:lang w:val="es-AR"/>
              </w:rPr>
              <w:t>Điệp</w:t>
            </w:r>
            <w:proofErr w:type="spellEnd"/>
            <w:r w:rsidR="009043F0">
              <w:rPr>
                <w:color w:val="auto"/>
                <w:sz w:val="22"/>
                <w:lang w:val="es-AR"/>
              </w:rPr>
              <w:t>)</w:t>
            </w:r>
          </w:p>
        </w:tc>
        <w:tc>
          <w:tcPr>
            <w:tcW w:w="4260" w:type="dxa"/>
            <w:vMerge/>
          </w:tcPr>
          <w:p w14:paraId="2CFE7E2F" w14:textId="3D97B21D" w:rsidR="0095037A" w:rsidRPr="00064DB1" w:rsidRDefault="0095037A" w:rsidP="007F4110">
            <w:pPr>
              <w:jc w:val="center"/>
              <w:rPr>
                <w:color w:val="auto"/>
                <w:sz w:val="28"/>
                <w:szCs w:val="28"/>
              </w:rPr>
            </w:pPr>
          </w:p>
        </w:tc>
      </w:tr>
    </w:tbl>
    <w:p w14:paraId="6474F532" w14:textId="77777777" w:rsidR="00DC174C" w:rsidRPr="00064DB1" w:rsidRDefault="00DC174C">
      <w:pPr>
        <w:spacing w:after="0"/>
        <w:jc w:val="both"/>
        <w:rPr>
          <w:color w:val="auto"/>
        </w:rPr>
      </w:pPr>
    </w:p>
    <w:sectPr w:rsidR="00DC174C" w:rsidRPr="00064DB1" w:rsidSect="005E0F6E">
      <w:pgSz w:w="11909" w:h="16834"/>
      <w:pgMar w:top="851" w:right="1134" w:bottom="1134" w:left="1418"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3F1330"/>
    <w:multiLevelType w:val="multilevel"/>
    <w:tmpl w:val="7A7EC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4274B0"/>
    <w:multiLevelType w:val="hybridMultilevel"/>
    <w:tmpl w:val="E488F04E"/>
    <w:lvl w:ilvl="0" w:tplc="7364307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BD1EB9"/>
    <w:multiLevelType w:val="multilevel"/>
    <w:tmpl w:val="A87E6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ED199B"/>
    <w:multiLevelType w:val="multilevel"/>
    <w:tmpl w:val="16DE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AD79C3"/>
    <w:multiLevelType w:val="hybridMultilevel"/>
    <w:tmpl w:val="C49AC2EA"/>
    <w:lvl w:ilvl="0" w:tplc="6E1A43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A148CC"/>
    <w:multiLevelType w:val="hybridMultilevel"/>
    <w:tmpl w:val="18000CAC"/>
    <w:lvl w:ilvl="0" w:tplc="053AEDC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5688927">
    <w:abstractNumId w:val="8"/>
  </w:num>
  <w:num w:numId="2" w16cid:durableId="1500854136">
    <w:abstractNumId w:val="6"/>
  </w:num>
  <w:num w:numId="3" w16cid:durableId="158927481">
    <w:abstractNumId w:val="5"/>
  </w:num>
  <w:num w:numId="4" w16cid:durableId="1655645966">
    <w:abstractNumId w:val="4"/>
  </w:num>
  <w:num w:numId="5" w16cid:durableId="727412669">
    <w:abstractNumId w:val="7"/>
  </w:num>
  <w:num w:numId="6" w16cid:durableId="1771971057">
    <w:abstractNumId w:val="3"/>
  </w:num>
  <w:num w:numId="7" w16cid:durableId="486677093">
    <w:abstractNumId w:val="2"/>
  </w:num>
  <w:num w:numId="8" w16cid:durableId="469252046">
    <w:abstractNumId w:val="1"/>
  </w:num>
  <w:num w:numId="9" w16cid:durableId="1714769357">
    <w:abstractNumId w:val="0"/>
  </w:num>
  <w:num w:numId="10" w16cid:durableId="1588423642">
    <w:abstractNumId w:val="9"/>
  </w:num>
  <w:num w:numId="11" w16cid:durableId="337124992">
    <w:abstractNumId w:val="11"/>
  </w:num>
  <w:num w:numId="12" w16cid:durableId="1635254799">
    <w:abstractNumId w:val="12"/>
  </w:num>
  <w:num w:numId="13" w16cid:durableId="2043358391">
    <w:abstractNumId w:val="13"/>
  </w:num>
  <w:num w:numId="14" w16cid:durableId="845293723">
    <w:abstractNumId w:val="14"/>
  </w:num>
  <w:num w:numId="15" w16cid:durableId="1778119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06C"/>
    <w:rsid w:val="00026165"/>
    <w:rsid w:val="00034616"/>
    <w:rsid w:val="00042002"/>
    <w:rsid w:val="0006063C"/>
    <w:rsid w:val="00064DB1"/>
    <w:rsid w:val="00074ED3"/>
    <w:rsid w:val="000853B6"/>
    <w:rsid w:val="00096AFA"/>
    <w:rsid w:val="000F4259"/>
    <w:rsid w:val="001131A0"/>
    <w:rsid w:val="001206DB"/>
    <w:rsid w:val="001269F8"/>
    <w:rsid w:val="00133074"/>
    <w:rsid w:val="0015074B"/>
    <w:rsid w:val="00156F24"/>
    <w:rsid w:val="00185810"/>
    <w:rsid w:val="001A5A49"/>
    <w:rsid w:val="002232C5"/>
    <w:rsid w:val="00223AEF"/>
    <w:rsid w:val="00246C23"/>
    <w:rsid w:val="00252ABA"/>
    <w:rsid w:val="002550DB"/>
    <w:rsid w:val="00286C8F"/>
    <w:rsid w:val="0029639D"/>
    <w:rsid w:val="002D676A"/>
    <w:rsid w:val="00301845"/>
    <w:rsid w:val="00305BAC"/>
    <w:rsid w:val="00305E4E"/>
    <w:rsid w:val="00326F90"/>
    <w:rsid w:val="003564FC"/>
    <w:rsid w:val="00365851"/>
    <w:rsid w:val="003672CC"/>
    <w:rsid w:val="0037443F"/>
    <w:rsid w:val="0038067D"/>
    <w:rsid w:val="003A4C39"/>
    <w:rsid w:val="003B2F0B"/>
    <w:rsid w:val="003D1D5E"/>
    <w:rsid w:val="003D4DFE"/>
    <w:rsid w:val="003D6435"/>
    <w:rsid w:val="003E0FF8"/>
    <w:rsid w:val="00420A23"/>
    <w:rsid w:val="00450EDB"/>
    <w:rsid w:val="00467D71"/>
    <w:rsid w:val="00492D34"/>
    <w:rsid w:val="004D46CE"/>
    <w:rsid w:val="004E632C"/>
    <w:rsid w:val="004F464E"/>
    <w:rsid w:val="00510707"/>
    <w:rsid w:val="005557CC"/>
    <w:rsid w:val="00560525"/>
    <w:rsid w:val="00596246"/>
    <w:rsid w:val="005A6F54"/>
    <w:rsid w:val="005E0F6E"/>
    <w:rsid w:val="005E4B80"/>
    <w:rsid w:val="006519DA"/>
    <w:rsid w:val="00661624"/>
    <w:rsid w:val="00681546"/>
    <w:rsid w:val="006B039D"/>
    <w:rsid w:val="006D7B06"/>
    <w:rsid w:val="006E2E43"/>
    <w:rsid w:val="006F7D34"/>
    <w:rsid w:val="00703AF3"/>
    <w:rsid w:val="00731461"/>
    <w:rsid w:val="007675B8"/>
    <w:rsid w:val="0077710E"/>
    <w:rsid w:val="007D3288"/>
    <w:rsid w:val="007D6463"/>
    <w:rsid w:val="007E261A"/>
    <w:rsid w:val="00811CFA"/>
    <w:rsid w:val="00896DDC"/>
    <w:rsid w:val="008E48FA"/>
    <w:rsid w:val="009043F0"/>
    <w:rsid w:val="0091650D"/>
    <w:rsid w:val="0095037A"/>
    <w:rsid w:val="00981417"/>
    <w:rsid w:val="00995112"/>
    <w:rsid w:val="009E6106"/>
    <w:rsid w:val="009F0007"/>
    <w:rsid w:val="00A12528"/>
    <w:rsid w:val="00A416A4"/>
    <w:rsid w:val="00A52503"/>
    <w:rsid w:val="00A57A8B"/>
    <w:rsid w:val="00A700D2"/>
    <w:rsid w:val="00A77EF3"/>
    <w:rsid w:val="00A9623D"/>
    <w:rsid w:val="00AA1D8D"/>
    <w:rsid w:val="00AA3E0C"/>
    <w:rsid w:val="00AA4BC6"/>
    <w:rsid w:val="00AD0E3C"/>
    <w:rsid w:val="00B00133"/>
    <w:rsid w:val="00B166A1"/>
    <w:rsid w:val="00B46BFC"/>
    <w:rsid w:val="00B47730"/>
    <w:rsid w:val="00B61641"/>
    <w:rsid w:val="00B65313"/>
    <w:rsid w:val="00B65ACF"/>
    <w:rsid w:val="00B97E03"/>
    <w:rsid w:val="00C11724"/>
    <w:rsid w:val="00C136EC"/>
    <w:rsid w:val="00C1706A"/>
    <w:rsid w:val="00C23C91"/>
    <w:rsid w:val="00C356CF"/>
    <w:rsid w:val="00C5302F"/>
    <w:rsid w:val="00C637E8"/>
    <w:rsid w:val="00CB0664"/>
    <w:rsid w:val="00CF37CB"/>
    <w:rsid w:val="00D219C1"/>
    <w:rsid w:val="00D22C89"/>
    <w:rsid w:val="00D6106A"/>
    <w:rsid w:val="00D76FB8"/>
    <w:rsid w:val="00D816FF"/>
    <w:rsid w:val="00DC174C"/>
    <w:rsid w:val="00DE0F19"/>
    <w:rsid w:val="00DF05E6"/>
    <w:rsid w:val="00DF0A11"/>
    <w:rsid w:val="00E96FBB"/>
    <w:rsid w:val="00EA0F23"/>
    <w:rsid w:val="00EA349E"/>
    <w:rsid w:val="00EE1D09"/>
    <w:rsid w:val="00F07AB8"/>
    <w:rsid w:val="00F10976"/>
    <w:rsid w:val="00F433FE"/>
    <w:rsid w:val="00F629E2"/>
    <w:rsid w:val="00F62B62"/>
    <w:rsid w:val="00FB2373"/>
    <w:rsid w:val="00FC693F"/>
    <w:rsid w:val="00FD5CEC"/>
    <w:rsid w:val="00FE50BB"/>
    <w:rsid w:val="00FF43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D96511"/>
  <w14:defaultImageDpi w14:val="300"/>
  <w15:docId w15:val="{C097AD0D-F179-4D7E-93B2-CFC31E8C4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546"/>
    <w:pPr>
      <w:spacing w:after="80"/>
    </w:pPr>
    <w:rPr>
      <w:rFonts w:ascii="Times New Roman" w:eastAsia="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6F7D34"/>
    <w:rPr>
      <w:rFonts w:cs="Times New Roman"/>
      <w:sz w:val="24"/>
      <w:szCs w:val="24"/>
    </w:rPr>
  </w:style>
  <w:style w:type="character" w:styleId="Hyperlink">
    <w:name w:val="Hyperlink"/>
    <w:rsid w:val="001131A0"/>
    <w:rPr>
      <w:color w:val="0000FF"/>
      <w:u w:val="single"/>
    </w:rPr>
  </w:style>
  <w:style w:type="character" w:styleId="UnresolvedMention">
    <w:name w:val="Unresolved Mention"/>
    <w:basedOn w:val="DefaultParagraphFont"/>
    <w:uiPriority w:val="99"/>
    <w:semiHidden/>
    <w:unhideWhenUsed/>
    <w:rsid w:val="00777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khcn.dongnai.gov.v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41</cp:revision>
  <dcterms:created xsi:type="dcterms:W3CDTF">2026-09-15T07:05:00Z</dcterms:created>
  <dcterms:modified xsi:type="dcterms:W3CDTF">2026-09-22T07:39:00Z</dcterms:modified>
  <cp:category/>
</cp:coreProperties>
</file>